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F1DF39" w14:textId="204BC13F" w:rsidR="00C2529C" w:rsidRPr="00C2529C" w:rsidRDefault="00C2529C" w:rsidP="00C2529C">
      <w:pPr>
        <w:jc w:val="center"/>
        <w:rPr>
          <w:rFonts w:asciiTheme="majorHAnsi" w:hAnsiTheme="majorHAnsi" w:cstheme="majorHAnsi"/>
        </w:rPr>
      </w:pPr>
      <w:r w:rsidRPr="00C2529C">
        <w:rPr>
          <w:rFonts w:asciiTheme="majorHAnsi" w:hAnsiTheme="majorHAnsi" w:cstheme="majorHAnsi"/>
          <w:noProof/>
        </w:rPr>
        <w:drawing>
          <wp:inline distT="0" distB="0" distL="0" distR="0" wp14:anchorId="406947BC" wp14:editId="60CFD5D9">
            <wp:extent cx="6400800" cy="4737735"/>
            <wp:effectExtent l="0" t="0" r="0" b="5715"/>
            <wp:docPr id="69457730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4737735"/>
                    </a:xfrm>
                    <a:prstGeom prst="rect">
                      <a:avLst/>
                    </a:prstGeom>
                    <a:noFill/>
                    <a:ln>
                      <a:noFill/>
                    </a:ln>
                  </pic:spPr>
                </pic:pic>
              </a:graphicData>
            </a:graphic>
          </wp:inline>
        </w:drawing>
      </w:r>
    </w:p>
    <w:p w14:paraId="65D809BC" w14:textId="77777777" w:rsidR="00E83540" w:rsidRPr="00ED16E5" w:rsidRDefault="00E83540">
      <w:pPr>
        <w:jc w:val="center"/>
        <w:rPr>
          <w:rFonts w:asciiTheme="majorHAnsi" w:hAnsiTheme="majorHAnsi" w:cstheme="majorHAnsi"/>
        </w:rPr>
      </w:pPr>
    </w:p>
    <w:p w14:paraId="5263DE4F" w14:textId="77777777" w:rsidR="009F2D75" w:rsidRPr="00ED16E5" w:rsidRDefault="009F2D75">
      <w:pPr>
        <w:rPr>
          <w:rFonts w:asciiTheme="majorHAnsi" w:hAnsiTheme="majorHAnsi" w:cstheme="majorHAnsi"/>
        </w:rPr>
      </w:pPr>
    </w:p>
    <w:tbl>
      <w:tblPr>
        <w:tblStyle w:val="Grilledutableau"/>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165"/>
        <w:gridCol w:w="6905"/>
      </w:tblGrid>
      <w:tr w:rsidR="009F2D75" w:rsidRPr="00ED16E5" w14:paraId="36F6C094" w14:textId="77777777" w:rsidTr="00BE7D74">
        <w:trPr>
          <w:jc w:val="center"/>
        </w:trPr>
        <w:tc>
          <w:tcPr>
            <w:tcW w:w="3168" w:type="dxa"/>
            <w:shd w:val="clear" w:color="auto" w:fill="D01050"/>
            <w:tcMar>
              <w:top w:w="80" w:type="dxa"/>
              <w:left w:w="80" w:type="dxa"/>
              <w:bottom w:w="80" w:type="dxa"/>
              <w:right w:w="80" w:type="dxa"/>
            </w:tcMar>
            <w:vAlign w:val="center"/>
          </w:tcPr>
          <w:p w14:paraId="5C546A2B" w14:textId="0F6A45F0"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Champ</w:t>
            </w:r>
          </w:p>
        </w:tc>
        <w:tc>
          <w:tcPr>
            <w:tcW w:w="6912" w:type="dxa"/>
            <w:shd w:val="clear" w:color="auto" w:fill="D01050"/>
            <w:tcMar>
              <w:top w:w="80" w:type="dxa"/>
              <w:left w:w="80" w:type="dxa"/>
              <w:bottom w:w="80" w:type="dxa"/>
              <w:right w:w="80" w:type="dxa"/>
            </w:tcMar>
            <w:vAlign w:val="center"/>
          </w:tcPr>
          <w:p w14:paraId="2D79DBEC"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À renseigner</w:t>
            </w:r>
          </w:p>
        </w:tc>
      </w:tr>
      <w:tr w:rsidR="009F2D75" w:rsidRPr="00ED16E5" w14:paraId="3B71E440" w14:textId="77777777">
        <w:trPr>
          <w:jc w:val="center"/>
        </w:trPr>
        <w:tc>
          <w:tcPr>
            <w:tcW w:w="3168" w:type="dxa"/>
            <w:tcMar>
              <w:top w:w="80" w:type="dxa"/>
              <w:left w:w="80" w:type="dxa"/>
              <w:bottom w:w="80" w:type="dxa"/>
              <w:right w:w="80" w:type="dxa"/>
            </w:tcMar>
            <w:vAlign w:val="center"/>
          </w:tcPr>
          <w:p w14:paraId="3346D16C"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Collectivité / établissement</w:t>
            </w:r>
          </w:p>
        </w:tc>
        <w:tc>
          <w:tcPr>
            <w:tcW w:w="6912" w:type="dxa"/>
            <w:tcMar>
              <w:top w:w="80" w:type="dxa"/>
              <w:left w:w="80" w:type="dxa"/>
              <w:bottom w:w="80" w:type="dxa"/>
              <w:right w:w="80" w:type="dxa"/>
            </w:tcMar>
            <w:vAlign w:val="center"/>
          </w:tcPr>
          <w:p w14:paraId="3EDCE60A"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[Nom de la collectivité]</w:t>
            </w:r>
          </w:p>
        </w:tc>
      </w:tr>
      <w:tr w:rsidR="009F2D75" w:rsidRPr="00ED16E5" w14:paraId="6326D03E" w14:textId="77777777">
        <w:trPr>
          <w:jc w:val="center"/>
        </w:trPr>
        <w:tc>
          <w:tcPr>
            <w:tcW w:w="3168" w:type="dxa"/>
            <w:tcMar>
              <w:top w:w="80" w:type="dxa"/>
              <w:left w:w="80" w:type="dxa"/>
              <w:bottom w:w="80" w:type="dxa"/>
              <w:right w:w="80" w:type="dxa"/>
            </w:tcMar>
            <w:vAlign w:val="center"/>
          </w:tcPr>
          <w:p w14:paraId="1B4E4431"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Année d’application</w:t>
            </w:r>
          </w:p>
        </w:tc>
        <w:tc>
          <w:tcPr>
            <w:tcW w:w="6912" w:type="dxa"/>
            <w:tcMar>
              <w:top w:w="80" w:type="dxa"/>
              <w:left w:w="80" w:type="dxa"/>
              <w:bottom w:w="80" w:type="dxa"/>
              <w:right w:w="80" w:type="dxa"/>
            </w:tcMar>
            <w:vAlign w:val="center"/>
          </w:tcPr>
          <w:p w14:paraId="249AD695"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[20XX]</w:t>
            </w:r>
          </w:p>
        </w:tc>
      </w:tr>
      <w:tr w:rsidR="009F2D75" w:rsidRPr="00ED16E5" w14:paraId="0765AC6D" w14:textId="77777777">
        <w:trPr>
          <w:jc w:val="center"/>
        </w:trPr>
        <w:tc>
          <w:tcPr>
            <w:tcW w:w="3168" w:type="dxa"/>
            <w:tcMar>
              <w:top w:w="80" w:type="dxa"/>
              <w:left w:w="80" w:type="dxa"/>
              <w:bottom w:w="80" w:type="dxa"/>
              <w:right w:w="80" w:type="dxa"/>
            </w:tcMar>
            <w:vAlign w:val="center"/>
          </w:tcPr>
          <w:p w14:paraId="630FCA9D"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Version</w:t>
            </w:r>
          </w:p>
        </w:tc>
        <w:tc>
          <w:tcPr>
            <w:tcW w:w="6912" w:type="dxa"/>
            <w:tcMar>
              <w:top w:w="80" w:type="dxa"/>
              <w:left w:w="80" w:type="dxa"/>
              <w:bottom w:w="80" w:type="dxa"/>
              <w:right w:w="80" w:type="dxa"/>
            </w:tcMar>
            <w:vAlign w:val="center"/>
          </w:tcPr>
          <w:p w14:paraId="6FDCDF0B"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[Version n° / date]</w:t>
            </w:r>
          </w:p>
        </w:tc>
      </w:tr>
      <w:tr w:rsidR="009F2D75" w:rsidRPr="00ED16E5" w14:paraId="2AC0AE19" w14:textId="77777777">
        <w:trPr>
          <w:jc w:val="center"/>
        </w:trPr>
        <w:tc>
          <w:tcPr>
            <w:tcW w:w="3168" w:type="dxa"/>
            <w:tcMar>
              <w:top w:w="80" w:type="dxa"/>
              <w:left w:w="80" w:type="dxa"/>
              <w:bottom w:w="80" w:type="dxa"/>
              <w:right w:w="80" w:type="dxa"/>
            </w:tcMar>
            <w:vAlign w:val="center"/>
          </w:tcPr>
          <w:p w14:paraId="629475C9" w14:textId="77777777" w:rsidR="009F2D75" w:rsidRPr="00ED16E5" w:rsidRDefault="00702437">
            <w:pPr>
              <w:spacing w:after="0"/>
              <w:rPr>
                <w:rFonts w:asciiTheme="majorHAnsi" w:hAnsiTheme="majorHAnsi" w:cstheme="majorHAnsi"/>
              </w:rPr>
            </w:pPr>
            <w:proofErr w:type="spellStart"/>
            <w:r w:rsidRPr="00ED16E5">
              <w:rPr>
                <w:rFonts w:asciiTheme="majorHAnsi" w:hAnsiTheme="majorHAnsi" w:cstheme="majorHAnsi"/>
                <w:sz w:val="17"/>
              </w:rPr>
              <w:t>Référent·e</w:t>
            </w:r>
            <w:proofErr w:type="spellEnd"/>
            <w:r w:rsidRPr="00ED16E5">
              <w:rPr>
                <w:rFonts w:asciiTheme="majorHAnsi" w:hAnsiTheme="majorHAnsi" w:cstheme="majorHAnsi"/>
                <w:sz w:val="17"/>
              </w:rPr>
              <w:t xml:space="preserve"> prévention</w:t>
            </w:r>
          </w:p>
        </w:tc>
        <w:tc>
          <w:tcPr>
            <w:tcW w:w="6912" w:type="dxa"/>
            <w:tcMar>
              <w:top w:w="80" w:type="dxa"/>
              <w:left w:w="80" w:type="dxa"/>
              <w:bottom w:w="80" w:type="dxa"/>
              <w:right w:w="80" w:type="dxa"/>
            </w:tcMar>
            <w:vAlign w:val="center"/>
          </w:tcPr>
          <w:p w14:paraId="747795F4"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[Prénom NOM – fonction – contact]</w:t>
            </w:r>
          </w:p>
        </w:tc>
      </w:tr>
      <w:tr w:rsidR="009F2D75" w:rsidRPr="00ED16E5" w14:paraId="35483492" w14:textId="77777777">
        <w:trPr>
          <w:jc w:val="center"/>
        </w:trPr>
        <w:tc>
          <w:tcPr>
            <w:tcW w:w="3168" w:type="dxa"/>
            <w:tcMar>
              <w:top w:w="80" w:type="dxa"/>
              <w:left w:w="80" w:type="dxa"/>
              <w:bottom w:w="80" w:type="dxa"/>
              <w:right w:w="80" w:type="dxa"/>
            </w:tcMar>
            <w:vAlign w:val="center"/>
          </w:tcPr>
          <w:p w14:paraId="3CE3C3AF"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Validation</w:t>
            </w:r>
          </w:p>
        </w:tc>
        <w:tc>
          <w:tcPr>
            <w:tcW w:w="6912" w:type="dxa"/>
            <w:tcMar>
              <w:top w:w="80" w:type="dxa"/>
              <w:left w:w="80" w:type="dxa"/>
              <w:bottom w:w="80" w:type="dxa"/>
              <w:right w:w="80" w:type="dxa"/>
            </w:tcMar>
            <w:vAlign w:val="center"/>
          </w:tcPr>
          <w:p w14:paraId="08D6D8CF"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[Autorité territoriale / instance / date]</w:t>
            </w:r>
          </w:p>
        </w:tc>
      </w:tr>
    </w:tbl>
    <w:p w14:paraId="2E15A7CC" w14:textId="77777777" w:rsidR="009F2D75" w:rsidRPr="00ED16E5" w:rsidRDefault="009F2D75">
      <w:pPr>
        <w:rPr>
          <w:rFonts w:asciiTheme="majorHAnsi" w:hAnsiTheme="majorHAnsi" w:cstheme="majorHAnsi"/>
        </w:rPr>
      </w:pPr>
    </w:p>
    <w:p w14:paraId="2C2B757C" w14:textId="77777777" w:rsidR="00532BDB" w:rsidRDefault="00532BDB">
      <w:pPr>
        <w:jc w:val="center"/>
        <w:rPr>
          <w:rFonts w:asciiTheme="majorHAnsi" w:hAnsiTheme="majorHAnsi" w:cstheme="majorHAnsi"/>
          <w:i/>
          <w:sz w:val="18"/>
        </w:rPr>
      </w:pPr>
    </w:p>
    <w:p w14:paraId="7EEE5CBE" w14:textId="78D09B60" w:rsidR="00574B03" w:rsidRPr="00574B03" w:rsidRDefault="00574B03" w:rsidP="00574B03">
      <w:pPr>
        <w:jc w:val="center"/>
        <w:rPr>
          <w:rFonts w:asciiTheme="majorHAnsi" w:hAnsiTheme="majorHAnsi" w:cstheme="majorHAnsi"/>
        </w:rPr>
      </w:pPr>
      <w:r w:rsidRPr="00574B03">
        <w:rPr>
          <w:rFonts w:asciiTheme="majorHAnsi" w:hAnsiTheme="majorHAnsi" w:cstheme="majorHAnsi"/>
          <w:noProof/>
        </w:rPr>
        <w:drawing>
          <wp:inline distT="0" distB="0" distL="0" distR="0" wp14:anchorId="518F3B9A" wp14:editId="6C9059C4">
            <wp:extent cx="6400800" cy="840740"/>
            <wp:effectExtent l="0" t="0" r="0" b="0"/>
            <wp:docPr id="20174250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840740"/>
                    </a:xfrm>
                    <a:prstGeom prst="rect">
                      <a:avLst/>
                    </a:prstGeom>
                    <a:noFill/>
                    <a:ln>
                      <a:noFill/>
                    </a:ln>
                  </pic:spPr>
                </pic:pic>
              </a:graphicData>
            </a:graphic>
          </wp:inline>
        </w:drawing>
      </w:r>
    </w:p>
    <w:p w14:paraId="4DCECBF9" w14:textId="77777777" w:rsidR="00FA2532" w:rsidRDefault="00FA2532" w:rsidP="00FA2532">
      <w:pPr>
        <w:tabs>
          <w:tab w:val="left" w:pos="5532"/>
        </w:tabs>
        <w:rPr>
          <w:rFonts w:asciiTheme="majorHAnsi" w:eastAsiaTheme="majorEastAsia" w:hAnsiTheme="majorHAnsi" w:cstheme="majorHAnsi"/>
          <w:b/>
          <w:bCs/>
          <w:color w:val="595959"/>
          <w:sz w:val="40"/>
          <w:szCs w:val="28"/>
        </w:rPr>
      </w:pPr>
    </w:p>
    <w:p w14:paraId="2CB4A186" w14:textId="24CFAA8E" w:rsidR="009F2D75" w:rsidRPr="00ED16E5" w:rsidRDefault="00702437" w:rsidP="00FA2532">
      <w:pPr>
        <w:tabs>
          <w:tab w:val="left" w:pos="5532"/>
        </w:tabs>
        <w:rPr>
          <w:rFonts w:asciiTheme="majorHAnsi" w:hAnsiTheme="majorHAnsi" w:cstheme="majorHAnsi"/>
        </w:rPr>
      </w:pPr>
      <w:r w:rsidRPr="00FA2532">
        <w:rPr>
          <w:rFonts w:asciiTheme="majorHAnsi" w:hAnsiTheme="majorHAnsi" w:cstheme="majorHAnsi"/>
        </w:rPr>
        <w:br w:type="page"/>
      </w:r>
      <w:r w:rsidR="00FA2532">
        <w:rPr>
          <w:rFonts w:asciiTheme="majorHAnsi" w:hAnsiTheme="majorHAnsi" w:cstheme="majorHAnsi"/>
        </w:rPr>
        <w:lastRenderedPageBreak/>
        <w:tab/>
      </w:r>
    </w:p>
    <w:p w14:paraId="28A56620" w14:textId="77777777" w:rsidR="009F2D75" w:rsidRPr="00ED16E5" w:rsidRDefault="00702437">
      <w:pPr>
        <w:pStyle w:val="Titre1"/>
        <w:rPr>
          <w:rFonts w:cstheme="majorHAnsi"/>
        </w:rPr>
      </w:pPr>
      <w:r w:rsidRPr="00ED16E5">
        <w:rPr>
          <w:rFonts w:cstheme="majorHAnsi"/>
        </w:rPr>
        <w:t>Mode d’emploi du document</w:t>
      </w:r>
    </w:p>
    <w:p w14:paraId="1C7D19E0" w14:textId="658F0A2C" w:rsidR="007A1E5D" w:rsidRPr="007A1E5D" w:rsidRDefault="007A1E5D" w:rsidP="007A1E5D">
      <w:pPr>
        <w:rPr>
          <w:rFonts w:asciiTheme="majorHAnsi" w:hAnsiTheme="majorHAnsi" w:cstheme="majorHAnsi"/>
        </w:rPr>
      </w:pPr>
      <w:r w:rsidRPr="007A1E5D">
        <w:rPr>
          <w:rFonts w:asciiTheme="majorHAnsi" w:hAnsiTheme="majorHAnsi" w:cstheme="majorHAnsi"/>
          <w:noProof/>
        </w:rPr>
        <w:drawing>
          <wp:inline distT="0" distB="0" distL="0" distR="0" wp14:anchorId="13ED9516" wp14:editId="783A0998">
            <wp:extent cx="6400800" cy="4581525"/>
            <wp:effectExtent l="0" t="0" r="0" b="9525"/>
            <wp:docPr id="32245238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4581525"/>
                    </a:xfrm>
                    <a:prstGeom prst="rect">
                      <a:avLst/>
                    </a:prstGeom>
                    <a:noFill/>
                    <a:ln>
                      <a:noFill/>
                    </a:ln>
                  </pic:spPr>
                </pic:pic>
              </a:graphicData>
            </a:graphic>
          </wp:inline>
        </w:drawing>
      </w:r>
    </w:p>
    <w:p w14:paraId="22DD3FA1" w14:textId="77777777" w:rsidR="009F2D75" w:rsidRPr="00ED16E5" w:rsidRDefault="009F2D75">
      <w:pPr>
        <w:rPr>
          <w:rFonts w:asciiTheme="majorHAnsi" w:hAnsiTheme="majorHAnsi" w:cstheme="majorHAnsi"/>
        </w:rPr>
      </w:pPr>
    </w:p>
    <w:p w14:paraId="79A40872" w14:textId="77777777" w:rsidR="00C876EF" w:rsidRPr="00ED16E5" w:rsidRDefault="00C876EF">
      <w:pPr>
        <w:rPr>
          <w:rFonts w:asciiTheme="majorHAnsi" w:hAnsiTheme="majorHAnsi" w:cstheme="majorHAnsi"/>
        </w:rPr>
      </w:pPr>
    </w:p>
    <w:p w14:paraId="7CCBEBA2" w14:textId="77777777" w:rsidR="00C876EF" w:rsidRPr="00ED16E5" w:rsidRDefault="00C876EF">
      <w:pPr>
        <w:rPr>
          <w:rFonts w:asciiTheme="majorHAnsi" w:hAnsiTheme="majorHAnsi" w:cstheme="majorHAnsi"/>
        </w:rPr>
      </w:pPr>
    </w:p>
    <w:p w14:paraId="1CDEB59F" w14:textId="4D25FAD8" w:rsidR="009F2D75" w:rsidRPr="00ED16E5" w:rsidRDefault="00702437">
      <w:pPr>
        <w:pStyle w:val="Titre1"/>
        <w:rPr>
          <w:rFonts w:cstheme="majorHAnsi"/>
        </w:rPr>
      </w:pPr>
      <w:r w:rsidRPr="00ED16E5">
        <w:rPr>
          <w:rFonts w:cstheme="majorHAnsi"/>
        </w:rPr>
        <w:t xml:space="preserve">Références réglementaires </w:t>
      </w:r>
    </w:p>
    <w:p w14:paraId="058E9614" w14:textId="1DDF8192" w:rsidR="009F2D75" w:rsidRPr="00ED16E5" w:rsidRDefault="00702437">
      <w:pPr>
        <w:pStyle w:val="Listepuces"/>
        <w:spacing w:after="40"/>
        <w:rPr>
          <w:rFonts w:asciiTheme="majorHAnsi" w:hAnsiTheme="majorHAnsi" w:cstheme="majorHAnsi"/>
        </w:rPr>
      </w:pPr>
      <w:hyperlink r:id="rId11" w:history="1">
        <w:r w:rsidRPr="00174FFB">
          <w:rPr>
            <w:rStyle w:val="Lienhypertexte"/>
            <w:rFonts w:asciiTheme="majorHAnsi" w:hAnsiTheme="majorHAnsi" w:cstheme="majorHAnsi"/>
          </w:rPr>
          <w:t>Code du travail – articles R. 4463-1 à R. 4463-8</w:t>
        </w:r>
      </w:hyperlink>
      <w:r w:rsidRPr="00ED16E5">
        <w:rPr>
          <w:rFonts w:asciiTheme="majorHAnsi" w:hAnsiTheme="majorHAnsi" w:cstheme="majorHAnsi"/>
        </w:rPr>
        <w:t xml:space="preserve"> relatifs à la prévention des risques liés aux épisodes de chaleur intense.</w:t>
      </w:r>
    </w:p>
    <w:p w14:paraId="4A201F35" w14:textId="6E5A685D" w:rsidR="009F2D75" w:rsidRPr="00ED16E5" w:rsidRDefault="00702437">
      <w:pPr>
        <w:pStyle w:val="Listepuces"/>
        <w:spacing w:after="40"/>
        <w:rPr>
          <w:rFonts w:asciiTheme="majorHAnsi" w:hAnsiTheme="majorHAnsi" w:cstheme="majorHAnsi"/>
        </w:rPr>
      </w:pPr>
      <w:hyperlink r:id="rId12" w:history="1">
        <w:r w:rsidRPr="00292B02">
          <w:rPr>
            <w:rStyle w:val="Lienhypertexte"/>
            <w:rFonts w:asciiTheme="majorHAnsi" w:hAnsiTheme="majorHAnsi" w:cstheme="majorHAnsi"/>
          </w:rPr>
          <w:t>Décret n° 2025-482 du 27 mai 2025</w:t>
        </w:r>
      </w:hyperlink>
      <w:r w:rsidRPr="00ED16E5">
        <w:rPr>
          <w:rFonts w:asciiTheme="majorHAnsi" w:hAnsiTheme="majorHAnsi" w:cstheme="majorHAnsi"/>
        </w:rPr>
        <w:t xml:space="preserve"> relatif à la protection des travailleurs contre les risques liés à la chaleur.</w:t>
      </w:r>
    </w:p>
    <w:p w14:paraId="4D5A18F5" w14:textId="0C482045" w:rsidR="009F2D75" w:rsidRPr="00ED16E5" w:rsidRDefault="00702437">
      <w:pPr>
        <w:pStyle w:val="Listepuces"/>
        <w:spacing w:after="40"/>
        <w:rPr>
          <w:rFonts w:asciiTheme="majorHAnsi" w:hAnsiTheme="majorHAnsi" w:cstheme="majorHAnsi"/>
        </w:rPr>
      </w:pPr>
      <w:hyperlink r:id="rId13" w:history="1">
        <w:r w:rsidRPr="00FA2532">
          <w:rPr>
            <w:rStyle w:val="Lienhypertexte"/>
            <w:rFonts w:asciiTheme="majorHAnsi" w:hAnsiTheme="majorHAnsi" w:cstheme="majorHAnsi"/>
          </w:rPr>
          <w:t xml:space="preserve">Arrêté du 27 mai 2025 </w:t>
        </w:r>
      </w:hyperlink>
      <w:r w:rsidRPr="00ED16E5">
        <w:rPr>
          <w:rFonts w:asciiTheme="majorHAnsi" w:hAnsiTheme="majorHAnsi" w:cstheme="majorHAnsi"/>
        </w:rPr>
        <w:t>relatif aux seuils de vigilance canicule du dispositif spécifique de Météo-France.</w:t>
      </w:r>
    </w:p>
    <w:p w14:paraId="147C4DA4" w14:textId="5E572287" w:rsidR="009F2D75" w:rsidRPr="00ED16E5" w:rsidRDefault="00BE7D74">
      <w:pPr>
        <w:pStyle w:val="Listepuces"/>
        <w:spacing w:after="40"/>
        <w:rPr>
          <w:rFonts w:asciiTheme="majorHAnsi" w:hAnsiTheme="majorHAnsi" w:cstheme="majorHAnsi"/>
        </w:rPr>
      </w:pPr>
      <w:r w:rsidRPr="00ED16E5">
        <w:rPr>
          <w:rFonts w:asciiTheme="majorHAnsi" w:hAnsiTheme="majorHAnsi" w:cstheme="majorHAnsi"/>
        </w:rPr>
        <w:t>D</w:t>
      </w:r>
      <w:r w:rsidR="00702437" w:rsidRPr="00ED16E5">
        <w:rPr>
          <w:rFonts w:asciiTheme="majorHAnsi" w:hAnsiTheme="majorHAnsi" w:cstheme="majorHAnsi"/>
        </w:rPr>
        <w:t>ocument unique d’évaluation des risques professionnels (DUERP).</w:t>
      </w:r>
    </w:p>
    <w:p w14:paraId="4F8C48F8" w14:textId="77777777" w:rsidR="00C54FBE" w:rsidRPr="00ED16E5" w:rsidRDefault="00C54FBE" w:rsidP="00C54FBE">
      <w:pPr>
        <w:pStyle w:val="Listepuces"/>
        <w:numPr>
          <w:ilvl w:val="0"/>
          <w:numId w:val="0"/>
        </w:numPr>
        <w:spacing w:after="40"/>
        <w:ind w:left="360" w:hanging="360"/>
        <w:rPr>
          <w:rFonts w:asciiTheme="majorHAnsi" w:hAnsiTheme="majorHAnsi" w:cstheme="majorHAnsi"/>
        </w:rPr>
      </w:pPr>
    </w:p>
    <w:p w14:paraId="27EC180F" w14:textId="6BA8738F" w:rsidR="004E621B" w:rsidRPr="00ED16E5" w:rsidRDefault="004E621B">
      <w:pPr>
        <w:spacing w:after="200"/>
        <w:rPr>
          <w:rFonts w:asciiTheme="majorHAnsi" w:hAnsiTheme="majorHAnsi" w:cstheme="majorHAnsi"/>
        </w:rPr>
      </w:pPr>
      <w:r w:rsidRPr="00ED16E5">
        <w:rPr>
          <w:rFonts w:asciiTheme="majorHAnsi" w:hAnsiTheme="majorHAnsi" w:cstheme="majorHAnsi"/>
        </w:rPr>
        <w:br w:type="page"/>
      </w:r>
    </w:p>
    <w:p w14:paraId="6D5B396F" w14:textId="77777777" w:rsidR="00C54FBE" w:rsidRPr="00ED16E5" w:rsidRDefault="00C54FBE" w:rsidP="004E621B">
      <w:pPr>
        <w:pStyle w:val="Listepuces"/>
        <w:numPr>
          <w:ilvl w:val="0"/>
          <w:numId w:val="0"/>
        </w:numPr>
        <w:spacing w:after="40"/>
        <w:rPr>
          <w:rFonts w:asciiTheme="majorHAnsi" w:hAnsiTheme="majorHAnsi" w:cstheme="majorHAnsi"/>
        </w:rPr>
      </w:pPr>
    </w:p>
    <w:p w14:paraId="529F74DF" w14:textId="0F2CCAB5" w:rsidR="009F2D75" w:rsidRPr="00ED16E5" w:rsidRDefault="00702437" w:rsidP="00AD0045">
      <w:pPr>
        <w:pStyle w:val="Titre1"/>
        <w:tabs>
          <w:tab w:val="right" w:pos="10080"/>
        </w:tabs>
        <w:rPr>
          <w:rFonts w:cstheme="majorHAnsi"/>
        </w:rPr>
      </w:pPr>
      <w:r w:rsidRPr="00ED16E5">
        <w:rPr>
          <w:rFonts w:cstheme="majorHAnsi"/>
        </w:rPr>
        <w:t>1. Identification de la collectivité</w:t>
      </w:r>
      <w:r w:rsidR="00AD0045" w:rsidRPr="00ED16E5">
        <w:rPr>
          <w:rFonts w:cstheme="majorHAnsi"/>
        </w:rPr>
        <w:tab/>
      </w:r>
    </w:p>
    <w:tbl>
      <w:tblPr>
        <w:tblStyle w:val="Grilledutableau"/>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836"/>
        <w:gridCol w:w="6234"/>
      </w:tblGrid>
      <w:tr w:rsidR="009F2D75" w:rsidRPr="00ED16E5" w14:paraId="67D9FF6D" w14:textId="77777777" w:rsidTr="00BE7D74">
        <w:trPr>
          <w:jc w:val="center"/>
        </w:trPr>
        <w:tc>
          <w:tcPr>
            <w:tcW w:w="3888" w:type="dxa"/>
            <w:shd w:val="clear" w:color="auto" w:fill="D01050"/>
            <w:tcMar>
              <w:top w:w="80" w:type="dxa"/>
              <w:left w:w="80" w:type="dxa"/>
              <w:bottom w:w="80" w:type="dxa"/>
              <w:right w:w="80" w:type="dxa"/>
            </w:tcMar>
            <w:vAlign w:val="center"/>
          </w:tcPr>
          <w:p w14:paraId="4A536687"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Élément</w:t>
            </w:r>
          </w:p>
        </w:tc>
        <w:tc>
          <w:tcPr>
            <w:tcW w:w="6336" w:type="dxa"/>
            <w:shd w:val="clear" w:color="auto" w:fill="D01050"/>
            <w:tcMar>
              <w:top w:w="80" w:type="dxa"/>
              <w:left w:w="80" w:type="dxa"/>
              <w:bottom w:w="80" w:type="dxa"/>
              <w:right w:w="80" w:type="dxa"/>
            </w:tcMar>
            <w:vAlign w:val="center"/>
          </w:tcPr>
          <w:p w14:paraId="7C9128DF"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Information à compléter</w:t>
            </w:r>
          </w:p>
        </w:tc>
      </w:tr>
      <w:tr w:rsidR="009F2D75" w:rsidRPr="00ED16E5" w14:paraId="23EAD882" w14:textId="77777777">
        <w:trPr>
          <w:jc w:val="center"/>
        </w:trPr>
        <w:tc>
          <w:tcPr>
            <w:tcW w:w="3888" w:type="dxa"/>
            <w:tcMar>
              <w:top w:w="80" w:type="dxa"/>
              <w:left w:w="80" w:type="dxa"/>
              <w:bottom w:w="80" w:type="dxa"/>
              <w:right w:w="80" w:type="dxa"/>
            </w:tcMar>
            <w:vAlign w:val="center"/>
          </w:tcPr>
          <w:p w14:paraId="3128E1B9"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Nom de la collectivité / de l’établissement</w:t>
            </w:r>
          </w:p>
        </w:tc>
        <w:tc>
          <w:tcPr>
            <w:tcW w:w="6336" w:type="dxa"/>
            <w:tcMar>
              <w:top w:w="80" w:type="dxa"/>
              <w:left w:w="80" w:type="dxa"/>
              <w:bottom w:w="80" w:type="dxa"/>
              <w:right w:w="80" w:type="dxa"/>
            </w:tcMar>
            <w:vAlign w:val="center"/>
          </w:tcPr>
          <w:p w14:paraId="086849FB"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r>
      <w:tr w:rsidR="009F2D75" w:rsidRPr="00ED16E5" w14:paraId="044E579C" w14:textId="77777777">
        <w:trPr>
          <w:jc w:val="center"/>
        </w:trPr>
        <w:tc>
          <w:tcPr>
            <w:tcW w:w="3888" w:type="dxa"/>
            <w:tcMar>
              <w:top w:w="80" w:type="dxa"/>
              <w:left w:w="80" w:type="dxa"/>
              <w:bottom w:w="80" w:type="dxa"/>
              <w:right w:w="80" w:type="dxa"/>
            </w:tcMar>
            <w:vAlign w:val="center"/>
          </w:tcPr>
          <w:p w14:paraId="0380C128"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Adresse principale</w:t>
            </w:r>
          </w:p>
        </w:tc>
        <w:tc>
          <w:tcPr>
            <w:tcW w:w="6336" w:type="dxa"/>
            <w:tcMar>
              <w:top w:w="80" w:type="dxa"/>
              <w:left w:w="80" w:type="dxa"/>
              <w:bottom w:w="80" w:type="dxa"/>
              <w:right w:w="80" w:type="dxa"/>
            </w:tcMar>
            <w:vAlign w:val="center"/>
          </w:tcPr>
          <w:p w14:paraId="7D7ECB68"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r>
      <w:tr w:rsidR="009F2D75" w:rsidRPr="00ED16E5" w14:paraId="49C98F66" w14:textId="77777777">
        <w:trPr>
          <w:jc w:val="center"/>
        </w:trPr>
        <w:tc>
          <w:tcPr>
            <w:tcW w:w="3888" w:type="dxa"/>
            <w:tcMar>
              <w:top w:w="80" w:type="dxa"/>
              <w:left w:w="80" w:type="dxa"/>
              <w:bottom w:w="80" w:type="dxa"/>
              <w:right w:w="80" w:type="dxa"/>
            </w:tcMar>
            <w:vAlign w:val="center"/>
          </w:tcPr>
          <w:p w14:paraId="4C83B4D7"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Sites concernés</w:t>
            </w:r>
          </w:p>
        </w:tc>
        <w:tc>
          <w:tcPr>
            <w:tcW w:w="6336" w:type="dxa"/>
            <w:tcMar>
              <w:top w:w="80" w:type="dxa"/>
              <w:left w:w="80" w:type="dxa"/>
              <w:bottom w:w="80" w:type="dxa"/>
              <w:right w:w="80" w:type="dxa"/>
            </w:tcMar>
            <w:vAlign w:val="center"/>
          </w:tcPr>
          <w:p w14:paraId="73BD8CA5"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[Liste des bâtiments, ateliers, équipements sportifs, écoles, espaces extérieurs, etc.]</w:t>
            </w:r>
          </w:p>
        </w:tc>
      </w:tr>
      <w:tr w:rsidR="009F2D75" w:rsidRPr="00ED16E5" w14:paraId="065B49F8" w14:textId="77777777">
        <w:trPr>
          <w:jc w:val="center"/>
        </w:trPr>
        <w:tc>
          <w:tcPr>
            <w:tcW w:w="3888" w:type="dxa"/>
            <w:tcMar>
              <w:top w:w="80" w:type="dxa"/>
              <w:left w:w="80" w:type="dxa"/>
              <w:bottom w:w="80" w:type="dxa"/>
              <w:right w:w="80" w:type="dxa"/>
            </w:tcMar>
            <w:vAlign w:val="center"/>
          </w:tcPr>
          <w:p w14:paraId="548F26D4"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Période d’application du plan</w:t>
            </w:r>
          </w:p>
        </w:tc>
        <w:tc>
          <w:tcPr>
            <w:tcW w:w="6336" w:type="dxa"/>
            <w:tcMar>
              <w:top w:w="80" w:type="dxa"/>
              <w:left w:w="80" w:type="dxa"/>
              <w:bottom w:w="80" w:type="dxa"/>
              <w:right w:w="80" w:type="dxa"/>
            </w:tcMar>
            <w:vAlign w:val="center"/>
          </w:tcPr>
          <w:p w14:paraId="12D166A4"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[Ex. du 1er juin au 15 septembre 20XX / selon activation vigilance]</w:t>
            </w:r>
          </w:p>
        </w:tc>
      </w:tr>
      <w:tr w:rsidR="009F2D75" w:rsidRPr="00ED16E5" w14:paraId="2AD476F1" w14:textId="77777777">
        <w:trPr>
          <w:jc w:val="center"/>
        </w:trPr>
        <w:tc>
          <w:tcPr>
            <w:tcW w:w="3888" w:type="dxa"/>
            <w:tcMar>
              <w:top w:w="80" w:type="dxa"/>
              <w:left w:w="80" w:type="dxa"/>
              <w:bottom w:w="80" w:type="dxa"/>
              <w:right w:w="80" w:type="dxa"/>
            </w:tcMar>
            <w:vAlign w:val="center"/>
          </w:tcPr>
          <w:p w14:paraId="77315EE5"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Service pilote</w:t>
            </w:r>
          </w:p>
        </w:tc>
        <w:tc>
          <w:tcPr>
            <w:tcW w:w="6336" w:type="dxa"/>
            <w:tcMar>
              <w:top w:w="80" w:type="dxa"/>
              <w:left w:w="80" w:type="dxa"/>
              <w:bottom w:w="80" w:type="dxa"/>
              <w:right w:w="80" w:type="dxa"/>
            </w:tcMar>
            <w:vAlign w:val="center"/>
          </w:tcPr>
          <w:p w14:paraId="3C12730C"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[RH / Prévention / Direction générale / autre]</w:t>
            </w:r>
          </w:p>
        </w:tc>
      </w:tr>
      <w:tr w:rsidR="009F2D75" w:rsidRPr="00ED16E5" w14:paraId="336CEFF5" w14:textId="77777777">
        <w:trPr>
          <w:jc w:val="center"/>
        </w:trPr>
        <w:tc>
          <w:tcPr>
            <w:tcW w:w="3888" w:type="dxa"/>
            <w:tcMar>
              <w:top w:w="80" w:type="dxa"/>
              <w:left w:w="80" w:type="dxa"/>
              <w:bottom w:w="80" w:type="dxa"/>
              <w:right w:w="80" w:type="dxa"/>
            </w:tcMar>
            <w:vAlign w:val="center"/>
          </w:tcPr>
          <w:p w14:paraId="33E3BE63" w14:textId="77777777" w:rsidR="009F2D75" w:rsidRPr="00ED16E5" w:rsidRDefault="00702437">
            <w:pPr>
              <w:spacing w:after="0"/>
              <w:rPr>
                <w:rFonts w:asciiTheme="majorHAnsi" w:hAnsiTheme="majorHAnsi" w:cstheme="majorHAnsi"/>
              </w:rPr>
            </w:pPr>
            <w:proofErr w:type="spellStart"/>
            <w:r w:rsidRPr="00ED16E5">
              <w:rPr>
                <w:rFonts w:asciiTheme="majorHAnsi" w:hAnsiTheme="majorHAnsi" w:cstheme="majorHAnsi"/>
                <w:sz w:val="17"/>
              </w:rPr>
              <w:t>Référent·e</w:t>
            </w:r>
            <w:proofErr w:type="spellEnd"/>
            <w:r w:rsidRPr="00ED16E5">
              <w:rPr>
                <w:rFonts w:asciiTheme="majorHAnsi" w:hAnsiTheme="majorHAnsi" w:cstheme="majorHAnsi"/>
                <w:sz w:val="17"/>
              </w:rPr>
              <w:t xml:space="preserve"> du plan</w:t>
            </w:r>
          </w:p>
        </w:tc>
        <w:tc>
          <w:tcPr>
            <w:tcW w:w="6336" w:type="dxa"/>
            <w:tcMar>
              <w:top w:w="80" w:type="dxa"/>
              <w:left w:w="80" w:type="dxa"/>
              <w:bottom w:w="80" w:type="dxa"/>
              <w:right w:w="80" w:type="dxa"/>
            </w:tcMar>
            <w:vAlign w:val="center"/>
          </w:tcPr>
          <w:p w14:paraId="430BB6B4"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[Prénom NOM – fonction – téléphone – courriel]</w:t>
            </w:r>
          </w:p>
        </w:tc>
      </w:tr>
      <w:tr w:rsidR="009F2D75" w:rsidRPr="00ED16E5" w14:paraId="5353B64E" w14:textId="77777777">
        <w:trPr>
          <w:jc w:val="center"/>
        </w:trPr>
        <w:tc>
          <w:tcPr>
            <w:tcW w:w="3888" w:type="dxa"/>
            <w:tcMar>
              <w:top w:w="80" w:type="dxa"/>
              <w:left w:w="80" w:type="dxa"/>
              <w:bottom w:w="80" w:type="dxa"/>
              <w:right w:w="80" w:type="dxa"/>
            </w:tcMar>
            <w:vAlign w:val="center"/>
          </w:tcPr>
          <w:p w14:paraId="753E584D"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Date de présentation à l’instance compétente</w:t>
            </w:r>
          </w:p>
        </w:tc>
        <w:tc>
          <w:tcPr>
            <w:tcW w:w="6336" w:type="dxa"/>
            <w:tcMar>
              <w:top w:w="80" w:type="dxa"/>
              <w:left w:w="80" w:type="dxa"/>
              <w:bottom w:w="80" w:type="dxa"/>
              <w:right w:w="80" w:type="dxa"/>
            </w:tcMar>
            <w:vAlign w:val="center"/>
          </w:tcPr>
          <w:p w14:paraId="73CE7B0E"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[CST / F3SCT – date]</w:t>
            </w:r>
          </w:p>
        </w:tc>
      </w:tr>
      <w:tr w:rsidR="009F2D75" w:rsidRPr="00ED16E5" w14:paraId="4F032E46" w14:textId="77777777">
        <w:trPr>
          <w:jc w:val="center"/>
        </w:trPr>
        <w:tc>
          <w:tcPr>
            <w:tcW w:w="3888" w:type="dxa"/>
            <w:tcMar>
              <w:top w:w="80" w:type="dxa"/>
              <w:left w:w="80" w:type="dxa"/>
              <w:bottom w:w="80" w:type="dxa"/>
              <w:right w:w="80" w:type="dxa"/>
            </w:tcMar>
            <w:vAlign w:val="center"/>
          </w:tcPr>
          <w:p w14:paraId="4D85AFAB"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 xml:space="preserve">Modalités de diffusion aux </w:t>
            </w:r>
            <w:proofErr w:type="spellStart"/>
            <w:r w:rsidRPr="00ED16E5">
              <w:rPr>
                <w:rFonts w:asciiTheme="majorHAnsi" w:hAnsiTheme="majorHAnsi" w:cstheme="majorHAnsi"/>
                <w:sz w:val="17"/>
              </w:rPr>
              <w:t>agent·e·s</w:t>
            </w:r>
            <w:proofErr w:type="spellEnd"/>
          </w:p>
        </w:tc>
        <w:tc>
          <w:tcPr>
            <w:tcW w:w="6336" w:type="dxa"/>
            <w:tcMar>
              <w:top w:w="80" w:type="dxa"/>
              <w:left w:w="80" w:type="dxa"/>
              <w:bottom w:w="80" w:type="dxa"/>
              <w:right w:w="80" w:type="dxa"/>
            </w:tcMar>
            <w:vAlign w:val="center"/>
          </w:tcPr>
          <w:p w14:paraId="1CB10B17"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[Affichage / mail / intranet / réunion d’équipe / autre]</w:t>
            </w:r>
          </w:p>
        </w:tc>
      </w:tr>
    </w:tbl>
    <w:p w14:paraId="481300C1" w14:textId="77777777" w:rsidR="009F2D75" w:rsidRPr="00ED16E5" w:rsidRDefault="009F2D75">
      <w:pPr>
        <w:rPr>
          <w:rFonts w:asciiTheme="majorHAnsi" w:hAnsiTheme="majorHAnsi" w:cstheme="majorHAnsi"/>
        </w:rPr>
      </w:pPr>
    </w:p>
    <w:p w14:paraId="5B097813" w14:textId="77777777" w:rsidR="00C876EF" w:rsidRPr="00ED16E5" w:rsidRDefault="00C876EF">
      <w:pPr>
        <w:rPr>
          <w:rFonts w:asciiTheme="majorHAnsi" w:hAnsiTheme="majorHAnsi" w:cstheme="majorHAnsi"/>
        </w:rPr>
      </w:pPr>
    </w:p>
    <w:p w14:paraId="45B1BCCA" w14:textId="77777777" w:rsidR="00C876EF" w:rsidRPr="00ED16E5" w:rsidRDefault="00C876EF">
      <w:pPr>
        <w:rPr>
          <w:rFonts w:asciiTheme="majorHAnsi" w:hAnsiTheme="majorHAnsi" w:cstheme="majorHAnsi"/>
        </w:rPr>
      </w:pPr>
    </w:p>
    <w:p w14:paraId="1C10D757" w14:textId="77777777" w:rsidR="009F2D75" w:rsidRPr="00ED16E5" w:rsidRDefault="00702437">
      <w:pPr>
        <w:pStyle w:val="Titre1"/>
        <w:rPr>
          <w:rFonts w:cstheme="majorHAnsi"/>
        </w:rPr>
      </w:pPr>
      <w:r w:rsidRPr="00ED16E5">
        <w:rPr>
          <w:rFonts w:cstheme="majorHAnsi"/>
        </w:rPr>
        <w:t>2. Les acteurs et leurs rôles</w:t>
      </w:r>
    </w:p>
    <w:tbl>
      <w:tblPr>
        <w:tblStyle w:val="Grilledutableau"/>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559"/>
        <w:gridCol w:w="5236"/>
        <w:gridCol w:w="2275"/>
      </w:tblGrid>
      <w:tr w:rsidR="009F2D75" w:rsidRPr="00ED16E5" w14:paraId="63EE4482" w14:textId="77777777" w:rsidTr="00BE7D74">
        <w:trPr>
          <w:jc w:val="center"/>
        </w:trPr>
        <w:tc>
          <w:tcPr>
            <w:tcW w:w="2592" w:type="dxa"/>
            <w:shd w:val="clear" w:color="auto" w:fill="D01050"/>
            <w:tcMar>
              <w:top w:w="80" w:type="dxa"/>
              <w:left w:w="80" w:type="dxa"/>
              <w:bottom w:w="80" w:type="dxa"/>
              <w:right w:w="80" w:type="dxa"/>
            </w:tcMar>
            <w:vAlign w:val="center"/>
          </w:tcPr>
          <w:p w14:paraId="4D21D54F" w14:textId="77777777" w:rsidR="009F2D75" w:rsidRPr="00ED16E5" w:rsidRDefault="00702437">
            <w:pPr>
              <w:spacing w:after="0"/>
              <w:rPr>
                <w:rFonts w:asciiTheme="majorHAnsi" w:hAnsiTheme="majorHAnsi" w:cstheme="majorHAnsi"/>
              </w:rPr>
            </w:pPr>
            <w:proofErr w:type="spellStart"/>
            <w:r w:rsidRPr="00ED16E5">
              <w:rPr>
                <w:rFonts w:asciiTheme="majorHAnsi" w:hAnsiTheme="majorHAnsi" w:cstheme="majorHAnsi"/>
                <w:b/>
                <w:color w:val="FFFFFF"/>
                <w:sz w:val="17"/>
              </w:rPr>
              <w:t>Acteur·rice</w:t>
            </w:r>
            <w:proofErr w:type="spellEnd"/>
          </w:p>
        </w:tc>
        <w:tc>
          <w:tcPr>
            <w:tcW w:w="5328" w:type="dxa"/>
            <w:shd w:val="clear" w:color="auto" w:fill="D01050"/>
            <w:tcMar>
              <w:top w:w="80" w:type="dxa"/>
              <w:left w:w="80" w:type="dxa"/>
              <w:bottom w:w="80" w:type="dxa"/>
              <w:right w:w="80" w:type="dxa"/>
            </w:tcMar>
            <w:vAlign w:val="center"/>
          </w:tcPr>
          <w:p w14:paraId="26011416" w14:textId="77777777" w:rsidR="009F2D75" w:rsidRPr="00ED16E5" w:rsidRDefault="00702437" w:rsidP="00DB512F">
            <w:pPr>
              <w:spacing w:after="0"/>
              <w:jc w:val="both"/>
              <w:rPr>
                <w:rFonts w:asciiTheme="majorHAnsi" w:hAnsiTheme="majorHAnsi" w:cstheme="majorHAnsi"/>
              </w:rPr>
            </w:pPr>
            <w:r w:rsidRPr="00ED16E5">
              <w:rPr>
                <w:rFonts w:asciiTheme="majorHAnsi" w:hAnsiTheme="majorHAnsi" w:cstheme="majorHAnsi"/>
                <w:b/>
                <w:color w:val="FFFFFF"/>
                <w:sz w:val="17"/>
              </w:rPr>
              <w:t>Rôle attendu</w:t>
            </w:r>
          </w:p>
        </w:tc>
        <w:tc>
          <w:tcPr>
            <w:tcW w:w="2304" w:type="dxa"/>
            <w:shd w:val="clear" w:color="auto" w:fill="D01050"/>
            <w:tcMar>
              <w:top w:w="80" w:type="dxa"/>
              <w:left w:w="80" w:type="dxa"/>
              <w:bottom w:w="80" w:type="dxa"/>
              <w:right w:w="80" w:type="dxa"/>
            </w:tcMar>
            <w:vAlign w:val="center"/>
          </w:tcPr>
          <w:p w14:paraId="126C6869"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Contact / champ personnalisé</w:t>
            </w:r>
          </w:p>
        </w:tc>
      </w:tr>
      <w:tr w:rsidR="009F2D75" w:rsidRPr="00ED16E5" w14:paraId="2DA163FA" w14:textId="77777777">
        <w:trPr>
          <w:jc w:val="center"/>
        </w:trPr>
        <w:tc>
          <w:tcPr>
            <w:tcW w:w="2592" w:type="dxa"/>
            <w:tcMar>
              <w:top w:w="80" w:type="dxa"/>
              <w:left w:w="80" w:type="dxa"/>
              <w:bottom w:w="80" w:type="dxa"/>
              <w:right w:w="80" w:type="dxa"/>
            </w:tcMar>
            <w:vAlign w:val="center"/>
          </w:tcPr>
          <w:p w14:paraId="46C70A30"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Autorité territoriale</w:t>
            </w:r>
          </w:p>
        </w:tc>
        <w:tc>
          <w:tcPr>
            <w:tcW w:w="5328" w:type="dxa"/>
            <w:tcMar>
              <w:top w:w="80" w:type="dxa"/>
              <w:left w:w="80" w:type="dxa"/>
              <w:bottom w:w="80" w:type="dxa"/>
              <w:right w:w="80" w:type="dxa"/>
            </w:tcMar>
            <w:vAlign w:val="center"/>
          </w:tcPr>
          <w:p w14:paraId="5CDEC0E8" w14:textId="77777777" w:rsidR="009F2D75" w:rsidRPr="00ED16E5" w:rsidRDefault="00702437" w:rsidP="00DB512F">
            <w:pPr>
              <w:spacing w:after="0"/>
              <w:jc w:val="both"/>
              <w:rPr>
                <w:rFonts w:asciiTheme="majorHAnsi" w:hAnsiTheme="majorHAnsi" w:cstheme="majorHAnsi"/>
              </w:rPr>
            </w:pPr>
            <w:r w:rsidRPr="00ED16E5">
              <w:rPr>
                <w:rFonts w:asciiTheme="majorHAnsi" w:hAnsiTheme="majorHAnsi" w:cstheme="majorHAnsi"/>
                <w:sz w:val="17"/>
              </w:rPr>
              <w:t>Valide le plan, arbitre les mesures d’organisation et garantit les moyens nécessaires.</w:t>
            </w:r>
          </w:p>
        </w:tc>
        <w:tc>
          <w:tcPr>
            <w:tcW w:w="2304" w:type="dxa"/>
            <w:tcMar>
              <w:top w:w="80" w:type="dxa"/>
              <w:left w:w="80" w:type="dxa"/>
              <w:bottom w:w="80" w:type="dxa"/>
              <w:right w:w="80" w:type="dxa"/>
            </w:tcMar>
            <w:vAlign w:val="center"/>
          </w:tcPr>
          <w:p w14:paraId="689B6C94"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[Nom – contact]</w:t>
            </w:r>
          </w:p>
        </w:tc>
      </w:tr>
      <w:tr w:rsidR="009F2D75" w:rsidRPr="00ED16E5" w14:paraId="3B7B4CA6" w14:textId="77777777">
        <w:trPr>
          <w:jc w:val="center"/>
        </w:trPr>
        <w:tc>
          <w:tcPr>
            <w:tcW w:w="2592" w:type="dxa"/>
            <w:tcMar>
              <w:top w:w="80" w:type="dxa"/>
              <w:left w:w="80" w:type="dxa"/>
              <w:bottom w:w="80" w:type="dxa"/>
              <w:right w:w="80" w:type="dxa"/>
            </w:tcMar>
            <w:vAlign w:val="center"/>
          </w:tcPr>
          <w:p w14:paraId="23852B1D"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Direction générale / direction de site</w:t>
            </w:r>
          </w:p>
        </w:tc>
        <w:tc>
          <w:tcPr>
            <w:tcW w:w="5328" w:type="dxa"/>
            <w:tcMar>
              <w:top w:w="80" w:type="dxa"/>
              <w:left w:w="80" w:type="dxa"/>
              <w:bottom w:w="80" w:type="dxa"/>
              <w:right w:w="80" w:type="dxa"/>
            </w:tcMar>
            <w:vAlign w:val="center"/>
          </w:tcPr>
          <w:p w14:paraId="46D3C157" w14:textId="77777777" w:rsidR="009F2D75" w:rsidRPr="00ED16E5" w:rsidRDefault="00702437" w:rsidP="00DB512F">
            <w:pPr>
              <w:spacing w:after="0"/>
              <w:jc w:val="both"/>
              <w:rPr>
                <w:rFonts w:asciiTheme="majorHAnsi" w:hAnsiTheme="majorHAnsi" w:cstheme="majorHAnsi"/>
              </w:rPr>
            </w:pPr>
            <w:r w:rsidRPr="00ED16E5">
              <w:rPr>
                <w:rFonts w:asciiTheme="majorHAnsi" w:hAnsiTheme="majorHAnsi" w:cstheme="majorHAnsi"/>
                <w:sz w:val="17"/>
              </w:rPr>
              <w:t>Coordonne la mise en œuvre, suit les alertes et active les mesures graduées.</w:t>
            </w:r>
          </w:p>
        </w:tc>
        <w:tc>
          <w:tcPr>
            <w:tcW w:w="2304" w:type="dxa"/>
            <w:tcMar>
              <w:top w:w="80" w:type="dxa"/>
              <w:left w:w="80" w:type="dxa"/>
              <w:bottom w:w="80" w:type="dxa"/>
              <w:right w:w="80" w:type="dxa"/>
            </w:tcMar>
            <w:vAlign w:val="center"/>
          </w:tcPr>
          <w:p w14:paraId="44ACFD39"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[Nom – contact]</w:t>
            </w:r>
          </w:p>
        </w:tc>
      </w:tr>
      <w:tr w:rsidR="009F2D75" w:rsidRPr="00ED16E5" w14:paraId="1427D992" w14:textId="77777777">
        <w:trPr>
          <w:jc w:val="center"/>
        </w:trPr>
        <w:tc>
          <w:tcPr>
            <w:tcW w:w="2592" w:type="dxa"/>
            <w:tcMar>
              <w:top w:w="80" w:type="dxa"/>
              <w:left w:w="80" w:type="dxa"/>
              <w:bottom w:w="80" w:type="dxa"/>
              <w:right w:w="80" w:type="dxa"/>
            </w:tcMar>
            <w:vAlign w:val="center"/>
          </w:tcPr>
          <w:p w14:paraId="04384716" w14:textId="683CC93D" w:rsidR="009F2D75" w:rsidRPr="00ED16E5" w:rsidRDefault="00702437">
            <w:pPr>
              <w:spacing w:after="0"/>
              <w:rPr>
                <w:rFonts w:asciiTheme="majorHAnsi" w:hAnsiTheme="majorHAnsi" w:cstheme="majorHAnsi"/>
              </w:rPr>
            </w:pPr>
            <w:r w:rsidRPr="00ED16E5">
              <w:rPr>
                <w:rFonts w:asciiTheme="majorHAnsi" w:hAnsiTheme="majorHAnsi" w:cstheme="majorHAnsi"/>
                <w:sz w:val="17"/>
              </w:rPr>
              <w:t>Service RH</w:t>
            </w:r>
            <w:r w:rsidR="00DB512F" w:rsidRPr="00ED16E5">
              <w:rPr>
                <w:rFonts w:asciiTheme="majorHAnsi" w:hAnsiTheme="majorHAnsi" w:cstheme="majorHAnsi"/>
                <w:sz w:val="17"/>
              </w:rPr>
              <w:t xml:space="preserve"> / Secrétariat de mairie</w:t>
            </w:r>
          </w:p>
        </w:tc>
        <w:tc>
          <w:tcPr>
            <w:tcW w:w="5328" w:type="dxa"/>
            <w:tcMar>
              <w:top w:w="80" w:type="dxa"/>
              <w:left w:w="80" w:type="dxa"/>
              <w:bottom w:w="80" w:type="dxa"/>
              <w:right w:w="80" w:type="dxa"/>
            </w:tcMar>
            <w:vAlign w:val="center"/>
          </w:tcPr>
          <w:p w14:paraId="7E0BD51B" w14:textId="77777777" w:rsidR="009F2D75" w:rsidRPr="00ED16E5" w:rsidRDefault="00702437" w:rsidP="00DB512F">
            <w:pPr>
              <w:spacing w:after="0"/>
              <w:jc w:val="both"/>
              <w:rPr>
                <w:rFonts w:asciiTheme="majorHAnsi" w:hAnsiTheme="majorHAnsi" w:cstheme="majorHAnsi"/>
              </w:rPr>
            </w:pPr>
            <w:r w:rsidRPr="00ED16E5">
              <w:rPr>
                <w:rFonts w:asciiTheme="majorHAnsi" w:hAnsiTheme="majorHAnsi" w:cstheme="majorHAnsi"/>
                <w:sz w:val="17"/>
              </w:rPr>
              <w:t xml:space="preserve">Assure le suivi des aménagements d’horaires, absences, télétravail, accidents de service et informations aux </w:t>
            </w:r>
            <w:proofErr w:type="spellStart"/>
            <w:r w:rsidRPr="00ED16E5">
              <w:rPr>
                <w:rFonts w:asciiTheme="majorHAnsi" w:hAnsiTheme="majorHAnsi" w:cstheme="majorHAnsi"/>
                <w:sz w:val="17"/>
              </w:rPr>
              <w:t>agent·e·s</w:t>
            </w:r>
            <w:proofErr w:type="spellEnd"/>
            <w:r w:rsidRPr="00ED16E5">
              <w:rPr>
                <w:rFonts w:asciiTheme="majorHAnsi" w:hAnsiTheme="majorHAnsi" w:cstheme="majorHAnsi"/>
                <w:sz w:val="17"/>
              </w:rPr>
              <w:t>.</w:t>
            </w:r>
          </w:p>
        </w:tc>
        <w:tc>
          <w:tcPr>
            <w:tcW w:w="2304" w:type="dxa"/>
            <w:tcMar>
              <w:top w:w="80" w:type="dxa"/>
              <w:left w:w="80" w:type="dxa"/>
              <w:bottom w:w="80" w:type="dxa"/>
              <w:right w:w="80" w:type="dxa"/>
            </w:tcMar>
            <w:vAlign w:val="center"/>
          </w:tcPr>
          <w:p w14:paraId="26FB5CE7"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[Nom – contact]</w:t>
            </w:r>
          </w:p>
        </w:tc>
      </w:tr>
      <w:tr w:rsidR="009F2D75" w:rsidRPr="00ED16E5" w14:paraId="2555E3E6" w14:textId="77777777">
        <w:trPr>
          <w:jc w:val="center"/>
        </w:trPr>
        <w:tc>
          <w:tcPr>
            <w:tcW w:w="2592" w:type="dxa"/>
            <w:tcMar>
              <w:top w:w="80" w:type="dxa"/>
              <w:left w:w="80" w:type="dxa"/>
              <w:bottom w:w="80" w:type="dxa"/>
              <w:right w:w="80" w:type="dxa"/>
            </w:tcMar>
            <w:vAlign w:val="center"/>
          </w:tcPr>
          <w:p w14:paraId="57D26CBC" w14:textId="77777777" w:rsidR="009F2D75" w:rsidRPr="00ED16E5" w:rsidRDefault="00702437">
            <w:pPr>
              <w:spacing w:after="0"/>
              <w:rPr>
                <w:rFonts w:asciiTheme="majorHAnsi" w:hAnsiTheme="majorHAnsi" w:cstheme="majorHAnsi"/>
              </w:rPr>
            </w:pPr>
            <w:proofErr w:type="spellStart"/>
            <w:r w:rsidRPr="00ED16E5">
              <w:rPr>
                <w:rFonts w:asciiTheme="majorHAnsi" w:hAnsiTheme="majorHAnsi" w:cstheme="majorHAnsi"/>
                <w:sz w:val="17"/>
              </w:rPr>
              <w:t>Encadrant·e·s</w:t>
            </w:r>
            <w:proofErr w:type="spellEnd"/>
            <w:r w:rsidRPr="00ED16E5">
              <w:rPr>
                <w:rFonts w:asciiTheme="majorHAnsi" w:hAnsiTheme="majorHAnsi" w:cstheme="majorHAnsi"/>
                <w:sz w:val="17"/>
              </w:rPr>
              <w:t xml:space="preserve"> de proximité</w:t>
            </w:r>
          </w:p>
        </w:tc>
        <w:tc>
          <w:tcPr>
            <w:tcW w:w="5328" w:type="dxa"/>
            <w:tcMar>
              <w:top w:w="80" w:type="dxa"/>
              <w:left w:w="80" w:type="dxa"/>
              <w:bottom w:w="80" w:type="dxa"/>
              <w:right w:w="80" w:type="dxa"/>
            </w:tcMar>
            <w:vAlign w:val="center"/>
          </w:tcPr>
          <w:p w14:paraId="3EA25910" w14:textId="77777777" w:rsidR="009F2D75" w:rsidRPr="00ED16E5" w:rsidRDefault="00702437" w:rsidP="00DB512F">
            <w:pPr>
              <w:spacing w:after="0"/>
              <w:jc w:val="both"/>
              <w:rPr>
                <w:rFonts w:asciiTheme="majorHAnsi" w:hAnsiTheme="majorHAnsi" w:cstheme="majorHAnsi"/>
              </w:rPr>
            </w:pPr>
            <w:r w:rsidRPr="00ED16E5">
              <w:rPr>
                <w:rFonts w:asciiTheme="majorHAnsi" w:hAnsiTheme="majorHAnsi" w:cstheme="majorHAnsi"/>
                <w:sz w:val="17"/>
              </w:rPr>
              <w:t>Évaluent quotidiennement les situations de travail, adaptent les missions, organisent les pauses et veillent au non-isolement.</w:t>
            </w:r>
          </w:p>
        </w:tc>
        <w:tc>
          <w:tcPr>
            <w:tcW w:w="2304" w:type="dxa"/>
            <w:tcMar>
              <w:top w:w="80" w:type="dxa"/>
              <w:left w:w="80" w:type="dxa"/>
              <w:bottom w:w="80" w:type="dxa"/>
              <w:right w:w="80" w:type="dxa"/>
            </w:tcMar>
            <w:vAlign w:val="center"/>
          </w:tcPr>
          <w:p w14:paraId="753FA2CF"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[Services concernés]</w:t>
            </w:r>
          </w:p>
        </w:tc>
      </w:tr>
      <w:tr w:rsidR="009F2D75" w:rsidRPr="00ED16E5" w14:paraId="01B6ACE0" w14:textId="77777777">
        <w:trPr>
          <w:jc w:val="center"/>
        </w:trPr>
        <w:tc>
          <w:tcPr>
            <w:tcW w:w="2592" w:type="dxa"/>
            <w:tcMar>
              <w:top w:w="80" w:type="dxa"/>
              <w:left w:w="80" w:type="dxa"/>
              <w:bottom w:w="80" w:type="dxa"/>
              <w:right w:w="80" w:type="dxa"/>
            </w:tcMar>
            <w:vAlign w:val="center"/>
          </w:tcPr>
          <w:p w14:paraId="6B14BC67" w14:textId="77777777" w:rsidR="009F2D75" w:rsidRPr="00ED16E5" w:rsidRDefault="00702437">
            <w:pPr>
              <w:spacing w:after="0"/>
              <w:rPr>
                <w:rFonts w:asciiTheme="majorHAnsi" w:hAnsiTheme="majorHAnsi" w:cstheme="majorHAnsi"/>
              </w:rPr>
            </w:pPr>
            <w:proofErr w:type="spellStart"/>
            <w:r w:rsidRPr="00ED16E5">
              <w:rPr>
                <w:rFonts w:asciiTheme="majorHAnsi" w:hAnsiTheme="majorHAnsi" w:cstheme="majorHAnsi"/>
                <w:sz w:val="17"/>
              </w:rPr>
              <w:t>Assistant·e</w:t>
            </w:r>
            <w:proofErr w:type="spellEnd"/>
            <w:r w:rsidRPr="00ED16E5">
              <w:rPr>
                <w:rFonts w:asciiTheme="majorHAnsi" w:hAnsiTheme="majorHAnsi" w:cstheme="majorHAnsi"/>
                <w:sz w:val="17"/>
              </w:rPr>
              <w:t xml:space="preserve"> / </w:t>
            </w:r>
            <w:proofErr w:type="spellStart"/>
            <w:r w:rsidRPr="00ED16E5">
              <w:rPr>
                <w:rFonts w:asciiTheme="majorHAnsi" w:hAnsiTheme="majorHAnsi" w:cstheme="majorHAnsi"/>
                <w:sz w:val="17"/>
              </w:rPr>
              <w:t>conseiller·ère</w:t>
            </w:r>
            <w:proofErr w:type="spellEnd"/>
            <w:r w:rsidRPr="00ED16E5">
              <w:rPr>
                <w:rFonts w:asciiTheme="majorHAnsi" w:hAnsiTheme="majorHAnsi" w:cstheme="majorHAnsi"/>
                <w:sz w:val="17"/>
              </w:rPr>
              <w:t xml:space="preserve"> de prévention</w:t>
            </w:r>
          </w:p>
        </w:tc>
        <w:tc>
          <w:tcPr>
            <w:tcW w:w="5328" w:type="dxa"/>
            <w:tcMar>
              <w:top w:w="80" w:type="dxa"/>
              <w:left w:w="80" w:type="dxa"/>
              <w:bottom w:w="80" w:type="dxa"/>
              <w:right w:w="80" w:type="dxa"/>
            </w:tcMar>
            <w:vAlign w:val="center"/>
          </w:tcPr>
          <w:p w14:paraId="158CB10F" w14:textId="77777777" w:rsidR="009F2D75" w:rsidRPr="00ED16E5" w:rsidRDefault="00702437" w:rsidP="00DB512F">
            <w:pPr>
              <w:spacing w:after="0"/>
              <w:jc w:val="both"/>
              <w:rPr>
                <w:rFonts w:asciiTheme="majorHAnsi" w:hAnsiTheme="majorHAnsi" w:cstheme="majorHAnsi"/>
              </w:rPr>
            </w:pPr>
            <w:r w:rsidRPr="00ED16E5">
              <w:rPr>
                <w:rFonts w:asciiTheme="majorHAnsi" w:hAnsiTheme="majorHAnsi" w:cstheme="majorHAnsi"/>
                <w:sz w:val="17"/>
              </w:rPr>
              <w:t>Accompagne l’évaluation des risques, conseille sur les mesures à mettre en place et centralise les besoins de prévention.</w:t>
            </w:r>
          </w:p>
        </w:tc>
        <w:tc>
          <w:tcPr>
            <w:tcW w:w="2304" w:type="dxa"/>
            <w:tcMar>
              <w:top w:w="80" w:type="dxa"/>
              <w:left w:w="80" w:type="dxa"/>
              <w:bottom w:w="80" w:type="dxa"/>
              <w:right w:w="80" w:type="dxa"/>
            </w:tcMar>
            <w:vAlign w:val="center"/>
          </w:tcPr>
          <w:p w14:paraId="517146D1"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[Nom – contact]</w:t>
            </w:r>
          </w:p>
        </w:tc>
      </w:tr>
      <w:tr w:rsidR="009F2D75" w:rsidRPr="00ED16E5" w14:paraId="166EB31B" w14:textId="77777777">
        <w:trPr>
          <w:jc w:val="center"/>
        </w:trPr>
        <w:tc>
          <w:tcPr>
            <w:tcW w:w="2592" w:type="dxa"/>
            <w:tcMar>
              <w:top w:w="80" w:type="dxa"/>
              <w:left w:w="80" w:type="dxa"/>
              <w:bottom w:w="80" w:type="dxa"/>
              <w:right w:w="80" w:type="dxa"/>
            </w:tcMar>
            <w:vAlign w:val="center"/>
          </w:tcPr>
          <w:p w14:paraId="5812C4E5" w14:textId="48EC8E27" w:rsidR="009F2D75" w:rsidRPr="00ED16E5" w:rsidRDefault="00702437">
            <w:pPr>
              <w:spacing w:after="0"/>
              <w:rPr>
                <w:rFonts w:asciiTheme="majorHAnsi" w:hAnsiTheme="majorHAnsi" w:cstheme="majorHAnsi"/>
              </w:rPr>
            </w:pPr>
            <w:r w:rsidRPr="00ED16E5">
              <w:rPr>
                <w:rFonts w:asciiTheme="majorHAnsi" w:hAnsiTheme="majorHAnsi" w:cstheme="majorHAnsi"/>
                <w:sz w:val="17"/>
              </w:rPr>
              <w:t xml:space="preserve">Médecine </w:t>
            </w:r>
            <w:r w:rsidR="00DB512F" w:rsidRPr="00ED16E5">
              <w:rPr>
                <w:rFonts w:asciiTheme="majorHAnsi" w:hAnsiTheme="majorHAnsi" w:cstheme="majorHAnsi"/>
                <w:sz w:val="17"/>
              </w:rPr>
              <w:t>du travail</w:t>
            </w:r>
          </w:p>
        </w:tc>
        <w:tc>
          <w:tcPr>
            <w:tcW w:w="5328" w:type="dxa"/>
            <w:tcMar>
              <w:top w:w="80" w:type="dxa"/>
              <w:left w:w="80" w:type="dxa"/>
              <w:bottom w:w="80" w:type="dxa"/>
              <w:right w:w="80" w:type="dxa"/>
            </w:tcMar>
            <w:vAlign w:val="center"/>
          </w:tcPr>
          <w:p w14:paraId="631875E2" w14:textId="7035B7EA" w:rsidR="009F2D75" w:rsidRPr="00ED16E5" w:rsidRDefault="00702437" w:rsidP="00DB512F">
            <w:pPr>
              <w:spacing w:after="0"/>
              <w:jc w:val="both"/>
              <w:rPr>
                <w:rFonts w:asciiTheme="majorHAnsi" w:hAnsiTheme="majorHAnsi" w:cstheme="majorHAnsi"/>
              </w:rPr>
            </w:pPr>
            <w:r w:rsidRPr="00ED16E5">
              <w:rPr>
                <w:rFonts w:asciiTheme="majorHAnsi" w:hAnsiTheme="majorHAnsi" w:cstheme="majorHAnsi"/>
                <w:sz w:val="17"/>
              </w:rPr>
              <w:t>Conseille la collectivité sur les situations individuelles ou collectives nécessitant une adaptation, dans le respect de la confidentialité</w:t>
            </w:r>
            <w:r w:rsidR="00DB512F" w:rsidRPr="00ED16E5">
              <w:rPr>
                <w:rFonts w:asciiTheme="majorHAnsi" w:hAnsiTheme="majorHAnsi" w:cstheme="majorHAnsi"/>
                <w:sz w:val="17"/>
              </w:rPr>
              <w:t xml:space="preserve"> et du secret médical.</w:t>
            </w:r>
          </w:p>
        </w:tc>
        <w:tc>
          <w:tcPr>
            <w:tcW w:w="2304" w:type="dxa"/>
            <w:tcMar>
              <w:top w:w="80" w:type="dxa"/>
              <w:left w:w="80" w:type="dxa"/>
              <w:bottom w:w="80" w:type="dxa"/>
              <w:right w:w="80" w:type="dxa"/>
            </w:tcMar>
            <w:vAlign w:val="center"/>
          </w:tcPr>
          <w:p w14:paraId="3C6F5723"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[Service – contact]</w:t>
            </w:r>
          </w:p>
        </w:tc>
      </w:tr>
      <w:tr w:rsidR="009F2D75" w:rsidRPr="00ED16E5" w14:paraId="5BEDFB6A" w14:textId="77777777">
        <w:trPr>
          <w:jc w:val="center"/>
        </w:trPr>
        <w:tc>
          <w:tcPr>
            <w:tcW w:w="2592" w:type="dxa"/>
            <w:tcMar>
              <w:top w:w="80" w:type="dxa"/>
              <w:left w:w="80" w:type="dxa"/>
              <w:bottom w:w="80" w:type="dxa"/>
              <w:right w:w="80" w:type="dxa"/>
            </w:tcMar>
            <w:vAlign w:val="center"/>
          </w:tcPr>
          <w:p w14:paraId="2FD9E109" w14:textId="384F8779" w:rsidR="009F2D75" w:rsidRPr="00ED16E5" w:rsidRDefault="00702437">
            <w:pPr>
              <w:spacing w:after="0"/>
              <w:rPr>
                <w:rFonts w:asciiTheme="majorHAnsi" w:hAnsiTheme="majorHAnsi" w:cstheme="majorHAnsi"/>
              </w:rPr>
            </w:pPr>
            <w:proofErr w:type="spellStart"/>
            <w:r w:rsidRPr="00ED16E5">
              <w:rPr>
                <w:rFonts w:asciiTheme="majorHAnsi" w:hAnsiTheme="majorHAnsi" w:cstheme="majorHAnsi"/>
                <w:sz w:val="17"/>
              </w:rPr>
              <w:t>Sauveteur·se·s</w:t>
            </w:r>
            <w:proofErr w:type="spellEnd"/>
            <w:r w:rsidRPr="00ED16E5">
              <w:rPr>
                <w:rFonts w:asciiTheme="majorHAnsi" w:hAnsiTheme="majorHAnsi" w:cstheme="majorHAnsi"/>
                <w:sz w:val="17"/>
              </w:rPr>
              <w:t xml:space="preserve"> Secouristes du Travail</w:t>
            </w:r>
            <w:r w:rsidR="00DB512F" w:rsidRPr="00ED16E5">
              <w:rPr>
                <w:rFonts w:asciiTheme="majorHAnsi" w:hAnsiTheme="majorHAnsi" w:cstheme="majorHAnsi"/>
                <w:sz w:val="17"/>
              </w:rPr>
              <w:t xml:space="preserve"> (SST)</w:t>
            </w:r>
          </w:p>
        </w:tc>
        <w:tc>
          <w:tcPr>
            <w:tcW w:w="5328" w:type="dxa"/>
            <w:tcMar>
              <w:top w:w="80" w:type="dxa"/>
              <w:left w:w="80" w:type="dxa"/>
              <w:bottom w:w="80" w:type="dxa"/>
              <w:right w:w="80" w:type="dxa"/>
            </w:tcMar>
            <w:vAlign w:val="center"/>
          </w:tcPr>
          <w:p w14:paraId="549AE205" w14:textId="77777777" w:rsidR="009F2D75" w:rsidRPr="00ED16E5" w:rsidRDefault="00702437" w:rsidP="00DB512F">
            <w:pPr>
              <w:spacing w:after="0"/>
              <w:jc w:val="both"/>
              <w:rPr>
                <w:rFonts w:asciiTheme="majorHAnsi" w:hAnsiTheme="majorHAnsi" w:cstheme="majorHAnsi"/>
              </w:rPr>
            </w:pPr>
            <w:r w:rsidRPr="00ED16E5">
              <w:rPr>
                <w:rFonts w:asciiTheme="majorHAnsi" w:hAnsiTheme="majorHAnsi" w:cstheme="majorHAnsi"/>
                <w:sz w:val="17"/>
              </w:rPr>
              <w:t>Interviennent en première intention en cas de malaise ou de signe d’alerte, dans l’attente des secours.</w:t>
            </w:r>
          </w:p>
        </w:tc>
        <w:tc>
          <w:tcPr>
            <w:tcW w:w="2304" w:type="dxa"/>
            <w:tcMar>
              <w:top w:w="80" w:type="dxa"/>
              <w:left w:w="80" w:type="dxa"/>
              <w:bottom w:w="80" w:type="dxa"/>
              <w:right w:w="80" w:type="dxa"/>
            </w:tcMar>
            <w:vAlign w:val="center"/>
          </w:tcPr>
          <w:p w14:paraId="54DDCC28"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[Voir annexe SST]</w:t>
            </w:r>
          </w:p>
        </w:tc>
      </w:tr>
      <w:tr w:rsidR="009F2D75" w:rsidRPr="00ED16E5" w14:paraId="7D5A1DF0" w14:textId="77777777">
        <w:trPr>
          <w:jc w:val="center"/>
        </w:trPr>
        <w:tc>
          <w:tcPr>
            <w:tcW w:w="2592" w:type="dxa"/>
            <w:tcMar>
              <w:top w:w="80" w:type="dxa"/>
              <w:left w:w="80" w:type="dxa"/>
              <w:bottom w:w="80" w:type="dxa"/>
              <w:right w:w="80" w:type="dxa"/>
            </w:tcMar>
            <w:vAlign w:val="center"/>
          </w:tcPr>
          <w:p w14:paraId="53D2E607" w14:textId="77777777" w:rsidR="009F2D75" w:rsidRPr="00ED16E5" w:rsidRDefault="00702437">
            <w:pPr>
              <w:spacing w:after="0"/>
              <w:rPr>
                <w:rFonts w:asciiTheme="majorHAnsi" w:hAnsiTheme="majorHAnsi" w:cstheme="majorHAnsi"/>
              </w:rPr>
            </w:pPr>
            <w:proofErr w:type="spellStart"/>
            <w:r w:rsidRPr="00ED16E5">
              <w:rPr>
                <w:rFonts w:asciiTheme="majorHAnsi" w:hAnsiTheme="majorHAnsi" w:cstheme="majorHAnsi"/>
                <w:sz w:val="17"/>
              </w:rPr>
              <w:t>Agent·e·s</w:t>
            </w:r>
            <w:proofErr w:type="spellEnd"/>
          </w:p>
        </w:tc>
        <w:tc>
          <w:tcPr>
            <w:tcW w:w="5328" w:type="dxa"/>
            <w:tcMar>
              <w:top w:w="80" w:type="dxa"/>
              <w:left w:w="80" w:type="dxa"/>
              <w:bottom w:w="80" w:type="dxa"/>
              <w:right w:w="80" w:type="dxa"/>
            </w:tcMar>
            <w:vAlign w:val="center"/>
          </w:tcPr>
          <w:p w14:paraId="5CCF702F" w14:textId="77777777" w:rsidR="009F2D75" w:rsidRPr="00ED16E5" w:rsidRDefault="00702437" w:rsidP="00DB512F">
            <w:pPr>
              <w:spacing w:after="0"/>
              <w:jc w:val="both"/>
              <w:rPr>
                <w:rFonts w:asciiTheme="majorHAnsi" w:hAnsiTheme="majorHAnsi" w:cstheme="majorHAnsi"/>
              </w:rPr>
            </w:pPr>
            <w:r w:rsidRPr="00ED16E5">
              <w:rPr>
                <w:rFonts w:asciiTheme="majorHAnsi" w:hAnsiTheme="majorHAnsi" w:cstheme="majorHAnsi"/>
                <w:sz w:val="17"/>
              </w:rPr>
              <w:t xml:space="preserve">Appliquent les consignes, signalent toute difficulté, </w:t>
            </w:r>
            <w:proofErr w:type="gramStart"/>
            <w:r w:rsidRPr="00ED16E5">
              <w:rPr>
                <w:rFonts w:asciiTheme="majorHAnsi" w:hAnsiTheme="majorHAnsi" w:cstheme="majorHAnsi"/>
                <w:sz w:val="17"/>
              </w:rPr>
              <w:t>tout</w:t>
            </w:r>
            <w:proofErr w:type="gramEnd"/>
            <w:r w:rsidRPr="00ED16E5">
              <w:rPr>
                <w:rFonts w:asciiTheme="majorHAnsi" w:hAnsiTheme="majorHAnsi" w:cstheme="majorHAnsi"/>
                <w:sz w:val="17"/>
              </w:rPr>
              <w:t xml:space="preserve"> malaise ou toute situation dangereuse.</w:t>
            </w:r>
          </w:p>
        </w:tc>
        <w:tc>
          <w:tcPr>
            <w:tcW w:w="2304" w:type="dxa"/>
            <w:tcMar>
              <w:top w:w="80" w:type="dxa"/>
              <w:left w:w="80" w:type="dxa"/>
              <w:bottom w:w="80" w:type="dxa"/>
              <w:right w:w="80" w:type="dxa"/>
            </w:tcMar>
            <w:vAlign w:val="center"/>
          </w:tcPr>
          <w:p w14:paraId="1D0FAC85"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[Modalités de signalement]</w:t>
            </w:r>
          </w:p>
        </w:tc>
      </w:tr>
      <w:tr w:rsidR="009F2D75" w:rsidRPr="00ED16E5" w14:paraId="6D04FD2A" w14:textId="77777777">
        <w:trPr>
          <w:jc w:val="center"/>
        </w:trPr>
        <w:tc>
          <w:tcPr>
            <w:tcW w:w="2592" w:type="dxa"/>
            <w:tcMar>
              <w:top w:w="80" w:type="dxa"/>
              <w:left w:w="80" w:type="dxa"/>
              <w:bottom w:w="80" w:type="dxa"/>
              <w:right w:w="80" w:type="dxa"/>
            </w:tcMar>
            <w:vAlign w:val="center"/>
          </w:tcPr>
          <w:p w14:paraId="053B862A" w14:textId="03C4E471" w:rsidR="009F2D75" w:rsidRPr="00ED16E5" w:rsidRDefault="00702437">
            <w:pPr>
              <w:spacing w:after="0"/>
              <w:rPr>
                <w:rFonts w:asciiTheme="majorHAnsi" w:hAnsiTheme="majorHAnsi" w:cstheme="majorHAnsi"/>
              </w:rPr>
            </w:pPr>
            <w:r w:rsidRPr="00ED16E5">
              <w:rPr>
                <w:rFonts w:asciiTheme="majorHAnsi" w:hAnsiTheme="majorHAnsi" w:cstheme="majorHAnsi"/>
                <w:sz w:val="17"/>
              </w:rPr>
              <w:t>CST / F</w:t>
            </w:r>
            <w:r w:rsidR="00DB512F" w:rsidRPr="00ED16E5">
              <w:rPr>
                <w:rFonts w:asciiTheme="majorHAnsi" w:hAnsiTheme="majorHAnsi" w:cstheme="majorHAnsi"/>
                <w:sz w:val="17"/>
              </w:rPr>
              <w:t>SS</w:t>
            </w:r>
            <w:r w:rsidRPr="00ED16E5">
              <w:rPr>
                <w:rFonts w:asciiTheme="majorHAnsi" w:hAnsiTheme="majorHAnsi" w:cstheme="majorHAnsi"/>
                <w:sz w:val="17"/>
              </w:rPr>
              <w:t>SCT</w:t>
            </w:r>
          </w:p>
        </w:tc>
        <w:tc>
          <w:tcPr>
            <w:tcW w:w="5328" w:type="dxa"/>
            <w:tcMar>
              <w:top w:w="80" w:type="dxa"/>
              <w:left w:w="80" w:type="dxa"/>
              <w:bottom w:w="80" w:type="dxa"/>
              <w:right w:w="80" w:type="dxa"/>
            </w:tcMar>
            <w:vAlign w:val="center"/>
          </w:tcPr>
          <w:p w14:paraId="5796A40A" w14:textId="77777777" w:rsidR="009F2D75" w:rsidRPr="00ED16E5" w:rsidRDefault="00702437" w:rsidP="00DB512F">
            <w:pPr>
              <w:spacing w:after="0"/>
              <w:jc w:val="both"/>
              <w:rPr>
                <w:rFonts w:asciiTheme="majorHAnsi" w:hAnsiTheme="majorHAnsi" w:cstheme="majorHAnsi"/>
              </w:rPr>
            </w:pPr>
            <w:r w:rsidRPr="00ED16E5">
              <w:rPr>
                <w:rFonts w:asciiTheme="majorHAnsi" w:hAnsiTheme="majorHAnsi" w:cstheme="majorHAnsi"/>
                <w:sz w:val="17"/>
              </w:rPr>
              <w:t>Est informé ou consulté selon les règles applicables et peut contribuer au suivi des mesures de prévention.</w:t>
            </w:r>
          </w:p>
        </w:tc>
        <w:tc>
          <w:tcPr>
            <w:tcW w:w="2304" w:type="dxa"/>
            <w:tcMar>
              <w:top w:w="80" w:type="dxa"/>
              <w:left w:w="80" w:type="dxa"/>
              <w:bottom w:w="80" w:type="dxa"/>
              <w:right w:w="80" w:type="dxa"/>
            </w:tcMar>
            <w:vAlign w:val="center"/>
          </w:tcPr>
          <w:p w14:paraId="492008F8"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[Date / modalités]</w:t>
            </w:r>
          </w:p>
        </w:tc>
      </w:tr>
    </w:tbl>
    <w:p w14:paraId="737123C0" w14:textId="77777777" w:rsidR="009F2D75" w:rsidRPr="00ED16E5" w:rsidRDefault="009F2D75">
      <w:pPr>
        <w:rPr>
          <w:rFonts w:asciiTheme="majorHAnsi" w:hAnsiTheme="majorHAnsi" w:cstheme="majorHAnsi"/>
        </w:rPr>
      </w:pPr>
    </w:p>
    <w:p w14:paraId="56756161" w14:textId="77777777" w:rsidR="009F2D75" w:rsidRPr="00ED16E5" w:rsidRDefault="00702437">
      <w:pPr>
        <w:rPr>
          <w:rFonts w:asciiTheme="majorHAnsi" w:hAnsiTheme="majorHAnsi" w:cstheme="majorHAnsi"/>
        </w:rPr>
      </w:pPr>
      <w:r w:rsidRPr="00ED16E5">
        <w:rPr>
          <w:rFonts w:asciiTheme="majorHAnsi" w:hAnsiTheme="majorHAnsi" w:cstheme="majorHAnsi"/>
        </w:rPr>
        <w:br w:type="page"/>
      </w:r>
    </w:p>
    <w:p w14:paraId="70259DFA" w14:textId="77777777" w:rsidR="009F2D75" w:rsidRPr="00ED16E5" w:rsidRDefault="00702437">
      <w:pPr>
        <w:pStyle w:val="Titre1"/>
        <w:rPr>
          <w:rFonts w:cstheme="majorHAnsi"/>
        </w:rPr>
      </w:pPr>
      <w:r w:rsidRPr="00ED16E5">
        <w:rPr>
          <w:rFonts w:cstheme="majorHAnsi"/>
        </w:rPr>
        <w:lastRenderedPageBreak/>
        <w:t>3. Analyse des situations exposées</w:t>
      </w:r>
    </w:p>
    <w:p w14:paraId="6E2A748E" w14:textId="77777777" w:rsidR="009F2D75" w:rsidRPr="00ED16E5" w:rsidRDefault="00702437" w:rsidP="00DB512F">
      <w:pPr>
        <w:spacing w:after="160"/>
        <w:jc w:val="both"/>
        <w:rPr>
          <w:rFonts w:asciiTheme="majorHAnsi" w:hAnsiTheme="majorHAnsi" w:cstheme="majorHAnsi"/>
        </w:rPr>
      </w:pPr>
      <w:r w:rsidRPr="00ED16E5">
        <w:rPr>
          <w:rFonts w:asciiTheme="majorHAnsi" w:hAnsiTheme="majorHAnsi" w:cstheme="majorHAnsi"/>
        </w:rPr>
        <w:t>Les fortes chaleurs peuvent concerner les activités extérieures, les locaux mal ventilés ou exposés au rayonnement solaire, les travaux physiques, les déplacements, les missions isolées ou éloignées, ainsi que les horaires réalisés aux heures les plus chaudes. Cette analyse doit être adaptée à chaque service.</w:t>
      </w:r>
    </w:p>
    <w:tbl>
      <w:tblPr>
        <w:tblStyle w:val="Grilledutableau"/>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957"/>
        <w:gridCol w:w="2553"/>
        <w:gridCol w:w="2554"/>
        <w:gridCol w:w="3006"/>
      </w:tblGrid>
      <w:tr w:rsidR="009F2D75" w:rsidRPr="00ED16E5" w14:paraId="54862E93" w14:textId="77777777" w:rsidTr="00BE7D74">
        <w:trPr>
          <w:jc w:val="center"/>
        </w:trPr>
        <w:tc>
          <w:tcPr>
            <w:tcW w:w="2160" w:type="dxa"/>
            <w:shd w:val="clear" w:color="auto" w:fill="D01050"/>
            <w:tcMar>
              <w:top w:w="80" w:type="dxa"/>
              <w:left w:w="80" w:type="dxa"/>
              <w:bottom w:w="80" w:type="dxa"/>
              <w:right w:w="80" w:type="dxa"/>
            </w:tcMar>
            <w:vAlign w:val="center"/>
          </w:tcPr>
          <w:p w14:paraId="6DC66BC9"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Service / site</w:t>
            </w:r>
          </w:p>
        </w:tc>
        <w:tc>
          <w:tcPr>
            <w:tcW w:w="2880" w:type="dxa"/>
            <w:shd w:val="clear" w:color="auto" w:fill="D01050"/>
            <w:tcMar>
              <w:top w:w="80" w:type="dxa"/>
              <w:left w:w="80" w:type="dxa"/>
              <w:bottom w:w="80" w:type="dxa"/>
              <w:right w:w="80" w:type="dxa"/>
            </w:tcMar>
            <w:vAlign w:val="center"/>
          </w:tcPr>
          <w:p w14:paraId="7021F621"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 xml:space="preserve">Postes ou missions </w:t>
            </w:r>
            <w:proofErr w:type="spellStart"/>
            <w:r w:rsidRPr="00ED16E5">
              <w:rPr>
                <w:rFonts w:asciiTheme="majorHAnsi" w:hAnsiTheme="majorHAnsi" w:cstheme="majorHAnsi"/>
                <w:b/>
                <w:color w:val="FFFFFF"/>
                <w:sz w:val="17"/>
              </w:rPr>
              <w:t>concerné·e·s</w:t>
            </w:r>
            <w:proofErr w:type="spellEnd"/>
          </w:p>
        </w:tc>
        <w:tc>
          <w:tcPr>
            <w:tcW w:w="2880" w:type="dxa"/>
            <w:shd w:val="clear" w:color="auto" w:fill="D01050"/>
            <w:tcMar>
              <w:top w:w="80" w:type="dxa"/>
              <w:left w:w="80" w:type="dxa"/>
              <w:bottom w:w="80" w:type="dxa"/>
              <w:right w:w="80" w:type="dxa"/>
            </w:tcMar>
            <w:vAlign w:val="center"/>
          </w:tcPr>
          <w:p w14:paraId="61EC306B"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Facteurs d’exposition</w:t>
            </w:r>
          </w:p>
        </w:tc>
        <w:tc>
          <w:tcPr>
            <w:tcW w:w="3456" w:type="dxa"/>
            <w:shd w:val="clear" w:color="auto" w:fill="D01050"/>
            <w:tcMar>
              <w:top w:w="80" w:type="dxa"/>
              <w:left w:w="80" w:type="dxa"/>
              <w:bottom w:w="80" w:type="dxa"/>
              <w:right w:w="80" w:type="dxa"/>
            </w:tcMar>
            <w:vAlign w:val="center"/>
          </w:tcPr>
          <w:p w14:paraId="3D0A7062"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Mesures prévues</w:t>
            </w:r>
          </w:p>
        </w:tc>
      </w:tr>
      <w:tr w:rsidR="009F2D75" w:rsidRPr="00ED16E5" w14:paraId="69B0392F" w14:textId="77777777">
        <w:trPr>
          <w:jc w:val="center"/>
        </w:trPr>
        <w:tc>
          <w:tcPr>
            <w:tcW w:w="2160" w:type="dxa"/>
            <w:tcMar>
              <w:top w:w="80" w:type="dxa"/>
              <w:left w:w="80" w:type="dxa"/>
              <w:bottom w:w="80" w:type="dxa"/>
              <w:right w:w="80" w:type="dxa"/>
            </w:tcMar>
            <w:vAlign w:val="center"/>
          </w:tcPr>
          <w:p w14:paraId="3AB5A87A"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[Ex. espaces verts]</w:t>
            </w:r>
          </w:p>
        </w:tc>
        <w:tc>
          <w:tcPr>
            <w:tcW w:w="2880" w:type="dxa"/>
            <w:tcMar>
              <w:top w:w="80" w:type="dxa"/>
              <w:left w:w="80" w:type="dxa"/>
              <w:bottom w:w="80" w:type="dxa"/>
              <w:right w:w="80" w:type="dxa"/>
            </w:tcMar>
            <w:vAlign w:val="center"/>
          </w:tcPr>
          <w:p w14:paraId="660D1973"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[Tonte, arrosage, entretien extérieur]</w:t>
            </w:r>
          </w:p>
        </w:tc>
        <w:tc>
          <w:tcPr>
            <w:tcW w:w="2880" w:type="dxa"/>
            <w:tcMar>
              <w:top w:w="80" w:type="dxa"/>
              <w:left w:w="80" w:type="dxa"/>
              <w:bottom w:w="80" w:type="dxa"/>
              <w:right w:w="80" w:type="dxa"/>
            </w:tcMar>
            <w:vAlign w:val="center"/>
          </w:tcPr>
          <w:p w14:paraId="1F963569"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[Travail physique, soleil direct, horaires exposés]</w:t>
            </w:r>
          </w:p>
        </w:tc>
        <w:tc>
          <w:tcPr>
            <w:tcW w:w="3456" w:type="dxa"/>
            <w:tcMar>
              <w:top w:w="80" w:type="dxa"/>
              <w:left w:w="80" w:type="dxa"/>
              <w:bottom w:w="80" w:type="dxa"/>
              <w:right w:w="80" w:type="dxa"/>
            </w:tcMar>
            <w:vAlign w:val="center"/>
          </w:tcPr>
          <w:p w14:paraId="608BAE72"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[Horaires avancés, pauses, eau fraîche, binôme, EPI]</w:t>
            </w:r>
          </w:p>
        </w:tc>
      </w:tr>
      <w:tr w:rsidR="009F2D75" w:rsidRPr="00ED16E5" w14:paraId="1E39CA4D" w14:textId="77777777">
        <w:trPr>
          <w:jc w:val="center"/>
        </w:trPr>
        <w:tc>
          <w:tcPr>
            <w:tcW w:w="2160" w:type="dxa"/>
            <w:tcMar>
              <w:top w:w="80" w:type="dxa"/>
              <w:left w:w="80" w:type="dxa"/>
              <w:bottom w:w="80" w:type="dxa"/>
              <w:right w:w="80" w:type="dxa"/>
            </w:tcMar>
            <w:vAlign w:val="center"/>
          </w:tcPr>
          <w:p w14:paraId="288E9DE3"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[Ex. voirie / propreté]</w:t>
            </w:r>
          </w:p>
        </w:tc>
        <w:tc>
          <w:tcPr>
            <w:tcW w:w="2880" w:type="dxa"/>
            <w:tcMar>
              <w:top w:w="80" w:type="dxa"/>
              <w:left w:w="80" w:type="dxa"/>
              <w:bottom w:w="80" w:type="dxa"/>
              <w:right w:w="80" w:type="dxa"/>
            </w:tcMar>
            <w:vAlign w:val="center"/>
          </w:tcPr>
          <w:p w14:paraId="024BD0D4"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[Balayage, collecte, manutention]</w:t>
            </w:r>
          </w:p>
        </w:tc>
        <w:tc>
          <w:tcPr>
            <w:tcW w:w="2880" w:type="dxa"/>
            <w:tcMar>
              <w:top w:w="80" w:type="dxa"/>
              <w:left w:w="80" w:type="dxa"/>
              <w:bottom w:w="80" w:type="dxa"/>
              <w:right w:w="80" w:type="dxa"/>
            </w:tcMar>
            <w:vAlign w:val="center"/>
          </w:tcPr>
          <w:p w14:paraId="319713CF"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[Activité physique, surfaces chaudes, circulation]</w:t>
            </w:r>
          </w:p>
        </w:tc>
        <w:tc>
          <w:tcPr>
            <w:tcW w:w="3456" w:type="dxa"/>
            <w:tcMar>
              <w:top w:w="80" w:type="dxa"/>
              <w:left w:w="80" w:type="dxa"/>
              <w:bottom w:w="80" w:type="dxa"/>
              <w:right w:w="80" w:type="dxa"/>
            </w:tcMar>
            <w:vAlign w:val="center"/>
          </w:tcPr>
          <w:p w14:paraId="0BDFA7EC"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[Rotation, pauses, adaptation des tournées]</w:t>
            </w:r>
          </w:p>
        </w:tc>
      </w:tr>
      <w:tr w:rsidR="009F2D75" w:rsidRPr="00ED16E5" w14:paraId="0CD3FD69" w14:textId="77777777">
        <w:trPr>
          <w:jc w:val="center"/>
        </w:trPr>
        <w:tc>
          <w:tcPr>
            <w:tcW w:w="2160" w:type="dxa"/>
            <w:tcMar>
              <w:top w:w="80" w:type="dxa"/>
              <w:left w:w="80" w:type="dxa"/>
              <w:bottom w:w="80" w:type="dxa"/>
              <w:right w:w="80" w:type="dxa"/>
            </w:tcMar>
            <w:vAlign w:val="center"/>
          </w:tcPr>
          <w:p w14:paraId="2A129CFA"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[Ex. écoles / restauration]</w:t>
            </w:r>
          </w:p>
        </w:tc>
        <w:tc>
          <w:tcPr>
            <w:tcW w:w="2880" w:type="dxa"/>
            <w:tcMar>
              <w:top w:w="80" w:type="dxa"/>
              <w:left w:w="80" w:type="dxa"/>
              <w:bottom w:w="80" w:type="dxa"/>
              <w:right w:w="80" w:type="dxa"/>
            </w:tcMar>
            <w:vAlign w:val="center"/>
          </w:tcPr>
          <w:p w14:paraId="271CF4B8"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[Locaux chauds, service repas]</w:t>
            </w:r>
          </w:p>
        </w:tc>
        <w:tc>
          <w:tcPr>
            <w:tcW w:w="2880" w:type="dxa"/>
            <w:tcMar>
              <w:top w:w="80" w:type="dxa"/>
              <w:left w:w="80" w:type="dxa"/>
              <w:bottom w:w="80" w:type="dxa"/>
              <w:right w:w="80" w:type="dxa"/>
            </w:tcMar>
            <w:vAlign w:val="center"/>
          </w:tcPr>
          <w:p w14:paraId="1CE4FEC7"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[Température intérieure, équipement de cuisson]</w:t>
            </w:r>
          </w:p>
        </w:tc>
        <w:tc>
          <w:tcPr>
            <w:tcW w:w="3456" w:type="dxa"/>
            <w:tcMar>
              <w:top w:w="80" w:type="dxa"/>
              <w:left w:w="80" w:type="dxa"/>
              <w:bottom w:w="80" w:type="dxa"/>
              <w:right w:w="80" w:type="dxa"/>
            </w:tcMar>
            <w:vAlign w:val="center"/>
          </w:tcPr>
          <w:p w14:paraId="180EDA28"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[Ventilation, fermeture stores, pauses, zones fraîches]</w:t>
            </w:r>
          </w:p>
        </w:tc>
      </w:tr>
      <w:tr w:rsidR="009F2D75" w:rsidRPr="00ED16E5" w14:paraId="33BE1C24" w14:textId="77777777">
        <w:trPr>
          <w:jc w:val="center"/>
        </w:trPr>
        <w:tc>
          <w:tcPr>
            <w:tcW w:w="2160" w:type="dxa"/>
            <w:tcMar>
              <w:top w:w="80" w:type="dxa"/>
              <w:left w:w="80" w:type="dxa"/>
              <w:bottom w:w="80" w:type="dxa"/>
              <w:right w:w="80" w:type="dxa"/>
            </w:tcMar>
            <w:vAlign w:val="center"/>
          </w:tcPr>
          <w:p w14:paraId="3BAD668F"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[Ex. accueil / bureaux]</w:t>
            </w:r>
          </w:p>
        </w:tc>
        <w:tc>
          <w:tcPr>
            <w:tcW w:w="2880" w:type="dxa"/>
            <w:tcMar>
              <w:top w:w="80" w:type="dxa"/>
              <w:left w:w="80" w:type="dxa"/>
              <w:bottom w:w="80" w:type="dxa"/>
              <w:right w:w="80" w:type="dxa"/>
            </w:tcMar>
            <w:vAlign w:val="center"/>
          </w:tcPr>
          <w:p w14:paraId="06444562"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[Accueil public, travail administratif]</w:t>
            </w:r>
          </w:p>
        </w:tc>
        <w:tc>
          <w:tcPr>
            <w:tcW w:w="2880" w:type="dxa"/>
            <w:tcMar>
              <w:top w:w="80" w:type="dxa"/>
              <w:left w:w="80" w:type="dxa"/>
              <w:bottom w:w="80" w:type="dxa"/>
              <w:right w:w="80" w:type="dxa"/>
            </w:tcMar>
            <w:vAlign w:val="center"/>
          </w:tcPr>
          <w:p w14:paraId="04267462"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[Locaux exposés, matériel informatique]</w:t>
            </w:r>
          </w:p>
        </w:tc>
        <w:tc>
          <w:tcPr>
            <w:tcW w:w="3456" w:type="dxa"/>
            <w:tcMar>
              <w:top w:w="80" w:type="dxa"/>
              <w:left w:w="80" w:type="dxa"/>
              <w:bottom w:w="80" w:type="dxa"/>
              <w:right w:w="80" w:type="dxa"/>
            </w:tcMar>
            <w:vAlign w:val="center"/>
          </w:tcPr>
          <w:p w14:paraId="524B746B"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[Aération, stores, ventilateurs, télétravail si possible]</w:t>
            </w:r>
          </w:p>
        </w:tc>
      </w:tr>
      <w:tr w:rsidR="009F2D75" w:rsidRPr="00ED16E5" w14:paraId="792892BC" w14:textId="77777777">
        <w:trPr>
          <w:jc w:val="center"/>
        </w:trPr>
        <w:tc>
          <w:tcPr>
            <w:tcW w:w="2160" w:type="dxa"/>
            <w:tcMar>
              <w:top w:w="80" w:type="dxa"/>
              <w:left w:w="80" w:type="dxa"/>
              <w:bottom w:w="80" w:type="dxa"/>
              <w:right w:w="80" w:type="dxa"/>
            </w:tcMar>
            <w:vAlign w:val="center"/>
          </w:tcPr>
          <w:p w14:paraId="1F4A60CE"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[Autre]</w:t>
            </w:r>
          </w:p>
        </w:tc>
        <w:tc>
          <w:tcPr>
            <w:tcW w:w="2880" w:type="dxa"/>
            <w:tcMar>
              <w:top w:w="80" w:type="dxa"/>
              <w:left w:w="80" w:type="dxa"/>
              <w:bottom w:w="80" w:type="dxa"/>
              <w:right w:w="80" w:type="dxa"/>
            </w:tcMar>
            <w:vAlign w:val="center"/>
          </w:tcPr>
          <w:p w14:paraId="03707C82"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2880" w:type="dxa"/>
            <w:tcMar>
              <w:top w:w="80" w:type="dxa"/>
              <w:left w:w="80" w:type="dxa"/>
              <w:bottom w:w="80" w:type="dxa"/>
              <w:right w:w="80" w:type="dxa"/>
            </w:tcMar>
            <w:vAlign w:val="center"/>
          </w:tcPr>
          <w:p w14:paraId="0D652726"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3456" w:type="dxa"/>
            <w:tcMar>
              <w:top w:w="80" w:type="dxa"/>
              <w:left w:w="80" w:type="dxa"/>
              <w:bottom w:w="80" w:type="dxa"/>
              <w:right w:w="80" w:type="dxa"/>
            </w:tcMar>
            <w:vAlign w:val="center"/>
          </w:tcPr>
          <w:p w14:paraId="7C9B9ED0"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r>
    </w:tbl>
    <w:p w14:paraId="24923C32" w14:textId="77777777" w:rsidR="009F2D75" w:rsidRPr="00ED16E5" w:rsidRDefault="009F2D75">
      <w:pPr>
        <w:rPr>
          <w:rFonts w:asciiTheme="majorHAnsi" w:hAnsiTheme="majorHAnsi" w:cstheme="majorHAnsi"/>
        </w:rPr>
      </w:pPr>
    </w:p>
    <w:p w14:paraId="191C146C" w14:textId="77777777" w:rsidR="009F2D75" w:rsidRPr="00ED16E5" w:rsidRDefault="00702437">
      <w:pPr>
        <w:pStyle w:val="Titre2"/>
        <w:rPr>
          <w:rFonts w:cstheme="majorHAnsi"/>
          <w:color w:val="D01050"/>
        </w:rPr>
      </w:pPr>
      <w:r w:rsidRPr="00ED16E5">
        <w:rPr>
          <w:rFonts w:cstheme="majorHAnsi"/>
          <w:color w:val="D01050"/>
        </w:rPr>
        <w:t>Points de vigilance particuliers</w:t>
      </w:r>
    </w:p>
    <w:p w14:paraId="654826EF" w14:textId="01151187" w:rsidR="009F2D75" w:rsidRPr="00ED16E5" w:rsidRDefault="00702437">
      <w:pPr>
        <w:pStyle w:val="Listepuces"/>
        <w:spacing w:after="40"/>
        <w:rPr>
          <w:rFonts w:asciiTheme="majorHAnsi" w:hAnsiTheme="majorHAnsi" w:cstheme="majorHAnsi"/>
        </w:rPr>
      </w:pPr>
      <w:r w:rsidRPr="00ED16E5">
        <w:rPr>
          <w:rFonts w:asciiTheme="majorHAnsi" w:hAnsiTheme="majorHAnsi" w:cstheme="majorHAnsi"/>
        </w:rPr>
        <w:t>Travail isolé, éloigné ou sans possibilité de surveillance mutuelle.</w:t>
      </w:r>
    </w:p>
    <w:p w14:paraId="1C0A8567" w14:textId="7187F7B5" w:rsidR="009F2D75" w:rsidRPr="00ED16E5" w:rsidRDefault="00702437">
      <w:pPr>
        <w:pStyle w:val="Listepuces"/>
        <w:spacing w:after="40"/>
        <w:rPr>
          <w:rFonts w:asciiTheme="majorHAnsi" w:hAnsiTheme="majorHAnsi" w:cstheme="majorHAnsi"/>
        </w:rPr>
      </w:pPr>
      <w:r w:rsidRPr="00ED16E5">
        <w:rPr>
          <w:rFonts w:asciiTheme="majorHAnsi" w:hAnsiTheme="majorHAnsi" w:cstheme="majorHAnsi"/>
        </w:rPr>
        <w:t>Activités exigeant un effort physique important ou répété.</w:t>
      </w:r>
    </w:p>
    <w:p w14:paraId="5AAC8D71" w14:textId="3B344DF5" w:rsidR="009F2D75" w:rsidRPr="00ED16E5" w:rsidRDefault="00702437">
      <w:pPr>
        <w:pStyle w:val="Listepuces"/>
        <w:spacing w:after="40"/>
        <w:rPr>
          <w:rFonts w:asciiTheme="majorHAnsi" w:hAnsiTheme="majorHAnsi" w:cstheme="majorHAnsi"/>
        </w:rPr>
      </w:pPr>
      <w:r w:rsidRPr="00ED16E5">
        <w:rPr>
          <w:rFonts w:asciiTheme="majorHAnsi" w:hAnsiTheme="majorHAnsi" w:cstheme="majorHAnsi"/>
        </w:rPr>
        <w:t>Port d’équipements ou de vêtements limitant l’évacuation de la chaleur.</w:t>
      </w:r>
    </w:p>
    <w:p w14:paraId="28BB1DC4" w14:textId="62D9DC40" w:rsidR="009F2D75" w:rsidRPr="00ED16E5" w:rsidRDefault="00702437">
      <w:pPr>
        <w:pStyle w:val="Listepuces"/>
        <w:spacing w:after="40"/>
        <w:rPr>
          <w:rFonts w:asciiTheme="majorHAnsi" w:hAnsiTheme="majorHAnsi" w:cstheme="majorHAnsi"/>
        </w:rPr>
      </w:pPr>
      <w:r w:rsidRPr="00ED16E5">
        <w:rPr>
          <w:rFonts w:asciiTheme="majorHAnsi" w:hAnsiTheme="majorHAnsi" w:cstheme="majorHAnsi"/>
        </w:rPr>
        <w:t>Locaux présentant une forte inertie thermique, une ventilation insuffisante ou un fort ensoleillement.</w:t>
      </w:r>
    </w:p>
    <w:p w14:paraId="2D71A964" w14:textId="649E71AA" w:rsidR="009F2D75" w:rsidRPr="00ED16E5" w:rsidRDefault="00702437">
      <w:pPr>
        <w:pStyle w:val="Listepuces"/>
        <w:spacing w:after="40"/>
        <w:rPr>
          <w:rFonts w:asciiTheme="majorHAnsi" w:hAnsiTheme="majorHAnsi" w:cstheme="majorHAnsi"/>
        </w:rPr>
      </w:pPr>
      <w:r w:rsidRPr="00ED16E5">
        <w:rPr>
          <w:rFonts w:asciiTheme="majorHAnsi" w:hAnsiTheme="majorHAnsi" w:cstheme="majorHAnsi"/>
        </w:rPr>
        <w:t>Déplacements prolongés, utilisation de véhicules non climatisés ou stationnement en plein soleil.</w:t>
      </w:r>
    </w:p>
    <w:p w14:paraId="7C7C3C36" w14:textId="7520D21E" w:rsidR="009F2D75" w:rsidRPr="00ED16E5" w:rsidRDefault="00702437">
      <w:pPr>
        <w:pStyle w:val="Listepuces"/>
        <w:spacing w:after="40"/>
        <w:rPr>
          <w:rFonts w:asciiTheme="majorHAnsi" w:hAnsiTheme="majorHAnsi" w:cstheme="majorHAnsi"/>
        </w:rPr>
      </w:pPr>
      <w:proofErr w:type="spellStart"/>
      <w:r w:rsidRPr="00ED16E5">
        <w:rPr>
          <w:rFonts w:asciiTheme="majorHAnsi" w:hAnsiTheme="majorHAnsi" w:cstheme="majorHAnsi"/>
        </w:rPr>
        <w:t>Agent·e·s</w:t>
      </w:r>
      <w:proofErr w:type="spellEnd"/>
      <w:r w:rsidRPr="00ED16E5">
        <w:rPr>
          <w:rFonts w:asciiTheme="majorHAnsi" w:hAnsiTheme="majorHAnsi" w:cstheme="majorHAnsi"/>
        </w:rPr>
        <w:t xml:space="preserve"> ayant signalé une vulnérabilité particulière ou une difficulté liée à la chaleur.</w:t>
      </w:r>
    </w:p>
    <w:p w14:paraId="1367AA41" w14:textId="77777777" w:rsidR="00C876EF" w:rsidRPr="00ED16E5" w:rsidRDefault="00C876EF" w:rsidP="00C876EF">
      <w:pPr>
        <w:pStyle w:val="Listepuces"/>
        <w:numPr>
          <w:ilvl w:val="0"/>
          <w:numId w:val="0"/>
        </w:numPr>
        <w:spacing w:after="40"/>
        <w:ind w:left="360" w:hanging="360"/>
        <w:rPr>
          <w:rFonts w:asciiTheme="majorHAnsi" w:hAnsiTheme="majorHAnsi" w:cstheme="majorHAnsi"/>
        </w:rPr>
      </w:pPr>
    </w:p>
    <w:p w14:paraId="63DAD465" w14:textId="77777777" w:rsidR="00C876EF" w:rsidRPr="00ED16E5" w:rsidRDefault="00C876EF" w:rsidP="00C876EF">
      <w:pPr>
        <w:pStyle w:val="Listepuces"/>
        <w:numPr>
          <w:ilvl w:val="0"/>
          <w:numId w:val="0"/>
        </w:numPr>
        <w:spacing w:after="40"/>
        <w:ind w:left="360" w:hanging="360"/>
        <w:rPr>
          <w:rFonts w:asciiTheme="majorHAnsi" w:hAnsiTheme="majorHAnsi" w:cstheme="majorHAnsi"/>
        </w:rPr>
      </w:pPr>
    </w:p>
    <w:p w14:paraId="451EF07B" w14:textId="77777777" w:rsidR="009F2D75" w:rsidRPr="00ED16E5" w:rsidRDefault="00702437">
      <w:pPr>
        <w:pStyle w:val="Titre1"/>
        <w:rPr>
          <w:rFonts w:cstheme="majorHAnsi"/>
        </w:rPr>
      </w:pPr>
      <w:r w:rsidRPr="00ED16E5">
        <w:rPr>
          <w:rFonts w:cstheme="majorHAnsi"/>
        </w:rPr>
        <w:t>4. Niveaux de vigilance et déclenchement des mesures</w:t>
      </w:r>
    </w:p>
    <w:tbl>
      <w:tblPr>
        <w:tblStyle w:val="Grilledutableau"/>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070"/>
        <w:gridCol w:w="2812"/>
        <w:gridCol w:w="2819"/>
        <w:gridCol w:w="3369"/>
      </w:tblGrid>
      <w:tr w:rsidR="009F2D75" w:rsidRPr="00ED16E5" w14:paraId="0081419D" w14:textId="77777777" w:rsidTr="00DB512F">
        <w:trPr>
          <w:jc w:val="center"/>
        </w:trPr>
        <w:tc>
          <w:tcPr>
            <w:tcW w:w="1152" w:type="dxa"/>
            <w:tcBorders>
              <w:bottom w:val="single" w:sz="4" w:space="0" w:color="808080"/>
            </w:tcBorders>
            <w:shd w:val="clear" w:color="auto" w:fill="D01050"/>
            <w:tcMar>
              <w:top w:w="80" w:type="dxa"/>
              <w:left w:w="80" w:type="dxa"/>
              <w:bottom w:w="80" w:type="dxa"/>
              <w:right w:w="80" w:type="dxa"/>
            </w:tcMar>
            <w:vAlign w:val="center"/>
          </w:tcPr>
          <w:p w14:paraId="4EFC8B1B"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Niveau</w:t>
            </w:r>
          </w:p>
        </w:tc>
        <w:tc>
          <w:tcPr>
            <w:tcW w:w="3168" w:type="dxa"/>
            <w:shd w:val="clear" w:color="auto" w:fill="D01050"/>
            <w:tcMar>
              <w:top w:w="80" w:type="dxa"/>
              <w:left w:w="80" w:type="dxa"/>
              <w:bottom w:w="80" w:type="dxa"/>
              <w:right w:w="80" w:type="dxa"/>
            </w:tcMar>
            <w:vAlign w:val="center"/>
          </w:tcPr>
          <w:p w14:paraId="49715E47"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Situation repère</w:t>
            </w:r>
          </w:p>
        </w:tc>
        <w:tc>
          <w:tcPr>
            <w:tcW w:w="3168" w:type="dxa"/>
            <w:shd w:val="clear" w:color="auto" w:fill="D01050"/>
            <w:tcMar>
              <w:top w:w="80" w:type="dxa"/>
              <w:left w:w="80" w:type="dxa"/>
              <w:bottom w:w="80" w:type="dxa"/>
              <w:right w:w="80" w:type="dxa"/>
            </w:tcMar>
            <w:vAlign w:val="center"/>
          </w:tcPr>
          <w:p w14:paraId="1D3AB0F9"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Objectif de la collectivité</w:t>
            </w:r>
          </w:p>
        </w:tc>
        <w:tc>
          <w:tcPr>
            <w:tcW w:w="3744" w:type="dxa"/>
            <w:shd w:val="clear" w:color="auto" w:fill="D01050"/>
            <w:tcMar>
              <w:top w:w="80" w:type="dxa"/>
              <w:left w:w="80" w:type="dxa"/>
              <w:bottom w:w="80" w:type="dxa"/>
              <w:right w:w="80" w:type="dxa"/>
            </w:tcMar>
            <w:vAlign w:val="center"/>
          </w:tcPr>
          <w:p w14:paraId="6FA3F880"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Mesures principales</w:t>
            </w:r>
          </w:p>
        </w:tc>
      </w:tr>
      <w:tr w:rsidR="009F2D75" w:rsidRPr="00ED16E5" w14:paraId="29215E8A" w14:textId="77777777" w:rsidTr="00DB512F">
        <w:trPr>
          <w:jc w:val="center"/>
        </w:trPr>
        <w:tc>
          <w:tcPr>
            <w:tcW w:w="1152" w:type="dxa"/>
            <w:tcBorders>
              <w:bottom w:val="single" w:sz="4" w:space="0" w:color="808080"/>
            </w:tcBorders>
            <w:shd w:val="clear" w:color="auto" w:fill="92D050"/>
            <w:tcMar>
              <w:top w:w="80" w:type="dxa"/>
              <w:left w:w="80" w:type="dxa"/>
              <w:bottom w:w="80" w:type="dxa"/>
              <w:right w:w="80" w:type="dxa"/>
            </w:tcMar>
            <w:vAlign w:val="center"/>
          </w:tcPr>
          <w:p w14:paraId="79BEC1EE"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Vert</w:t>
            </w:r>
          </w:p>
        </w:tc>
        <w:tc>
          <w:tcPr>
            <w:tcW w:w="3168" w:type="dxa"/>
            <w:tcMar>
              <w:top w:w="80" w:type="dxa"/>
              <w:left w:w="80" w:type="dxa"/>
              <w:bottom w:w="80" w:type="dxa"/>
              <w:right w:w="80" w:type="dxa"/>
            </w:tcMar>
            <w:vAlign w:val="center"/>
          </w:tcPr>
          <w:p w14:paraId="2622B383"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Veille saisonnière sans vigilance particulière.</w:t>
            </w:r>
          </w:p>
        </w:tc>
        <w:tc>
          <w:tcPr>
            <w:tcW w:w="3168" w:type="dxa"/>
            <w:tcMar>
              <w:top w:w="80" w:type="dxa"/>
              <w:left w:w="80" w:type="dxa"/>
              <w:bottom w:w="80" w:type="dxa"/>
              <w:right w:w="80" w:type="dxa"/>
            </w:tcMar>
            <w:vAlign w:val="center"/>
          </w:tcPr>
          <w:p w14:paraId="1C4D64C3"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Préparer, vérifier les moyens et informer en amont.</w:t>
            </w:r>
          </w:p>
        </w:tc>
        <w:tc>
          <w:tcPr>
            <w:tcW w:w="3744" w:type="dxa"/>
            <w:tcMar>
              <w:top w:w="80" w:type="dxa"/>
              <w:left w:w="80" w:type="dxa"/>
              <w:bottom w:w="80" w:type="dxa"/>
              <w:right w:w="80" w:type="dxa"/>
            </w:tcMar>
            <w:vAlign w:val="center"/>
          </w:tcPr>
          <w:p w14:paraId="601F3AD8"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Mise à jour du plan, recensement des moyens, communication préventive.</w:t>
            </w:r>
          </w:p>
        </w:tc>
      </w:tr>
      <w:tr w:rsidR="009F2D75" w:rsidRPr="00ED16E5" w14:paraId="52743C0D" w14:textId="77777777" w:rsidTr="00DB512F">
        <w:trPr>
          <w:jc w:val="center"/>
        </w:trPr>
        <w:tc>
          <w:tcPr>
            <w:tcW w:w="1152" w:type="dxa"/>
            <w:tcBorders>
              <w:bottom w:val="single" w:sz="4" w:space="0" w:color="808080"/>
            </w:tcBorders>
            <w:shd w:val="clear" w:color="auto" w:fill="FFFF00"/>
            <w:tcMar>
              <w:top w:w="80" w:type="dxa"/>
              <w:left w:w="80" w:type="dxa"/>
              <w:bottom w:w="80" w:type="dxa"/>
              <w:right w:w="80" w:type="dxa"/>
            </w:tcMar>
            <w:vAlign w:val="center"/>
          </w:tcPr>
          <w:p w14:paraId="0034A775"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Jaune</w:t>
            </w:r>
          </w:p>
        </w:tc>
        <w:tc>
          <w:tcPr>
            <w:tcW w:w="3168" w:type="dxa"/>
            <w:tcMar>
              <w:top w:w="80" w:type="dxa"/>
              <w:left w:w="80" w:type="dxa"/>
              <w:bottom w:w="80" w:type="dxa"/>
              <w:right w:w="80" w:type="dxa"/>
            </w:tcMar>
            <w:vAlign w:val="center"/>
          </w:tcPr>
          <w:p w14:paraId="7F08E660"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Pic de chaleur ou chaleur persistante pouvant présenter un risque pour les personnes fragiles ou surexposées.</w:t>
            </w:r>
          </w:p>
        </w:tc>
        <w:tc>
          <w:tcPr>
            <w:tcW w:w="3168" w:type="dxa"/>
            <w:tcMar>
              <w:top w:w="80" w:type="dxa"/>
              <w:left w:w="80" w:type="dxa"/>
              <w:bottom w:w="80" w:type="dxa"/>
              <w:right w:w="80" w:type="dxa"/>
            </w:tcMar>
            <w:vAlign w:val="center"/>
          </w:tcPr>
          <w:p w14:paraId="137AFDE5"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Renforcer la prévention et limiter l’exposition.</w:t>
            </w:r>
          </w:p>
        </w:tc>
        <w:tc>
          <w:tcPr>
            <w:tcW w:w="3744" w:type="dxa"/>
            <w:tcMar>
              <w:top w:w="80" w:type="dxa"/>
              <w:left w:w="80" w:type="dxa"/>
              <w:bottom w:w="80" w:type="dxa"/>
              <w:right w:w="80" w:type="dxa"/>
            </w:tcMar>
            <w:vAlign w:val="center"/>
          </w:tcPr>
          <w:p w14:paraId="706AF635"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 xml:space="preserve">Information des </w:t>
            </w:r>
            <w:proofErr w:type="spellStart"/>
            <w:r w:rsidRPr="00ED16E5">
              <w:rPr>
                <w:rFonts w:asciiTheme="majorHAnsi" w:hAnsiTheme="majorHAnsi" w:cstheme="majorHAnsi"/>
                <w:sz w:val="17"/>
              </w:rPr>
              <w:t>agent·e·s</w:t>
            </w:r>
            <w:proofErr w:type="spellEnd"/>
            <w:r w:rsidRPr="00ED16E5">
              <w:rPr>
                <w:rFonts w:asciiTheme="majorHAnsi" w:hAnsiTheme="majorHAnsi" w:cstheme="majorHAnsi"/>
                <w:sz w:val="17"/>
              </w:rPr>
              <w:t>, pauses renforcées, hydratation, aération tôt le matin, contrôle des locaux.</w:t>
            </w:r>
          </w:p>
        </w:tc>
      </w:tr>
      <w:tr w:rsidR="009F2D75" w:rsidRPr="00ED16E5" w14:paraId="14769F80" w14:textId="77777777" w:rsidTr="00DB512F">
        <w:trPr>
          <w:jc w:val="center"/>
        </w:trPr>
        <w:tc>
          <w:tcPr>
            <w:tcW w:w="1152" w:type="dxa"/>
            <w:tcBorders>
              <w:bottom w:val="single" w:sz="4" w:space="0" w:color="808080"/>
            </w:tcBorders>
            <w:shd w:val="clear" w:color="auto" w:fill="FFC000"/>
            <w:tcMar>
              <w:top w:w="80" w:type="dxa"/>
              <w:left w:w="80" w:type="dxa"/>
              <w:bottom w:w="80" w:type="dxa"/>
              <w:right w:w="80" w:type="dxa"/>
            </w:tcMar>
            <w:vAlign w:val="center"/>
          </w:tcPr>
          <w:p w14:paraId="50308EAC"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Orange</w:t>
            </w:r>
          </w:p>
        </w:tc>
        <w:tc>
          <w:tcPr>
            <w:tcW w:w="3168" w:type="dxa"/>
            <w:tcMar>
              <w:top w:w="80" w:type="dxa"/>
              <w:left w:w="80" w:type="dxa"/>
              <w:bottom w:w="80" w:type="dxa"/>
              <w:right w:w="80" w:type="dxa"/>
            </w:tcMar>
            <w:vAlign w:val="center"/>
          </w:tcPr>
          <w:p w14:paraId="71DE2F0D"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Canicule : chaleur intense et durable susceptible de constituer un risque sanitaire pour l’ensemble des personnes exposées.</w:t>
            </w:r>
          </w:p>
        </w:tc>
        <w:tc>
          <w:tcPr>
            <w:tcW w:w="3168" w:type="dxa"/>
            <w:tcMar>
              <w:top w:w="80" w:type="dxa"/>
              <w:left w:w="80" w:type="dxa"/>
              <w:bottom w:w="80" w:type="dxa"/>
              <w:right w:w="80" w:type="dxa"/>
            </w:tcMar>
            <w:vAlign w:val="center"/>
          </w:tcPr>
          <w:p w14:paraId="73C00C5E"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 xml:space="preserve">Adapter l’organisation du travail et protéger les </w:t>
            </w:r>
            <w:proofErr w:type="spellStart"/>
            <w:r w:rsidRPr="00ED16E5">
              <w:rPr>
                <w:rFonts w:asciiTheme="majorHAnsi" w:hAnsiTheme="majorHAnsi" w:cstheme="majorHAnsi"/>
                <w:sz w:val="17"/>
              </w:rPr>
              <w:t>agent·e·s</w:t>
            </w:r>
            <w:proofErr w:type="spellEnd"/>
            <w:r w:rsidRPr="00ED16E5">
              <w:rPr>
                <w:rFonts w:asciiTheme="majorHAnsi" w:hAnsiTheme="majorHAnsi" w:cstheme="majorHAnsi"/>
                <w:sz w:val="17"/>
              </w:rPr>
              <w:t xml:space="preserve"> </w:t>
            </w:r>
            <w:proofErr w:type="spellStart"/>
            <w:r w:rsidRPr="00ED16E5">
              <w:rPr>
                <w:rFonts w:asciiTheme="majorHAnsi" w:hAnsiTheme="majorHAnsi" w:cstheme="majorHAnsi"/>
                <w:sz w:val="17"/>
              </w:rPr>
              <w:t>exposé·e·s</w:t>
            </w:r>
            <w:proofErr w:type="spellEnd"/>
            <w:r w:rsidRPr="00ED16E5">
              <w:rPr>
                <w:rFonts w:asciiTheme="majorHAnsi" w:hAnsiTheme="majorHAnsi" w:cstheme="majorHAnsi"/>
                <w:sz w:val="17"/>
              </w:rPr>
              <w:t>.</w:t>
            </w:r>
          </w:p>
        </w:tc>
        <w:tc>
          <w:tcPr>
            <w:tcW w:w="3744" w:type="dxa"/>
            <w:tcMar>
              <w:top w:w="80" w:type="dxa"/>
              <w:left w:w="80" w:type="dxa"/>
              <w:bottom w:w="80" w:type="dxa"/>
              <w:right w:w="80" w:type="dxa"/>
            </w:tcMar>
            <w:vAlign w:val="center"/>
          </w:tcPr>
          <w:p w14:paraId="29A75BB9"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 xml:space="preserve">Horaires adaptés, réduction du travail isolé, espaces frais, suivi des </w:t>
            </w:r>
            <w:proofErr w:type="spellStart"/>
            <w:r w:rsidRPr="00ED16E5">
              <w:rPr>
                <w:rFonts w:asciiTheme="majorHAnsi" w:hAnsiTheme="majorHAnsi" w:cstheme="majorHAnsi"/>
                <w:sz w:val="17"/>
              </w:rPr>
              <w:t>agent·e·s</w:t>
            </w:r>
            <w:proofErr w:type="spellEnd"/>
            <w:r w:rsidRPr="00ED16E5">
              <w:rPr>
                <w:rFonts w:asciiTheme="majorHAnsi" w:hAnsiTheme="majorHAnsi" w:cstheme="majorHAnsi"/>
                <w:sz w:val="17"/>
              </w:rPr>
              <w:t xml:space="preserve"> vulnérables, télétravail si possible.</w:t>
            </w:r>
          </w:p>
        </w:tc>
      </w:tr>
      <w:tr w:rsidR="009F2D75" w:rsidRPr="00ED16E5" w14:paraId="00C9A70A" w14:textId="77777777" w:rsidTr="00DB512F">
        <w:trPr>
          <w:jc w:val="center"/>
        </w:trPr>
        <w:tc>
          <w:tcPr>
            <w:tcW w:w="1152" w:type="dxa"/>
            <w:shd w:val="clear" w:color="auto" w:fill="EE0000"/>
            <w:tcMar>
              <w:top w:w="80" w:type="dxa"/>
              <w:left w:w="80" w:type="dxa"/>
              <w:bottom w:w="80" w:type="dxa"/>
              <w:right w:w="80" w:type="dxa"/>
            </w:tcMar>
            <w:vAlign w:val="center"/>
          </w:tcPr>
          <w:p w14:paraId="25D1BC6E"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Rouge</w:t>
            </w:r>
          </w:p>
        </w:tc>
        <w:tc>
          <w:tcPr>
            <w:tcW w:w="3168" w:type="dxa"/>
            <w:tcMar>
              <w:top w:w="80" w:type="dxa"/>
              <w:left w:w="80" w:type="dxa"/>
              <w:bottom w:w="80" w:type="dxa"/>
              <w:right w:w="80" w:type="dxa"/>
            </w:tcMar>
            <w:vAlign w:val="center"/>
          </w:tcPr>
          <w:p w14:paraId="7A369403"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Canicule extrême avec impact sanitaire fort et effets possibles sur la continuité d’activité.</w:t>
            </w:r>
          </w:p>
        </w:tc>
        <w:tc>
          <w:tcPr>
            <w:tcW w:w="3168" w:type="dxa"/>
            <w:tcMar>
              <w:top w:w="80" w:type="dxa"/>
              <w:left w:w="80" w:type="dxa"/>
              <w:bottom w:w="80" w:type="dxa"/>
              <w:right w:w="80" w:type="dxa"/>
            </w:tcMar>
            <w:vAlign w:val="center"/>
          </w:tcPr>
          <w:p w14:paraId="1AD91EF1"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Assurer la sécurité immédiate et la continuité des missions essentielles.</w:t>
            </w:r>
          </w:p>
        </w:tc>
        <w:tc>
          <w:tcPr>
            <w:tcW w:w="3744" w:type="dxa"/>
            <w:tcMar>
              <w:top w:w="80" w:type="dxa"/>
              <w:left w:w="80" w:type="dxa"/>
              <w:bottom w:w="80" w:type="dxa"/>
              <w:right w:w="80" w:type="dxa"/>
            </w:tcMar>
            <w:vAlign w:val="center"/>
          </w:tcPr>
          <w:p w14:paraId="1684D41A"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Cellule de crise interne, suspension des tâches non urgentes exposées, repos prolongé, arrêt/délocalisation d’activités si nécessaire.</w:t>
            </w:r>
          </w:p>
        </w:tc>
      </w:tr>
    </w:tbl>
    <w:p w14:paraId="5319E9F2" w14:textId="77777777" w:rsidR="009F2D75" w:rsidRPr="00ED16E5" w:rsidRDefault="009F2D75">
      <w:pPr>
        <w:rPr>
          <w:rFonts w:asciiTheme="majorHAnsi" w:hAnsiTheme="majorHAnsi" w:cstheme="majorHAnsi"/>
        </w:rPr>
      </w:pPr>
    </w:p>
    <w:p w14:paraId="0078030D" w14:textId="77777777" w:rsidR="009F2D75" w:rsidRPr="00ED16E5" w:rsidRDefault="00702437">
      <w:pPr>
        <w:rPr>
          <w:rFonts w:asciiTheme="majorHAnsi" w:hAnsiTheme="majorHAnsi" w:cstheme="majorHAnsi"/>
        </w:rPr>
      </w:pPr>
      <w:r w:rsidRPr="00ED16E5">
        <w:rPr>
          <w:rFonts w:asciiTheme="majorHAnsi" w:hAnsiTheme="majorHAnsi" w:cstheme="majorHAnsi"/>
        </w:rPr>
        <w:br w:type="page"/>
      </w:r>
    </w:p>
    <w:p w14:paraId="1719BE66" w14:textId="77777777" w:rsidR="009F2D75" w:rsidRPr="00ED16E5" w:rsidRDefault="00702437">
      <w:pPr>
        <w:pStyle w:val="Titre1"/>
        <w:rPr>
          <w:rFonts w:cstheme="majorHAnsi"/>
        </w:rPr>
      </w:pPr>
      <w:r w:rsidRPr="00ED16E5">
        <w:rPr>
          <w:rFonts w:cstheme="majorHAnsi"/>
        </w:rPr>
        <w:lastRenderedPageBreak/>
        <w:t>5. Mesures de prévention graduées</w:t>
      </w:r>
    </w:p>
    <w:p w14:paraId="51AA1D21" w14:textId="77777777" w:rsidR="009F2D75" w:rsidRPr="00ED16E5" w:rsidRDefault="00702437">
      <w:pPr>
        <w:pStyle w:val="Titre2"/>
        <w:rPr>
          <w:rFonts w:cstheme="majorHAnsi"/>
          <w:color w:val="D01050"/>
        </w:rPr>
      </w:pPr>
      <w:r w:rsidRPr="00ED16E5">
        <w:rPr>
          <w:rFonts w:cstheme="majorHAnsi"/>
          <w:color w:val="D01050"/>
        </w:rPr>
        <w:t>Niveau vert – préparation et veille</w:t>
      </w:r>
    </w:p>
    <w:tbl>
      <w:tblPr>
        <w:tblStyle w:val="Grilledutableau"/>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5035"/>
        <w:gridCol w:w="5035"/>
      </w:tblGrid>
      <w:tr w:rsidR="009F2D75" w:rsidRPr="00ED16E5" w14:paraId="689EAE63" w14:textId="77777777">
        <w:trPr>
          <w:jc w:val="center"/>
        </w:trPr>
        <w:tc>
          <w:tcPr>
            <w:tcW w:w="5040" w:type="dxa"/>
            <w:shd w:val="clear" w:color="auto" w:fill="70AD47"/>
            <w:tcMar>
              <w:top w:w="80" w:type="dxa"/>
              <w:left w:w="80" w:type="dxa"/>
              <w:bottom w:w="80" w:type="dxa"/>
              <w:right w:w="80" w:type="dxa"/>
            </w:tcMar>
            <w:vAlign w:val="center"/>
          </w:tcPr>
          <w:p w14:paraId="062C6AAC"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Activités physiques / extérieures</w:t>
            </w:r>
          </w:p>
        </w:tc>
        <w:tc>
          <w:tcPr>
            <w:tcW w:w="5040" w:type="dxa"/>
            <w:shd w:val="clear" w:color="auto" w:fill="70AD47"/>
            <w:tcMar>
              <w:top w:w="80" w:type="dxa"/>
              <w:left w:w="80" w:type="dxa"/>
              <w:bottom w:w="80" w:type="dxa"/>
              <w:right w:w="80" w:type="dxa"/>
            </w:tcMar>
            <w:vAlign w:val="center"/>
          </w:tcPr>
          <w:p w14:paraId="71050506"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Activités sédentaires / intérieures</w:t>
            </w:r>
          </w:p>
        </w:tc>
      </w:tr>
      <w:tr w:rsidR="009F2D75" w:rsidRPr="00ED16E5" w14:paraId="00D23214" w14:textId="77777777">
        <w:trPr>
          <w:jc w:val="center"/>
        </w:trPr>
        <w:tc>
          <w:tcPr>
            <w:tcW w:w="5040" w:type="dxa"/>
            <w:tcMar>
              <w:top w:w="80" w:type="dxa"/>
              <w:left w:w="80" w:type="dxa"/>
              <w:bottom w:w="80" w:type="dxa"/>
              <w:right w:w="80" w:type="dxa"/>
            </w:tcMar>
            <w:vAlign w:val="center"/>
          </w:tcPr>
          <w:p w14:paraId="2A950BDE"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Aucune mesure d’urgence. Préparer la saison : vérifier les points d’eau, les espaces plus frais, les équipements disponibles et la liste des contacts.</w:t>
            </w:r>
          </w:p>
        </w:tc>
        <w:tc>
          <w:tcPr>
            <w:tcW w:w="5040" w:type="dxa"/>
            <w:tcMar>
              <w:top w:w="80" w:type="dxa"/>
              <w:left w:w="80" w:type="dxa"/>
              <w:bottom w:w="80" w:type="dxa"/>
              <w:right w:w="80" w:type="dxa"/>
            </w:tcMar>
            <w:vAlign w:val="center"/>
          </w:tcPr>
          <w:p w14:paraId="32F51FD0"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Aucune mesure d’urgence. Vérifier la ventilation, les stores, les ouvrants, la disponibilité des ventilateurs et les modalités de diffusion des consignes.</w:t>
            </w:r>
          </w:p>
        </w:tc>
      </w:tr>
    </w:tbl>
    <w:p w14:paraId="1AD7CFA2" w14:textId="77777777" w:rsidR="009F2D75" w:rsidRPr="00ED16E5" w:rsidRDefault="009F2D75">
      <w:pPr>
        <w:rPr>
          <w:rFonts w:asciiTheme="majorHAnsi" w:hAnsiTheme="majorHAnsi" w:cstheme="majorHAnsi"/>
        </w:rPr>
      </w:pPr>
    </w:p>
    <w:p w14:paraId="64452D54" w14:textId="77777777" w:rsidR="009F2D75" w:rsidRPr="00ED16E5" w:rsidRDefault="00702437">
      <w:pPr>
        <w:pStyle w:val="Titre2"/>
        <w:rPr>
          <w:rFonts w:cstheme="majorHAnsi"/>
          <w:color w:val="D01050"/>
        </w:rPr>
      </w:pPr>
      <w:r w:rsidRPr="00ED16E5">
        <w:rPr>
          <w:rFonts w:cstheme="majorHAnsi"/>
          <w:color w:val="D01050"/>
        </w:rPr>
        <w:t>Niveau jaune – renforcement de la prévention</w:t>
      </w:r>
    </w:p>
    <w:tbl>
      <w:tblPr>
        <w:tblStyle w:val="Grilledutableau"/>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5035"/>
        <w:gridCol w:w="5035"/>
      </w:tblGrid>
      <w:tr w:rsidR="009F2D75" w:rsidRPr="00ED16E5" w14:paraId="4263CC86" w14:textId="77777777">
        <w:trPr>
          <w:jc w:val="center"/>
        </w:trPr>
        <w:tc>
          <w:tcPr>
            <w:tcW w:w="5040" w:type="dxa"/>
            <w:shd w:val="clear" w:color="auto" w:fill="FFC000"/>
            <w:tcMar>
              <w:top w:w="80" w:type="dxa"/>
              <w:left w:w="80" w:type="dxa"/>
              <w:bottom w:w="80" w:type="dxa"/>
              <w:right w:w="80" w:type="dxa"/>
            </w:tcMar>
            <w:vAlign w:val="center"/>
          </w:tcPr>
          <w:p w14:paraId="4CE8CCB0"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Activités physiques / extérieures</w:t>
            </w:r>
          </w:p>
        </w:tc>
        <w:tc>
          <w:tcPr>
            <w:tcW w:w="5040" w:type="dxa"/>
            <w:shd w:val="clear" w:color="auto" w:fill="FFC000"/>
            <w:tcMar>
              <w:top w:w="80" w:type="dxa"/>
              <w:left w:w="80" w:type="dxa"/>
              <w:bottom w:w="80" w:type="dxa"/>
              <w:right w:w="80" w:type="dxa"/>
            </w:tcMar>
            <w:vAlign w:val="center"/>
          </w:tcPr>
          <w:p w14:paraId="1A0163F1"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Activités sédentaires / intérieures</w:t>
            </w:r>
          </w:p>
        </w:tc>
      </w:tr>
      <w:tr w:rsidR="009F2D75" w:rsidRPr="00ED16E5" w14:paraId="0E0D67E8" w14:textId="77777777">
        <w:trPr>
          <w:jc w:val="center"/>
        </w:trPr>
        <w:tc>
          <w:tcPr>
            <w:tcW w:w="5040" w:type="dxa"/>
            <w:tcMar>
              <w:top w:w="80" w:type="dxa"/>
              <w:left w:w="80" w:type="dxa"/>
              <w:bottom w:w="80" w:type="dxa"/>
              <w:right w:w="80" w:type="dxa"/>
            </w:tcMar>
            <w:vAlign w:val="center"/>
          </w:tcPr>
          <w:p w14:paraId="09A9FE75"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 xml:space="preserve">Informer les </w:t>
            </w:r>
            <w:proofErr w:type="spellStart"/>
            <w:r w:rsidRPr="00ED16E5">
              <w:rPr>
                <w:rFonts w:asciiTheme="majorHAnsi" w:hAnsiTheme="majorHAnsi" w:cstheme="majorHAnsi"/>
                <w:sz w:val="17"/>
              </w:rPr>
              <w:t>agent·e·s</w:t>
            </w:r>
            <w:proofErr w:type="spellEnd"/>
            <w:r w:rsidRPr="00ED16E5">
              <w:rPr>
                <w:rFonts w:asciiTheme="majorHAnsi" w:hAnsiTheme="majorHAnsi" w:cstheme="majorHAnsi"/>
                <w:sz w:val="17"/>
              </w:rPr>
              <w:t xml:space="preserve"> des consignes fortes chaleurs : travail à l’ombre dès que possible, hydratation régulière, adaptation du rythme, pauses renforcées.</w:t>
            </w:r>
          </w:p>
        </w:tc>
        <w:tc>
          <w:tcPr>
            <w:tcW w:w="5040" w:type="dxa"/>
            <w:tcMar>
              <w:top w:w="80" w:type="dxa"/>
              <w:left w:w="80" w:type="dxa"/>
              <w:bottom w:w="80" w:type="dxa"/>
              <w:right w:w="80" w:type="dxa"/>
            </w:tcMar>
            <w:vAlign w:val="center"/>
          </w:tcPr>
          <w:p w14:paraId="599396CF"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Aérer les locaux aux heures les plus fraîches, limiter le rayonnement solaire, utiliser les moyens de ventilation disponibles et contrôler la température intérieure.</w:t>
            </w:r>
          </w:p>
        </w:tc>
      </w:tr>
      <w:tr w:rsidR="009F2D75" w:rsidRPr="00ED16E5" w14:paraId="12974A33" w14:textId="77777777">
        <w:trPr>
          <w:jc w:val="center"/>
        </w:trPr>
        <w:tc>
          <w:tcPr>
            <w:tcW w:w="5040" w:type="dxa"/>
            <w:tcMar>
              <w:top w:w="80" w:type="dxa"/>
              <w:left w:w="80" w:type="dxa"/>
              <w:bottom w:w="80" w:type="dxa"/>
              <w:right w:w="80" w:type="dxa"/>
            </w:tcMar>
            <w:vAlign w:val="center"/>
          </w:tcPr>
          <w:p w14:paraId="3357E78E"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Prévoir une surveillance mutuelle lorsque l’activité est physique ou réalisée à l’extérieur.</w:t>
            </w:r>
          </w:p>
        </w:tc>
        <w:tc>
          <w:tcPr>
            <w:tcW w:w="5040" w:type="dxa"/>
            <w:tcMar>
              <w:top w:w="80" w:type="dxa"/>
              <w:left w:w="80" w:type="dxa"/>
              <w:bottom w:w="80" w:type="dxa"/>
              <w:right w:w="80" w:type="dxa"/>
            </w:tcMar>
            <w:vAlign w:val="center"/>
          </w:tcPr>
          <w:p w14:paraId="4E5AF5DF"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Limiter les sources additionnelles de chaleur : appareils électriques inutilisés, éclairages, équipements produisant de la chaleur.</w:t>
            </w:r>
          </w:p>
        </w:tc>
      </w:tr>
    </w:tbl>
    <w:p w14:paraId="5106465E" w14:textId="77777777" w:rsidR="009F2D75" w:rsidRPr="00ED16E5" w:rsidRDefault="009F2D75">
      <w:pPr>
        <w:rPr>
          <w:rFonts w:asciiTheme="majorHAnsi" w:hAnsiTheme="majorHAnsi" w:cstheme="majorHAnsi"/>
        </w:rPr>
      </w:pPr>
    </w:p>
    <w:p w14:paraId="78C654B1" w14:textId="77777777" w:rsidR="009F2D75" w:rsidRPr="00ED16E5" w:rsidRDefault="00702437">
      <w:pPr>
        <w:pStyle w:val="Titre2"/>
        <w:rPr>
          <w:rFonts w:cstheme="majorHAnsi"/>
          <w:color w:val="D01050"/>
        </w:rPr>
      </w:pPr>
      <w:r w:rsidRPr="00ED16E5">
        <w:rPr>
          <w:rFonts w:cstheme="majorHAnsi"/>
          <w:color w:val="D01050"/>
        </w:rPr>
        <w:t>Niveau orange – adaptation de l’organisation</w:t>
      </w:r>
    </w:p>
    <w:tbl>
      <w:tblPr>
        <w:tblStyle w:val="Grilledutableau"/>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5035"/>
        <w:gridCol w:w="5035"/>
      </w:tblGrid>
      <w:tr w:rsidR="009F2D75" w:rsidRPr="00ED16E5" w14:paraId="6610A036" w14:textId="77777777">
        <w:trPr>
          <w:jc w:val="center"/>
        </w:trPr>
        <w:tc>
          <w:tcPr>
            <w:tcW w:w="5040" w:type="dxa"/>
            <w:shd w:val="clear" w:color="auto" w:fill="ED7D31"/>
            <w:tcMar>
              <w:top w:w="80" w:type="dxa"/>
              <w:left w:w="80" w:type="dxa"/>
              <w:bottom w:w="80" w:type="dxa"/>
              <w:right w:w="80" w:type="dxa"/>
            </w:tcMar>
            <w:vAlign w:val="center"/>
          </w:tcPr>
          <w:p w14:paraId="6BAC149E"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Activités physiques / extérieures</w:t>
            </w:r>
          </w:p>
        </w:tc>
        <w:tc>
          <w:tcPr>
            <w:tcW w:w="5040" w:type="dxa"/>
            <w:shd w:val="clear" w:color="auto" w:fill="ED7D31"/>
            <w:tcMar>
              <w:top w:w="80" w:type="dxa"/>
              <w:left w:w="80" w:type="dxa"/>
              <w:bottom w:w="80" w:type="dxa"/>
              <w:right w:w="80" w:type="dxa"/>
            </w:tcMar>
            <w:vAlign w:val="center"/>
          </w:tcPr>
          <w:p w14:paraId="439FD73A"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Activités sédentaires / intérieures</w:t>
            </w:r>
          </w:p>
        </w:tc>
      </w:tr>
      <w:tr w:rsidR="009F2D75" w:rsidRPr="00ED16E5" w14:paraId="0681B1BF" w14:textId="77777777">
        <w:trPr>
          <w:jc w:val="center"/>
        </w:trPr>
        <w:tc>
          <w:tcPr>
            <w:tcW w:w="5040" w:type="dxa"/>
            <w:tcMar>
              <w:top w:w="80" w:type="dxa"/>
              <w:left w:w="80" w:type="dxa"/>
              <w:bottom w:w="80" w:type="dxa"/>
              <w:right w:w="80" w:type="dxa"/>
            </w:tcMar>
            <w:vAlign w:val="center"/>
          </w:tcPr>
          <w:p w14:paraId="26DF3726"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Réduire le travail isolé, organiser le travail en binôme lorsque c’est possible, reporter les tâches les plus contraignantes aux heures les plus fraîches.</w:t>
            </w:r>
          </w:p>
        </w:tc>
        <w:tc>
          <w:tcPr>
            <w:tcW w:w="5040" w:type="dxa"/>
            <w:tcMar>
              <w:top w:w="80" w:type="dxa"/>
              <w:left w:w="80" w:type="dxa"/>
              <w:bottom w:w="80" w:type="dxa"/>
              <w:right w:w="80" w:type="dxa"/>
            </w:tcMar>
            <w:vAlign w:val="center"/>
          </w:tcPr>
          <w:p w14:paraId="5C536620"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 xml:space="preserve">Assurer le suivi des </w:t>
            </w:r>
            <w:proofErr w:type="spellStart"/>
            <w:r w:rsidRPr="00ED16E5">
              <w:rPr>
                <w:rFonts w:asciiTheme="majorHAnsi" w:hAnsiTheme="majorHAnsi" w:cstheme="majorHAnsi"/>
                <w:sz w:val="17"/>
              </w:rPr>
              <w:t>agent·e·s</w:t>
            </w:r>
            <w:proofErr w:type="spellEnd"/>
            <w:r w:rsidRPr="00ED16E5">
              <w:rPr>
                <w:rFonts w:asciiTheme="majorHAnsi" w:hAnsiTheme="majorHAnsi" w:cstheme="majorHAnsi"/>
                <w:sz w:val="17"/>
              </w:rPr>
              <w:t xml:space="preserve"> ayant signalé une vulnérabilité ou une difficulté liée à la chaleur, avec l’appui de la médecine préventive si nécessaire.</w:t>
            </w:r>
          </w:p>
        </w:tc>
      </w:tr>
      <w:tr w:rsidR="009F2D75" w:rsidRPr="00ED16E5" w14:paraId="7E248042" w14:textId="77777777">
        <w:trPr>
          <w:jc w:val="center"/>
        </w:trPr>
        <w:tc>
          <w:tcPr>
            <w:tcW w:w="5040" w:type="dxa"/>
            <w:tcMar>
              <w:top w:w="80" w:type="dxa"/>
              <w:left w:w="80" w:type="dxa"/>
              <w:bottom w:w="80" w:type="dxa"/>
              <w:right w:w="80" w:type="dxa"/>
            </w:tcMar>
            <w:vAlign w:val="center"/>
          </w:tcPr>
          <w:p w14:paraId="388C90E1"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Mettre en place les horaires d’été ou horaires adaptés validés par l’autorité territoriale.</w:t>
            </w:r>
          </w:p>
        </w:tc>
        <w:tc>
          <w:tcPr>
            <w:tcW w:w="5040" w:type="dxa"/>
            <w:tcMar>
              <w:top w:w="80" w:type="dxa"/>
              <w:left w:w="80" w:type="dxa"/>
              <w:bottom w:w="80" w:type="dxa"/>
              <w:right w:w="80" w:type="dxa"/>
            </w:tcMar>
            <w:vAlign w:val="center"/>
          </w:tcPr>
          <w:p w14:paraId="039ECCD4"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 xml:space="preserve">Ouvrir et signaler les espaces refroidis ou plus frais accessibles aux </w:t>
            </w:r>
            <w:proofErr w:type="spellStart"/>
            <w:r w:rsidRPr="00ED16E5">
              <w:rPr>
                <w:rFonts w:asciiTheme="majorHAnsi" w:hAnsiTheme="majorHAnsi" w:cstheme="majorHAnsi"/>
                <w:sz w:val="17"/>
              </w:rPr>
              <w:t>agent·e·s</w:t>
            </w:r>
            <w:proofErr w:type="spellEnd"/>
            <w:r w:rsidRPr="00ED16E5">
              <w:rPr>
                <w:rFonts w:asciiTheme="majorHAnsi" w:hAnsiTheme="majorHAnsi" w:cstheme="majorHAnsi"/>
                <w:sz w:val="17"/>
              </w:rPr>
              <w:t>.</w:t>
            </w:r>
          </w:p>
        </w:tc>
      </w:tr>
      <w:tr w:rsidR="009F2D75" w:rsidRPr="00ED16E5" w14:paraId="3243FB51" w14:textId="77777777">
        <w:trPr>
          <w:jc w:val="center"/>
        </w:trPr>
        <w:tc>
          <w:tcPr>
            <w:tcW w:w="5040" w:type="dxa"/>
            <w:tcMar>
              <w:top w:w="80" w:type="dxa"/>
              <w:left w:w="80" w:type="dxa"/>
              <w:bottom w:w="80" w:type="dxa"/>
              <w:right w:w="80" w:type="dxa"/>
            </w:tcMar>
            <w:vAlign w:val="center"/>
          </w:tcPr>
          <w:p w14:paraId="59595A5D"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Prévoir des temps de pause réguliers dans des lieux ombragés, refroidis ou plus frais.</w:t>
            </w:r>
          </w:p>
        </w:tc>
        <w:tc>
          <w:tcPr>
            <w:tcW w:w="5040" w:type="dxa"/>
            <w:tcMar>
              <w:top w:w="80" w:type="dxa"/>
              <w:left w:w="80" w:type="dxa"/>
              <w:bottom w:w="80" w:type="dxa"/>
              <w:right w:w="80" w:type="dxa"/>
            </w:tcMar>
            <w:vAlign w:val="center"/>
          </w:tcPr>
          <w:p w14:paraId="53EC7B53"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Renforcer le télétravail ou les adaptations d’organisation lorsque les missions le permettent.</w:t>
            </w:r>
          </w:p>
        </w:tc>
      </w:tr>
    </w:tbl>
    <w:p w14:paraId="750D15EF" w14:textId="77777777" w:rsidR="009F2D75" w:rsidRPr="00ED16E5" w:rsidRDefault="009F2D75">
      <w:pPr>
        <w:rPr>
          <w:rFonts w:asciiTheme="majorHAnsi" w:hAnsiTheme="majorHAnsi" w:cstheme="majorHAnsi"/>
        </w:rPr>
      </w:pPr>
    </w:p>
    <w:p w14:paraId="120F64EB" w14:textId="77777777" w:rsidR="009F2D75" w:rsidRPr="00ED16E5" w:rsidRDefault="00702437">
      <w:pPr>
        <w:pStyle w:val="Titre2"/>
        <w:rPr>
          <w:rFonts w:cstheme="majorHAnsi"/>
          <w:color w:val="D01050"/>
        </w:rPr>
      </w:pPr>
      <w:r w:rsidRPr="00ED16E5">
        <w:rPr>
          <w:rFonts w:cstheme="majorHAnsi"/>
          <w:color w:val="D01050"/>
        </w:rPr>
        <w:t>Niveau rouge – mesures exceptionnelles</w:t>
      </w:r>
    </w:p>
    <w:tbl>
      <w:tblPr>
        <w:tblStyle w:val="Grilledutableau"/>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5035"/>
        <w:gridCol w:w="5035"/>
      </w:tblGrid>
      <w:tr w:rsidR="009F2D75" w:rsidRPr="00ED16E5" w14:paraId="502A1A67" w14:textId="77777777">
        <w:trPr>
          <w:jc w:val="center"/>
        </w:trPr>
        <w:tc>
          <w:tcPr>
            <w:tcW w:w="5040" w:type="dxa"/>
            <w:shd w:val="clear" w:color="auto" w:fill="C00000"/>
            <w:tcMar>
              <w:top w:w="80" w:type="dxa"/>
              <w:left w:w="80" w:type="dxa"/>
              <w:bottom w:w="80" w:type="dxa"/>
              <w:right w:w="80" w:type="dxa"/>
            </w:tcMar>
            <w:vAlign w:val="center"/>
          </w:tcPr>
          <w:p w14:paraId="739F3ED8"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Activités physiques / extérieures</w:t>
            </w:r>
          </w:p>
        </w:tc>
        <w:tc>
          <w:tcPr>
            <w:tcW w:w="5040" w:type="dxa"/>
            <w:shd w:val="clear" w:color="auto" w:fill="C00000"/>
            <w:tcMar>
              <w:top w:w="80" w:type="dxa"/>
              <w:left w:w="80" w:type="dxa"/>
              <w:bottom w:w="80" w:type="dxa"/>
              <w:right w:w="80" w:type="dxa"/>
            </w:tcMar>
            <w:vAlign w:val="center"/>
          </w:tcPr>
          <w:p w14:paraId="3F3ADC81"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Activités sédentaires / intérieures</w:t>
            </w:r>
          </w:p>
        </w:tc>
      </w:tr>
      <w:tr w:rsidR="009F2D75" w:rsidRPr="00ED16E5" w14:paraId="31072062" w14:textId="77777777">
        <w:trPr>
          <w:jc w:val="center"/>
        </w:trPr>
        <w:tc>
          <w:tcPr>
            <w:tcW w:w="5040" w:type="dxa"/>
            <w:tcMar>
              <w:top w:w="80" w:type="dxa"/>
              <w:left w:w="80" w:type="dxa"/>
              <w:bottom w:w="80" w:type="dxa"/>
              <w:right w:w="80" w:type="dxa"/>
            </w:tcMar>
            <w:vAlign w:val="center"/>
          </w:tcPr>
          <w:p w14:paraId="7A43BD94"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 xml:space="preserve">Activer la cellule de crise interne : autorité territoriale, direction, </w:t>
            </w:r>
            <w:proofErr w:type="spellStart"/>
            <w:r w:rsidRPr="00ED16E5">
              <w:rPr>
                <w:rFonts w:asciiTheme="majorHAnsi" w:hAnsiTheme="majorHAnsi" w:cstheme="majorHAnsi"/>
                <w:sz w:val="17"/>
              </w:rPr>
              <w:t>encadrant·e·s</w:t>
            </w:r>
            <w:proofErr w:type="spellEnd"/>
            <w:r w:rsidRPr="00ED16E5">
              <w:rPr>
                <w:rFonts w:asciiTheme="majorHAnsi" w:hAnsiTheme="majorHAnsi" w:cstheme="majorHAnsi"/>
                <w:sz w:val="17"/>
              </w:rPr>
              <w:t>, prévention, RH et tout service nécessaire.</w:t>
            </w:r>
          </w:p>
        </w:tc>
        <w:tc>
          <w:tcPr>
            <w:tcW w:w="5040" w:type="dxa"/>
            <w:tcMar>
              <w:top w:w="80" w:type="dxa"/>
              <w:left w:w="80" w:type="dxa"/>
              <w:bottom w:w="80" w:type="dxa"/>
              <w:right w:w="80" w:type="dxa"/>
            </w:tcMar>
            <w:vAlign w:val="center"/>
          </w:tcPr>
          <w:p w14:paraId="13CCC0A4"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Renforcer les mesures de repli vers les espaces frais ou refroidis.</w:t>
            </w:r>
          </w:p>
        </w:tc>
      </w:tr>
      <w:tr w:rsidR="009F2D75" w:rsidRPr="00ED16E5" w14:paraId="1C1F337C" w14:textId="77777777">
        <w:trPr>
          <w:jc w:val="center"/>
        </w:trPr>
        <w:tc>
          <w:tcPr>
            <w:tcW w:w="5040" w:type="dxa"/>
            <w:tcMar>
              <w:top w:w="80" w:type="dxa"/>
              <w:left w:w="80" w:type="dxa"/>
              <w:bottom w:w="80" w:type="dxa"/>
              <w:right w:w="80" w:type="dxa"/>
            </w:tcMar>
            <w:vAlign w:val="center"/>
          </w:tcPr>
          <w:p w14:paraId="79720A0B"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Interdire le travail isolé pour les missions exposées, sauf mesure de sécurité équivalente formalisée.</w:t>
            </w:r>
          </w:p>
        </w:tc>
        <w:tc>
          <w:tcPr>
            <w:tcW w:w="5040" w:type="dxa"/>
            <w:tcMar>
              <w:top w:w="80" w:type="dxa"/>
              <w:left w:w="80" w:type="dxa"/>
              <w:bottom w:w="80" w:type="dxa"/>
              <w:right w:w="80" w:type="dxa"/>
            </w:tcMar>
            <w:vAlign w:val="center"/>
          </w:tcPr>
          <w:p w14:paraId="26F83BE9"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Renforcer le télétravail lorsque possible et limiter l’accueil ou les activités non essentielles selon les consignes validées.</w:t>
            </w:r>
          </w:p>
        </w:tc>
      </w:tr>
      <w:tr w:rsidR="009F2D75" w:rsidRPr="00ED16E5" w14:paraId="02361D1A" w14:textId="77777777">
        <w:trPr>
          <w:jc w:val="center"/>
        </w:trPr>
        <w:tc>
          <w:tcPr>
            <w:tcW w:w="5040" w:type="dxa"/>
            <w:tcMar>
              <w:top w:w="80" w:type="dxa"/>
              <w:left w:w="80" w:type="dxa"/>
              <w:bottom w:w="80" w:type="dxa"/>
              <w:right w:w="80" w:type="dxa"/>
            </w:tcMar>
            <w:vAlign w:val="center"/>
          </w:tcPr>
          <w:p w14:paraId="7406EDB7"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 xml:space="preserve">Suspendre ou reporter les tâches non urgentes exposant fortement les </w:t>
            </w:r>
            <w:proofErr w:type="spellStart"/>
            <w:r w:rsidRPr="00ED16E5">
              <w:rPr>
                <w:rFonts w:asciiTheme="majorHAnsi" w:hAnsiTheme="majorHAnsi" w:cstheme="majorHAnsi"/>
                <w:sz w:val="17"/>
              </w:rPr>
              <w:t>agent·e·s</w:t>
            </w:r>
            <w:proofErr w:type="spellEnd"/>
            <w:r w:rsidRPr="00ED16E5">
              <w:rPr>
                <w:rFonts w:asciiTheme="majorHAnsi" w:hAnsiTheme="majorHAnsi" w:cstheme="majorHAnsi"/>
                <w:sz w:val="17"/>
              </w:rPr>
              <w:t xml:space="preserve"> à la chaleur.</w:t>
            </w:r>
          </w:p>
        </w:tc>
        <w:tc>
          <w:tcPr>
            <w:tcW w:w="5040" w:type="dxa"/>
            <w:tcMar>
              <w:top w:w="80" w:type="dxa"/>
              <w:left w:w="80" w:type="dxa"/>
              <w:bottom w:w="80" w:type="dxa"/>
              <w:right w:w="80" w:type="dxa"/>
            </w:tcMar>
            <w:vAlign w:val="center"/>
          </w:tcPr>
          <w:p w14:paraId="48DA853C"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 xml:space="preserve">Délocaliser, réduire ou interrompre temporairement certaines activités si la sécurité des </w:t>
            </w:r>
            <w:proofErr w:type="spellStart"/>
            <w:r w:rsidRPr="00ED16E5">
              <w:rPr>
                <w:rFonts w:asciiTheme="majorHAnsi" w:hAnsiTheme="majorHAnsi" w:cstheme="majorHAnsi"/>
                <w:sz w:val="17"/>
              </w:rPr>
              <w:t>agent·e·s</w:t>
            </w:r>
            <w:proofErr w:type="spellEnd"/>
            <w:r w:rsidRPr="00ED16E5">
              <w:rPr>
                <w:rFonts w:asciiTheme="majorHAnsi" w:hAnsiTheme="majorHAnsi" w:cstheme="majorHAnsi"/>
                <w:sz w:val="17"/>
              </w:rPr>
              <w:t xml:space="preserve"> ou du public ne peut pas être garantie.</w:t>
            </w:r>
          </w:p>
        </w:tc>
      </w:tr>
      <w:tr w:rsidR="009F2D75" w:rsidRPr="00ED16E5" w14:paraId="576C368F" w14:textId="77777777">
        <w:trPr>
          <w:jc w:val="center"/>
        </w:trPr>
        <w:tc>
          <w:tcPr>
            <w:tcW w:w="5040" w:type="dxa"/>
            <w:tcMar>
              <w:top w:w="80" w:type="dxa"/>
              <w:left w:w="80" w:type="dxa"/>
              <w:bottom w:w="80" w:type="dxa"/>
              <w:right w:w="80" w:type="dxa"/>
            </w:tcMar>
            <w:vAlign w:val="center"/>
          </w:tcPr>
          <w:p w14:paraId="71071ACD"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Prévoir des temps de repos prolongés et une surveillance renforcée.</w:t>
            </w:r>
          </w:p>
        </w:tc>
        <w:tc>
          <w:tcPr>
            <w:tcW w:w="5040" w:type="dxa"/>
            <w:tcMar>
              <w:top w:w="80" w:type="dxa"/>
              <w:left w:w="80" w:type="dxa"/>
              <w:bottom w:w="80" w:type="dxa"/>
              <w:right w:w="80" w:type="dxa"/>
            </w:tcMar>
            <w:vAlign w:val="center"/>
          </w:tcPr>
          <w:p w14:paraId="389C18B2"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Prioriser les missions nécessaires à la continuité du service public.</w:t>
            </w:r>
          </w:p>
        </w:tc>
      </w:tr>
    </w:tbl>
    <w:p w14:paraId="6D75FA3E" w14:textId="77777777" w:rsidR="009F2D75" w:rsidRPr="00ED16E5" w:rsidRDefault="009F2D75">
      <w:pPr>
        <w:rPr>
          <w:rFonts w:asciiTheme="majorHAnsi" w:hAnsiTheme="majorHAnsi" w:cstheme="majorHAnsi"/>
        </w:rPr>
      </w:pPr>
    </w:p>
    <w:p w14:paraId="620E04BF" w14:textId="77777777" w:rsidR="009F2D75" w:rsidRPr="00ED16E5" w:rsidRDefault="00702437">
      <w:pPr>
        <w:rPr>
          <w:rFonts w:asciiTheme="majorHAnsi" w:hAnsiTheme="majorHAnsi" w:cstheme="majorHAnsi"/>
        </w:rPr>
      </w:pPr>
      <w:r w:rsidRPr="00ED16E5">
        <w:rPr>
          <w:rFonts w:asciiTheme="majorHAnsi" w:hAnsiTheme="majorHAnsi" w:cstheme="majorHAnsi"/>
        </w:rPr>
        <w:br w:type="page"/>
      </w:r>
    </w:p>
    <w:p w14:paraId="4ED906B3" w14:textId="77777777" w:rsidR="009F2D75" w:rsidRPr="00ED16E5" w:rsidRDefault="00702437">
      <w:pPr>
        <w:pStyle w:val="Titre1"/>
        <w:rPr>
          <w:rFonts w:cstheme="majorHAnsi"/>
        </w:rPr>
      </w:pPr>
      <w:r w:rsidRPr="00ED16E5">
        <w:rPr>
          <w:rFonts w:cstheme="majorHAnsi"/>
        </w:rPr>
        <w:lastRenderedPageBreak/>
        <w:t>6. Organisation du travail en période de fortes chaleurs</w:t>
      </w:r>
    </w:p>
    <w:tbl>
      <w:tblPr>
        <w:tblStyle w:val="Grilledutableau"/>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19"/>
        <w:gridCol w:w="4532"/>
        <w:gridCol w:w="3119"/>
      </w:tblGrid>
      <w:tr w:rsidR="009F2D75" w:rsidRPr="00ED16E5" w14:paraId="48C13A74" w14:textId="77777777" w:rsidTr="00BE7D74">
        <w:trPr>
          <w:jc w:val="center"/>
        </w:trPr>
        <w:tc>
          <w:tcPr>
            <w:tcW w:w="2448" w:type="dxa"/>
            <w:shd w:val="clear" w:color="auto" w:fill="D01050"/>
            <w:tcMar>
              <w:top w:w="80" w:type="dxa"/>
              <w:left w:w="80" w:type="dxa"/>
              <w:bottom w:w="80" w:type="dxa"/>
              <w:right w:w="80" w:type="dxa"/>
            </w:tcMar>
            <w:vAlign w:val="center"/>
          </w:tcPr>
          <w:p w14:paraId="76E2EFC5"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Levier d’organisation</w:t>
            </w:r>
          </w:p>
        </w:tc>
        <w:tc>
          <w:tcPr>
            <w:tcW w:w="4608" w:type="dxa"/>
            <w:shd w:val="clear" w:color="auto" w:fill="D01050"/>
            <w:tcMar>
              <w:top w:w="80" w:type="dxa"/>
              <w:left w:w="80" w:type="dxa"/>
              <w:bottom w:w="80" w:type="dxa"/>
              <w:right w:w="80" w:type="dxa"/>
            </w:tcMar>
            <w:vAlign w:val="center"/>
          </w:tcPr>
          <w:p w14:paraId="7B15443C"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Mesures possibles</w:t>
            </w:r>
          </w:p>
        </w:tc>
        <w:tc>
          <w:tcPr>
            <w:tcW w:w="3168" w:type="dxa"/>
            <w:shd w:val="clear" w:color="auto" w:fill="D01050"/>
            <w:tcMar>
              <w:top w:w="80" w:type="dxa"/>
              <w:left w:w="80" w:type="dxa"/>
              <w:bottom w:w="80" w:type="dxa"/>
              <w:right w:w="80" w:type="dxa"/>
            </w:tcMar>
            <w:vAlign w:val="center"/>
          </w:tcPr>
          <w:p w14:paraId="79E7B2BF"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Choix de la collectivité</w:t>
            </w:r>
          </w:p>
        </w:tc>
      </w:tr>
      <w:tr w:rsidR="009F2D75" w:rsidRPr="00ED16E5" w14:paraId="397F83A5" w14:textId="77777777">
        <w:trPr>
          <w:jc w:val="center"/>
        </w:trPr>
        <w:tc>
          <w:tcPr>
            <w:tcW w:w="2448" w:type="dxa"/>
            <w:tcMar>
              <w:top w:w="80" w:type="dxa"/>
              <w:left w:w="80" w:type="dxa"/>
              <w:bottom w:w="80" w:type="dxa"/>
              <w:right w:w="80" w:type="dxa"/>
            </w:tcMar>
            <w:vAlign w:val="center"/>
          </w:tcPr>
          <w:p w14:paraId="37EC51BA" w14:textId="77777777" w:rsidR="009F2D75" w:rsidRPr="00ED16E5" w:rsidRDefault="00702437" w:rsidP="00DD7C03">
            <w:pPr>
              <w:spacing w:after="0"/>
              <w:jc w:val="both"/>
              <w:rPr>
                <w:rFonts w:asciiTheme="majorHAnsi" w:hAnsiTheme="majorHAnsi" w:cstheme="majorHAnsi"/>
              </w:rPr>
            </w:pPr>
            <w:r w:rsidRPr="00ED16E5">
              <w:rPr>
                <w:rFonts w:asciiTheme="majorHAnsi" w:hAnsiTheme="majorHAnsi" w:cstheme="majorHAnsi"/>
                <w:sz w:val="17"/>
              </w:rPr>
              <w:t>Horaires adaptés</w:t>
            </w:r>
          </w:p>
        </w:tc>
        <w:tc>
          <w:tcPr>
            <w:tcW w:w="4608" w:type="dxa"/>
            <w:tcMar>
              <w:top w:w="80" w:type="dxa"/>
              <w:left w:w="80" w:type="dxa"/>
              <w:bottom w:w="80" w:type="dxa"/>
              <w:right w:w="80" w:type="dxa"/>
            </w:tcMar>
            <w:vAlign w:val="center"/>
          </w:tcPr>
          <w:p w14:paraId="00082165" w14:textId="77777777" w:rsidR="009F2D75" w:rsidRPr="00ED16E5" w:rsidRDefault="00702437" w:rsidP="00DD7C03">
            <w:pPr>
              <w:spacing w:after="0"/>
              <w:jc w:val="both"/>
              <w:rPr>
                <w:rFonts w:asciiTheme="majorHAnsi" w:hAnsiTheme="majorHAnsi" w:cstheme="majorHAnsi"/>
              </w:rPr>
            </w:pPr>
            <w:r w:rsidRPr="00ED16E5">
              <w:rPr>
                <w:rFonts w:asciiTheme="majorHAnsi" w:hAnsiTheme="majorHAnsi" w:cstheme="majorHAnsi"/>
                <w:sz w:val="17"/>
              </w:rPr>
              <w:t>Début d’activité plus tôt, journée continue, réduction de l’exposition aux heures les plus chaudes.</w:t>
            </w:r>
          </w:p>
        </w:tc>
        <w:tc>
          <w:tcPr>
            <w:tcW w:w="3168" w:type="dxa"/>
            <w:tcMar>
              <w:top w:w="80" w:type="dxa"/>
              <w:left w:w="80" w:type="dxa"/>
              <w:bottom w:w="80" w:type="dxa"/>
              <w:right w:w="80" w:type="dxa"/>
            </w:tcMar>
            <w:vAlign w:val="center"/>
          </w:tcPr>
          <w:p w14:paraId="52F5C47B" w14:textId="77777777" w:rsidR="009F2D75" w:rsidRPr="00ED16E5" w:rsidRDefault="00702437" w:rsidP="00DD7C03">
            <w:pPr>
              <w:spacing w:after="0"/>
              <w:jc w:val="both"/>
              <w:rPr>
                <w:rFonts w:asciiTheme="majorHAnsi" w:hAnsiTheme="majorHAnsi" w:cstheme="majorHAnsi"/>
              </w:rPr>
            </w:pPr>
            <w:r w:rsidRPr="00ED16E5">
              <w:rPr>
                <w:rFonts w:asciiTheme="majorHAnsi" w:hAnsiTheme="majorHAnsi" w:cstheme="majorHAnsi"/>
                <w:sz w:val="17"/>
              </w:rPr>
              <w:t>[À renseigner : horaires par service / période / niveau de vigilance]</w:t>
            </w:r>
          </w:p>
        </w:tc>
      </w:tr>
      <w:tr w:rsidR="009F2D75" w:rsidRPr="00ED16E5" w14:paraId="0E3992CD" w14:textId="77777777">
        <w:trPr>
          <w:jc w:val="center"/>
        </w:trPr>
        <w:tc>
          <w:tcPr>
            <w:tcW w:w="2448" w:type="dxa"/>
            <w:tcMar>
              <w:top w:w="80" w:type="dxa"/>
              <w:left w:w="80" w:type="dxa"/>
              <w:bottom w:w="80" w:type="dxa"/>
              <w:right w:w="80" w:type="dxa"/>
            </w:tcMar>
            <w:vAlign w:val="center"/>
          </w:tcPr>
          <w:p w14:paraId="6BEA13B3" w14:textId="77777777" w:rsidR="009F2D75" w:rsidRPr="00ED16E5" w:rsidRDefault="00702437" w:rsidP="00DD7C03">
            <w:pPr>
              <w:spacing w:after="0"/>
              <w:jc w:val="both"/>
              <w:rPr>
                <w:rFonts w:asciiTheme="majorHAnsi" w:hAnsiTheme="majorHAnsi" w:cstheme="majorHAnsi"/>
              </w:rPr>
            </w:pPr>
            <w:r w:rsidRPr="00ED16E5">
              <w:rPr>
                <w:rFonts w:asciiTheme="majorHAnsi" w:hAnsiTheme="majorHAnsi" w:cstheme="majorHAnsi"/>
                <w:sz w:val="17"/>
              </w:rPr>
              <w:t>Pauses</w:t>
            </w:r>
          </w:p>
        </w:tc>
        <w:tc>
          <w:tcPr>
            <w:tcW w:w="4608" w:type="dxa"/>
            <w:tcMar>
              <w:top w:w="80" w:type="dxa"/>
              <w:left w:w="80" w:type="dxa"/>
              <w:bottom w:w="80" w:type="dxa"/>
              <w:right w:w="80" w:type="dxa"/>
            </w:tcMar>
            <w:vAlign w:val="center"/>
          </w:tcPr>
          <w:p w14:paraId="0E02B42A" w14:textId="77777777" w:rsidR="009F2D75" w:rsidRPr="00ED16E5" w:rsidRDefault="00702437" w:rsidP="00DD7C03">
            <w:pPr>
              <w:spacing w:after="0"/>
              <w:jc w:val="both"/>
              <w:rPr>
                <w:rFonts w:asciiTheme="majorHAnsi" w:hAnsiTheme="majorHAnsi" w:cstheme="majorHAnsi"/>
              </w:rPr>
            </w:pPr>
            <w:r w:rsidRPr="00ED16E5">
              <w:rPr>
                <w:rFonts w:asciiTheme="majorHAnsi" w:hAnsiTheme="majorHAnsi" w:cstheme="majorHAnsi"/>
                <w:sz w:val="17"/>
              </w:rPr>
              <w:t>Pauses plus fréquentes, pauses prolongées en niveau orange ou rouge, lieu de pause plus frais ou ombragé.</w:t>
            </w:r>
          </w:p>
        </w:tc>
        <w:tc>
          <w:tcPr>
            <w:tcW w:w="3168" w:type="dxa"/>
            <w:tcMar>
              <w:top w:w="80" w:type="dxa"/>
              <w:left w:w="80" w:type="dxa"/>
              <w:bottom w:w="80" w:type="dxa"/>
              <w:right w:w="80" w:type="dxa"/>
            </w:tcMar>
            <w:vAlign w:val="center"/>
          </w:tcPr>
          <w:p w14:paraId="18C665BC" w14:textId="77777777" w:rsidR="009F2D75" w:rsidRPr="00ED16E5" w:rsidRDefault="00702437" w:rsidP="00DD7C03">
            <w:pPr>
              <w:spacing w:after="0"/>
              <w:jc w:val="both"/>
              <w:rPr>
                <w:rFonts w:asciiTheme="majorHAnsi" w:hAnsiTheme="majorHAnsi" w:cstheme="majorHAnsi"/>
              </w:rPr>
            </w:pPr>
            <w:r w:rsidRPr="00ED16E5">
              <w:rPr>
                <w:rFonts w:asciiTheme="majorHAnsi" w:hAnsiTheme="majorHAnsi" w:cstheme="majorHAnsi"/>
                <w:sz w:val="17"/>
              </w:rPr>
              <w:t>[À renseigner]</w:t>
            </w:r>
          </w:p>
        </w:tc>
      </w:tr>
      <w:tr w:rsidR="009F2D75" w:rsidRPr="00ED16E5" w14:paraId="2549E150" w14:textId="77777777">
        <w:trPr>
          <w:jc w:val="center"/>
        </w:trPr>
        <w:tc>
          <w:tcPr>
            <w:tcW w:w="2448" w:type="dxa"/>
            <w:tcMar>
              <w:top w:w="80" w:type="dxa"/>
              <w:left w:w="80" w:type="dxa"/>
              <w:bottom w:w="80" w:type="dxa"/>
              <w:right w:w="80" w:type="dxa"/>
            </w:tcMar>
            <w:vAlign w:val="center"/>
          </w:tcPr>
          <w:p w14:paraId="51C16A1C" w14:textId="77777777" w:rsidR="009F2D75" w:rsidRPr="00ED16E5" w:rsidRDefault="00702437" w:rsidP="00DD7C03">
            <w:pPr>
              <w:spacing w:after="0"/>
              <w:jc w:val="both"/>
              <w:rPr>
                <w:rFonts w:asciiTheme="majorHAnsi" w:hAnsiTheme="majorHAnsi" w:cstheme="majorHAnsi"/>
              </w:rPr>
            </w:pPr>
            <w:r w:rsidRPr="00ED16E5">
              <w:rPr>
                <w:rFonts w:asciiTheme="majorHAnsi" w:hAnsiTheme="majorHAnsi" w:cstheme="majorHAnsi"/>
                <w:sz w:val="17"/>
              </w:rPr>
              <w:t>Télétravail</w:t>
            </w:r>
          </w:p>
        </w:tc>
        <w:tc>
          <w:tcPr>
            <w:tcW w:w="4608" w:type="dxa"/>
            <w:tcMar>
              <w:top w:w="80" w:type="dxa"/>
              <w:left w:w="80" w:type="dxa"/>
              <w:bottom w:w="80" w:type="dxa"/>
              <w:right w:w="80" w:type="dxa"/>
            </w:tcMar>
            <w:vAlign w:val="center"/>
          </w:tcPr>
          <w:p w14:paraId="04109163" w14:textId="77777777" w:rsidR="009F2D75" w:rsidRPr="00ED16E5" w:rsidRDefault="00702437" w:rsidP="00DD7C03">
            <w:pPr>
              <w:spacing w:after="0"/>
              <w:jc w:val="both"/>
              <w:rPr>
                <w:rFonts w:asciiTheme="majorHAnsi" w:hAnsiTheme="majorHAnsi" w:cstheme="majorHAnsi"/>
              </w:rPr>
            </w:pPr>
            <w:r w:rsidRPr="00ED16E5">
              <w:rPr>
                <w:rFonts w:asciiTheme="majorHAnsi" w:hAnsiTheme="majorHAnsi" w:cstheme="majorHAnsi"/>
                <w:sz w:val="17"/>
              </w:rPr>
              <w:t>Recours renforcé lorsque les missions le permettent et selon le cadre interne applicable.</w:t>
            </w:r>
          </w:p>
        </w:tc>
        <w:tc>
          <w:tcPr>
            <w:tcW w:w="3168" w:type="dxa"/>
            <w:tcMar>
              <w:top w:w="80" w:type="dxa"/>
              <w:left w:w="80" w:type="dxa"/>
              <w:bottom w:w="80" w:type="dxa"/>
              <w:right w:w="80" w:type="dxa"/>
            </w:tcMar>
            <w:vAlign w:val="center"/>
          </w:tcPr>
          <w:p w14:paraId="0AA634F2" w14:textId="77777777" w:rsidR="009F2D75" w:rsidRPr="00ED16E5" w:rsidRDefault="00702437" w:rsidP="00DD7C03">
            <w:pPr>
              <w:spacing w:after="0"/>
              <w:jc w:val="both"/>
              <w:rPr>
                <w:rFonts w:asciiTheme="majorHAnsi" w:hAnsiTheme="majorHAnsi" w:cstheme="majorHAnsi"/>
              </w:rPr>
            </w:pPr>
            <w:r w:rsidRPr="00ED16E5">
              <w:rPr>
                <w:rFonts w:asciiTheme="majorHAnsi" w:hAnsiTheme="majorHAnsi" w:cstheme="majorHAnsi"/>
                <w:sz w:val="17"/>
              </w:rPr>
              <w:t>[À renseigner]</w:t>
            </w:r>
          </w:p>
        </w:tc>
      </w:tr>
      <w:tr w:rsidR="009F2D75" w:rsidRPr="00ED16E5" w14:paraId="53081D7D" w14:textId="77777777">
        <w:trPr>
          <w:jc w:val="center"/>
        </w:trPr>
        <w:tc>
          <w:tcPr>
            <w:tcW w:w="2448" w:type="dxa"/>
            <w:tcMar>
              <w:top w:w="80" w:type="dxa"/>
              <w:left w:w="80" w:type="dxa"/>
              <w:bottom w:w="80" w:type="dxa"/>
              <w:right w:w="80" w:type="dxa"/>
            </w:tcMar>
            <w:vAlign w:val="center"/>
          </w:tcPr>
          <w:p w14:paraId="1E5572C9" w14:textId="77777777" w:rsidR="009F2D75" w:rsidRPr="00ED16E5" w:rsidRDefault="00702437" w:rsidP="00DD7C03">
            <w:pPr>
              <w:spacing w:after="0"/>
              <w:jc w:val="both"/>
              <w:rPr>
                <w:rFonts w:asciiTheme="majorHAnsi" w:hAnsiTheme="majorHAnsi" w:cstheme="majorHAnsi"/>
              </w:rPr>
            </w:pPr>
            <w:r w:rsidRPr="00ED16E5">
              <w:rPr>
                <w:rFonts w:asciiTheme="majorHAnsi" w:hAnsiTheme="majorHAnsi" w:cstheme="majorHAnsi"/>
                <w:sz w:val="17"/>
              </w:rPr>
              <w:t>Travail isolé</w:t>
            </w:r>
          </w:p>
        </w:tc>
        <w:tc>
          <w:tcPr>
            <w:tcW w:w="4608" w:type="dxa"/>
            <w:tcMar>
              <w:top w:w="80" w:type="dxa"/>
              <w:left w:w="80" w:type="dxa"/>
              <w:bottom w:w="80" w:type="dxa"/>
              <w:right w:w="80" w:type="dxa"/>
            </w:tcMar>
            <w:vAlign w:val="center"/>
          </w:tcPr>
          <w:p w14:paraId="4F214FC0" w14:textId="77777777" w:rsidR="009F2D75" w:rsidRPr="00ED16E5" w:rsidRDefault="00702437" w:rsidP="00DD7C03">
            <w:pPr>
              <w:spacing w:after="0"/>
              <w:jc w:val="both"/>
              <w:rPr>
                <w:rFonts w:asciiTheme="majorHAnsi" w:hAnsiTheme="majorHAnsi" w:cstheme="majorHAnsi"/>
              </w:rPr>
            </w:pPr>
            <w:r w:rsidRPr="00ED16E5">
              <w:rPr>
                <w:rFonts w:asciiTheme="majorHAnsi" w:hAnsiTheme="majorHAnsi" w:cstheme="majorHAnsi"/>
                <w:sz w:val="17"/>
              </w:rPr>
              <w:t>Limitation, binôme, passage régulier d’</w:t>
            </w:r>
            <w:proofErr w:type="spellStart"/>
            <w:r w:rsidRPr="00ED16E5">
              <w:rPr>
                <w:rFonts w:asciiTheme="majorHAnsi" w:hAnsiTheme="majorHAnsi" w:cstheme="majorHAnsi"/>
                <w:sz w:val="17"/>
              </w:rPr>
              <w:t>un·e</w:t>
            </w:r>
            <w:proofErr w:type="spellEnd"/>
            <w:r w:rsidRPr="00ED16E5">
              <w:rPr>
                <w:rFonts w:asciiTheme="majorHAnsi" w:hAnsiTheme="majorHAnsi" w:cstheme="majorHAnsi"/>
                <w:sz w:val="17"/>
              </w:rPr>
              <w:t xml:space="preserve"> </w:t>
            </w:r>
            <w:proofErr w:type="spellStart"/>
            <w:r w:rsidRPr="00ED16E5">
              <w:rPr>
                <w:rFonts w:asciiTheme="majorHAnsi" w:hAnsiTheme="majorHAnsi" w:cstheme="majorHAnsi"/>
                <w:sz w:val="17"/>
              </w:rPr>
              <w:t>encadrant·e</w:t>
            </w:r>
            <w:proofErr w:type="spellEnd"/>
            <w:r w:rsidRPr="00ED16E5">
              <w:rPr>
                <w:rFonts w:asciiTheme="majorHAnsi" w:hAnsiTheme="majorHAnsi" w:cstheme="majorHAnsi"/>
                <w:sz w:val="17"/>
              </w:rPr>
              <w:t>, contact téléphonique, dispositif d’alerte.</w:t>
            </w:r>
          </w:p>
        </w:tc>
        <w:tc>
          <w:tcPr>
            <w:tcW w:w="3168" w:type="dxa"/>
            <w:tcMar>
              <w:top w:w="80" w:type="dxa"/>
              <w:left w:w="80" w:type="dxa"/>
              <w:bottom w:w="80" w:type="dxa"/>
              <w:right w:w="80" w:type="dxa"/>
            </w:tcMar>
            <w:vAlign w:val="center"/>
          </w:tcPr>
          <w:p w14:paraId="4BFD6492" w14:textId="77777777" w:rsidR="009F2D75" w:rsidRPr="00ED16E5" w:rsidRDefault="00702437" w:rsidP="00DD7C03">
            <w:pPr>
              <w:spacing w:after="0"/>
              <w:jc w:val="both"/>
              <w:rPr>
                <w:rFonts w:asciiTheme="majorHAnsi" w:hAnsiTheme="majorHAnsi" w:cstheme="majorHAnsi"/>
              </w:rPr>
            </w:pPr>
            <w:r w:rsidRPr="00ED16E5">
              <w:rPr>
                <w:rFonts w:asciiTheme="majorHAnsi" w:hAnsiTheme="majorHAnsi" w:cstheme="majorHAnsi"/>
                <w:sz w:val="17"/>
              </w:rPr>
              <w:t>[À renseigner]</w:t>
            </w:r>
          </w:p>
        </w:tc>
      </w:tr>
      <w:tr w:rsidR="009F2D75" w:rsidRPr="00ED16E5" w14:paraId="1909086C" w14:textId="77777777">
        <w:trPr>
          <w:jc w:val="center"/>
        </w:trPr>
        <w:tc>
          <w:tcPr>
            <w:tcW w:w="2448" w:type="dxa"/>
            <w:tcMar>
              <w:top w:w="80" w:type="dxa"/>
              <w:left w:w="80" w:type="dxa"/>
              <w:bottom w:w="80" w:type="dxa"/>
              <w:right w:w="80" w:type="dxa"/>
            </w:tcMar>
            <w:vAlign w:val="center"/>
          </w:tcPr>
          <w:p w14:paraId="79602630" w14:textId="77777777" w:rsidR="009F2D75" w:rsidRPr="00ED16E5" w:rsidRDefault="00702437" w:rsidP="00DD7C03">
            <w:pPr>
              <w:spacing w:after="0"/>
              <w:jc w:val="both"/>
              <w:rPr>
                <w:rFonts w:asciiTheme="majorHAnsi" w:hAnsiTheme="majorHAnsi" w:cstheme="majorHAnsi"/>
              </w:rPr>
            </w:pPr>
            <w:r w:rsidRPr="00ED16E5">
              <w:rPr>
                <w:rFonts w:asciiTheme="majorHAnsi" w:hAnsiTheme="majorHAnsi" w:cstheme="majorHAnsi"/>
                <w:sz w:val="17"/>
              </w:rPr>
              <w:t>Tâches physiques</w:t>
            </w:r>
          </w:p>
        </w:tc>
        <w:tc>
          <w:tcPr>
            <w:tcW w:w="4608" w:type="dxa"/>
            <w:tcMar>
              <w:top w:w="80" w:type="dxa"/>
              <w:left w:w="80" w:type="dxa"/>
              <w:bottom w:w="80" w:type="dxa"/>
              <w:right w:w="80" w:type="dxa"/>
            </w:tcMar>
            <w:vAlign w:val="center"/>
          </w:tcPr>
          <w:p w14:paraId="78A60136" w14:textId="77777777" w:rsidR="009F2D75" w:rsidRPr="00ED16E5" w:rsidRDefault="00702437" w:rsidP="00DD7C03">
            <w:pPr>
              <w:spacing w:after="0"/>
              <w:jc w:val="both"/>
              <w:rPr>
                <w:rFonts w:asciiTheme="majorHAnsi" w:hAnsiTheme="majorHAnsi" w:cstheme="majorHAnsi"/>
              </w:rPr>
            </w:pPr>
            <w:r w:rsidRPr="00ED16E5">
              <w:rPr>
                <w:rFonts w:asciiTheme="majorHAnsi" w:hAnsiTheme="majorHAnsi" w:cstheme="majorHAnsi"/>
                <w:sz w:val="17"/>
              </w:rPr>
              <w:t>Report, rotation, mécanisation, réduction du rythme, adaptation des objectifs journaliers.</w:t>
            </w:r>
          </w:p>
        </w:tc>
        <w:tc>
          <w:tcPr>
            <w:tcW w:w="3168" w:type="dxa"/>
            <w:tcMar>
              <w:top w:w="80" w:type="dxa"/>
              <w:left w:w="80" w:type="dxa"/>
              <w:bottom w:w="80" w:type="dxa"/>
              <w:right w:w="80" w:type="dxa"/>
            </w:tcMar>
            <w:vAlign w:val="center"/>
          </w:tcPr>
          <w:p w14:paraId="1389658A" w14:textId="77777777" w:rsidR="009F2D75" w:rsidRPr="00ED16E5" w:rsidRDefault="00702437" w:rsidP="00DD7C03">
            <w:pPr>
              <w:spacing w:after="0"/>
              <w:jc w:val="both"/>
              <w:rPr>
                <w:rFonts w:asciiTheme="majorHAnsi" w:hAnsiTheme="majorHAnsi" w:cstheme="majorHAnsi"/>
              </w:rPr>
            </w:pPr>
            <w:r w:rsidRPr="00ED16E5">
              <w:rPr>
                <w:rFonts w:asciiTheme="majorHAnsi" w:hAnsiTheme="majorHAnsi" w:cstheme="majorHAnsi"/>
                <w:sz w:val="17"/>
              </w:rPr>
              <w:t>[À renseigner]</w:t>
            </w:r>
          </w:p>
        </w:tc>
      </w:tr>
      <w:tr w:rsidR="009F2D75" w:rsidRPr="00ED16E5" w14:paraId="7346D9DF" w14:textId="77777777">
        <w:trPr>
          <w:jc w:val="center"/>
        </w:trPr>
        <w:tc>
          <w:tcPr>
            <w:tcW w:w="2448" w:type="dxa"/>
            <w:tcMar>
              <w:top w:w="80" w:type="dxa"/>
              <w:left w:w="80" w:type="dxa"/>
              <w:bottom w:w="80" w:type="dxa"/>
              <w:right w:w="80" w:type="dxa"/>
            </w:tcMar>
            <w:vAlign w:val="center"/>
          </w:tcPr>
          <w:p w14:paraId="0A94CDF0" w14:textId="77777777" w:rsidR="009F2D75" w:rsidRPr="00ED16E5" w:rsidRDefault="00702437" w:rsidP="00DD7C03">
            <w:pPr>
              <w:spacing w:after="0"/>
              <w:jc w:val="both"/>
              <w:rPr>
                <w:rFonts w:asciiTheme="majorHAnsi" w:hAnsiTheme="majorHAnsi" w:cstheme="majorHAnsi"/>
              </w:rPr>
            </w:pPr>
            <w:r w:rsidRPr="00ED16E5">
              <w:rPr>
                <w:rFonts w:asciiTheme="majorHAnsi" w:hAnsiTheme="majorHAnsi" w:cstheme="majorHAnsi"/>
                <w:sz w:val="17"/>
              </w:rPr>
              <w:t>Accueil du public</w:t>
            </w:r>
          </w:p>
        </w:tc>
        <w:tc>
          <w:tcPr>
            <w:tcW w:w="4608" w:type="dxa"/>
            <w:tcMar>
              <w:top w:w="80" w:type="dxa"/>
              <w:left w:w="80" w:type="dxa"/>
              <w:bottom w:w="80" w:type="dxa"/>
              <w:right w:w="80" w:type="dxa"/>
            </w:tcMar>
            <w:vAlign w:val="center"/>
          </w:tcPr>
          <w:p w14:paraId="09AD143B" w14:textId="77777777" w:rsidR="009F2D75" w:rsidRPr="00ED16E5" w:rsidRDefault="00702437" w:rsidP="00DD7C03">
            <w:pPr>
              <w:spacing w:after="0"/>
              <w:jc w:val="both"/>
              <w:rPr>
                <w:rFonts w:asciiTheme="majorHAnsi" w:hAnsiTheme="majorHAnsi" w:cstheme="majorHAnsi"/>
              </w:rPr>
            </w:pPr>
            <w:r w:rsidRPr="00ED16E5">
              <w:rPr>
                <w:rFonts w:asciiTheme="majorHAnsi" w:hAnsiTheme="majorHAnsi" w:cstheme="majorHAnsi"/>
                <w:sz w:val="17"/>
              </w:rPr>
              <w:t>Adaptation des horaires d’ouverture, fermeture ponctuelle, rendez-vous privilégiés, affichage.</w:t>
            </w:r>
          </w:p>
        </w:tc>
        <w:tc>
          <w:tcPr>
            <w:tcW w:w="3168" w:type="dxa"/>
            <w:tcMar>
              <w:top w:w="80" w:type="dxa"/>
              <w:left w:w="80" w:type="dxa"/>
              <w:bottom w:w="80" w:type="dxa"/>
              <w:right w:w="80" w:type="dxa"/>
            </w:tcMar>
            <w:vAlign w:val="center"/>
          </w:tcPr>
          <w:p w14:paraId="4FEDDD12" w14:textId="77777777" w:rsidR="009F2D75" w:rsidRPr="00ED16E5" w:rsidRDefault="00702437" w:rsidP="00DD7C03">
            <w:pPr>
              <w:spacing w:after="0"/>
              <w:jc w:val="both"/>
              <w:rPr>
                <w:rFonts w:asciiTheme="majorHAnsi" w:hAnsiTheme="majorHAnsi" w:cstheme="majorHAnsi"/>
              </w:rPr>
            </w:pPr>
            <w:r w:rsidRPr="00ED16E5">
              <w:rPr>
                <w:rFonts w:asciiTheme="majorHAnsi" w:hAnsiTheme="majorHAnsi" w:cstheme="majorHAnsi"/>
                <w:sz w:val="17"/>
              </w:rPr>
              <w:t>[À renseigner]</w:t>
            </w:r>
          </w:p>
        </w:tc>
      </w:tr>
      <w:tr w:rsidR="009F2D75" w:rsidRPr="00ED16E5" w14:paraId="1BE1E62E" w14:textId="77777777">
        <w:trPr>
          <w:jc w:val="center"/>
        </w:trPr>
        <w:tc>
          <w:tcPr>
            <w:tcW w:w="2448" w:type="dxa"/>
            <w:tcMar>
              <w:top w:w="80" w:type="dxa"/>
              <w:left w:w="80" w:type="dxa"/>
              <w:bottom w:w="80" w:type="dxa"/>
              <w:right w:w="80" w:type="dxa"/>
            </w:tcMar>
            <w:vAlign w:val="center"/>
          </w:tcPr>
          <w:p w14:paraId="00213428" w14:textId="77777777" w:rsidR="009F2D75" w:rsidRPr="00ED16E5" w:rsidRDefault="00702437" w:rsidP="00DD7C03">
            <w:pPr>
              <w:spacing w:after="0"/>
              <w:jc w:val="both"/>
              <w:rPr>
                <w:rFonts w:asciiTheme="majorHAnsi" w:hAnsiTheme="majorHAnsi" w:cstheme="majorHAnsi"/>
              </w:rPr>
            </w:pPr>
            <w:r w:rsidRPr="00ED16E5">
              <w:rPr>
                <w:rFonts w:asciiTheme="majorHAnsi" w:hAnsiTheme="majorHAnsi" w:cstheme="majorHAnsi"/>
                <w:sz w:val="17"/>
              </w:rPr>
              <w:t>Continuité de service</w:t>
            </w:r>
          </w:p>
        </w:tc>
        <w:tc>
          <w:tcPr>
            <w:tcW w:w="4608" w:type="dxa"/>
            <w:tcMar>
              <w:top w:w="80" w:type="dxa"/>
              <w:left w:w="80" w:type="dxa"/>
              <w:bottom w:w="80" w:type="dxa"/>
              <w:right w:w="80" w:type="dxa"/>
            </w:tcMar>
            <w:vAlign w:val="center"/>
          </w:tcPr>
          <w:p w14:paraId="14DA84A0" w14:textId="77777777" w:rsidR="009F2D75" w:rsidRPr="00ED16E5" w:rsidRDefault="00702437" w:rsidP="00DD7C03">
            <w:pPr>
              <w:spacing w:after="0"/>
              <w:jc w:val="both"/>
              <w:rPr>
                <w:rFonts w:asciiTheme="majorHAnsi" w:hAnsiTheme="majorHAnsi" w:cstheme="majorHAnsi"/>
              </w:rPr>
            </w:pPr>
            <w:r w:rsidRPr="00ED16E5">
              <w:rPr>
                <w:rFonts w:asciiTheme="majorHAnsi" w:hAnsiTheme="majorHAnsi" w:cstheme="majorHAnsi"/>
                <w:sz w:val="17"/>
              </w:rPr>
              <w:t>Identification des missions indispensables et des modalités de repli en niveau rouge.</w:t>
            </w:r>
          </w:p>
        </w:tc>
        <w:tc>
          <w:tcPr>
            <w:tcW w:w="3168" w:type="dxa"/>
            <w:tcMar>
              <w:top w:w="80" w:type="dxa"/>
              <w:left w:w="80" w:type="dxa"/>
              <w:bottom w:w="80" w:type="dxa"/>
              <w:right w:w="80" w:type="dxa"/>
            </w:tcMar>
            <w:vAlign w:val="center"/>
          </w:tcPr>
          <w:p w14:paraId="1E1EBA68" w14:textId="77777777" w:rsidR="009F2D75" w:rsidRPr="00ED16E5" w:rsidRDefault="00702437" w:rsidP="00DD7C03">
            <w:pPr>
              <w:spacing w:after="0"/>
              <w:jc w:val="both"/>
              <w:rPr>
                <w:rFonts w:asciiTheme="majorHAnsi" w:hAnsiTheme="majorHAnsi" w:cstheme="majorHAnsi"/>
              </w:rPr>
            </w:pPr>
            <w:r w:rsidRPr="00ED16E5">
              <w:rPr>
                <w:rFonts w:asciiTheme="majorHAnsi" w:hAnsiTheme="majorHAnsi" w:cstheme="majorHAnsi"/>
                <w:sz w:val="17"/>
              </w:rPr>
              <w:t>[À renseigner]</w:t>
            </w:r>
          </w:p>
        </w:tc>
      </w:tr>
    </w:tbl>
    <w:p w14:paraId="444839D1" w14:textId="77777777" w:rsidR="009F2D75" w:rsidRPr="00ED16E5" w:rsidRDefault="009F2D75">
      <w:pPr>
        <w:rPr>
          <w:rFonts w:asciiTheme="majorHAnsi" w:hAnsiTheme="majorHAnsi" w:cstheme="majorHAnsi"/>
        </w:rPr>
      </w:pPr>
    </w:p>
    <w:p w14:paraId="3E1F0689" w14:textId="77777777" w:rsidR="00C876EF" w:rsidRPr="00ED16E5" w:rsidRDefault="00C876EF">
      <w:pPr>
        <w:rPr>
          <w:rFonts w:asciiTheme="majorHAnsi" w:hAnsiTheme="majorHAnsi" w:cstheme="majorHAnsi"/>
        </w:rPr>
      </w:pPr>
    </w:p>
    <w:p w14:paraId="0FF8E1EE" w14:textId="77777777" w:rsidR="00C876EF" w:rsidRPr="00ED16E5" w:rsidRDefault="00C876EF">
      <w:pPr>
        <w:rPr>
          <w:rFonts w:asciiTheme="majorHAnsi" w:hAnsiTheme="majorHAnsi" w:cstheme="majorHAnsi"/>
        </w:rPr>
      </w:pPr>
    </w:p>
    <w:p w14:paraId="21DEEF3A" w14:textId="77777777" w:rsidR="009F2D75" w:rsidRPr="00ED16E5" w:rsidRDefault="00702437">
      <w:pPr>
        <w:pStyle w:val="Titre1"/>
        <w:rPr>
          <w:rFonts w:cstheme="majorHAnsi"/>
        </w:rPr>
      </w:pPr>
      <w:r w:rsidRPr="00ED16E5">
        <w:rPr>
          <w:rFonts w:cstheme="majorHAnsi"/>
        </w:rPr>
        <w:t xml:space="preserve">7. </w:t>
      </w:r>
      <w:proofErr w:type="spellStart"/>
      <w:r w:rsidRPr="00ED16E5">
        <w:rPr>
          <w:rFonts w:cstheme="majorHAnsi"/>
        </w:rPr>
        <w:t>Agent·e·s</w:t>
      </w:r>
      <w:proofErr w:type="spellEnd"/>
      <w:r w:rsidRPr="00ED16E5">
        <w:rPr>
          <w:rFonts w:cstheme="majorHAnsi"/>
        </w:rPr>
        <w:t xml:space="preserve"> particulièrement </w:t>
      </w:r>
      <w:proofErr w:type="spellStart"/>
      <w:r w:rsidRPr="00ED16E5">
        <w:rPr>
          <w:rFonts w:cstheme="majorHAnsi"/>
        </w:rPr>
        <w:t>exposé·e·s</w:t>
      </w:r>
      <w:proofErr w:type="spellEnd"/>
      <w:r w:rsidRPr="00ED16E5">
        <w:rPr>
          <w:rFonts w:cstheme="majorHAnsi"/>
        </w:rPr>
        <w:t xml:space="preserve"> ou vulnérables</w:t>
      </w:r>
    </w:p>
    <w:p w14:paraId="008C57EB" w14:textId="77777777" w:rsidR="009F2D75" w:rsidRPr="00ED16E5" w:rsidRDefault="00702437" w:rsidP="0047258F">
      <w:pPr>
        <w:spacing w:after="160"/>
        <w:jc w:val="both"/>
        <w:rPr>
          <w:rFonts w:asciiTheme="majorHAnsi" w:hAnsiTheme="majorHAnsi" w:cstheme="majorHAnsi"/>
        </w:rPr>
      </w:pPr>
      <w:r w:rsidRPr="00ED16E5">
        <w:rPr>
          <w:rFonts w:asciiTheme="majorHAnsi" w:hAnsiTheme="majorHAnsi" w:cstheme="majorHAnsi"/>
        </w:rPr>
        <w:t>La collectivité veille à adapter les mesures de prévention lorsqu’une situation de vulnérabilité est signalée. Le signalement peut être volontaire ou transmis par l’encadrement lorsqu’une difficulté objective est constatée, sans collecte d’informations médicales par la hiérarchie. Les situations individuelles sont traitées avec discrétion, en lien avec le service de prévention et de santé au travail lorsque cela est nécessaire.</w:t>
      </w:r>
    </w:p>
    <w:tbl>
      <w:tblPr>
        <w:tblStyle w:val="Grilledutableau"/>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846"/>
        <w:gridCol w:w="7224"/>
      </w:tblGrid>
      <w:tr w:rsidR="009F2D75" w:rsidRPr="00ED16E5" w14:paraId="4D7B146E" w14:textId="77777777" w:rsidTr="00BE7D74">
        <w:trPr>
          <w:jc w:val="center"/>
        </w:trPr>
        <w:tc>
          <w:tcPr>
            <w:tcW w:w="2880" w:type="dxa"/>
            <w:shd w:val="clear" w:color="auto" w:fill="D01050"/>
            <w:tcMar>
              <w:top w:w="80" w:type="dxa"/>
              <w:left w:w="80" w:type="dxa"/>
              <w:bottom w:w="80" w:type="dxa"/>
              <w:right w:w="80" w:type="dxa"/>
            </w:tcMar>
            <w:vAlign w:val="center"/>
          </w:tcPr>
          <w:p w14:paraId="23158FAA"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Modalité</w:t>
            </w:r>
          </w:p>
        </w:tc>
        <w:tc>
          <w:tcPr>
            <w:tcW w:w="7344" w:type="dxa"/>
            <w:shd w:val="clear" w:color="auto" w:fill="D01050"/>
            <w:tcMar>
              <w:top w:w="80" w:type="dxa"/>
              <w:left w:w="80" w:type="dxa"/>
              <w:bottom w:w="80" w:type="dxa"/>
              <w:right w:w="80" w:type="dxa"/>
            </w:tcMar>
            <w:vAlign w:val="center"/>
          </w:tcPr>
          <w:p w14:paraId="0D353691"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À formaliser</w:t>
            </w:r>
          </w:p>
        </w:tc>
      </w:tr>
      <w:tr w:rsidR="009F2D75" w:rsidRPr="00ED16E5" w14:paraId="7FA9FEB3" w14:textId="77777777">
        <w:trPr>
          <w:jc w:val="center"/>
        </w:trPr>
        <w:tc>
          <w:tcPr>
            <w:tcW w:w="2880" w:type="dxa"/>
            <w:tcMar>
              <w:top w:w="80" w:type="dxa"/>
              <w:left w:w="80" w:type="dxa"/>
              <w:bottom w:w="80" w:type="dxa"/>
              <w:right w:w="80" w:type="dxa"/>
            </w:tcMar>
            <w:vAlign w:val="center"/>
          </w:tcPr>
          <w:p w14:paraId="05CBA78E"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Canal de signalement</w:t>
            </w:r>
          </w:p>
        </w:tc>
        <w:tc>
          <w:tcPr>
            <w:tcW w:w="7344" w:type="dxa"/>
            <w:tcMar>
              <w:top w:w="80" w:type="dxa"/>
              <w:left w:w="80" w:type="dxa"/>
              <w:bottom w:w="80" w:type="dxa"/>
              <w:right w:w="80" w:type="dxa"/>
            </w:tcMar>
            <w:vAlign w:val="center"/>
          </w:tcPr>
          <w:p w14:paraId="70E79773"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w:t>
            </w:r>
            <w:proofErr w:type="spellStart"/>
            <w:r w:rsidRPr="00ED16E5">
              <w:rPr>
                <w:rFonts w:asciiTheme="majorHAnsi" w:hAnsiTheme="majorHAnsi" w:cstheme="majorHAnsi"/>
                <w:sz w:val="17"/>
              </w:rPr>
              <w:t>Référent·e</w:t>
            </w:r>
            <w:proofErr w:type="spellEnd"/>
            <w:r w:rsidRPr="00ED16E5">
              <w:rPr>
                <w:rFonts w:asciiTheme="majorHAnsi" w:hAnsiTheme="majorHAnsi" w:cstheme="majorHAnsi"/>
                <w:sz w:val="17"/>
              </w:rPr>
              <w:t xml:space="preserve"> RH / prévention / </w:t>
            </w:r>
            <w:proofErr w:type="spellStart"/>
            <w:r w:rsidRPr="00ED16E5">
              <w:rPr>
                <w:rFonts w:asciiTheme="majorHAnsi" w:hAnsiTheme="majorHAnsi" w:cstheme="majorHAnsi"/>
                <w:sz w:val="17"/>
              </w:rPr>
              <w:t>encadrant·e</w:t>
            </w:r>
            <w:proofErr w:type="spellEnd"/>
            <w:r w:rsidRPr="00ED16E5">
              <w:rPr>
                <w:rFonts w:asciiTheme="majorHAnsi" w:hAnsiTheme="majorHAnsi" w:cstheme="majorHAnsi"/>
                <w:sz w:val="17"/>
              </w:rPr>
              <w:t xml:space="preserve"> / adresse mail dédiée]</w:t>
            </w:r>
          </w:p>
        </w:tc>
      </w:tr>
      <w:tr w:rsidR="009F2D75" w:rsidRPr="00ED16E5" w14:paraId="2D088E92" w14:textId="77777777">
        <w:trPr>
          <w:jc w:val="center"/>
        </w:trPr>
        <w:tc>
          <w:tcPr>
            <w:tcW w:w="2880" w:type="dxa"/>
            <w:tcMar>
              <w:top w:w="80" w:type="dxa"/>
              <w:left w:w="80" w:type="dxa"/>
              <w:bottom w:w="80" w:type="dxa"/>
              <w:right w:w="80" w:type="dxa"/>
            </w:tcMar>
            <w:vAlign w:val="center"/>
          </w:tcPr>
          <w:p w14:paraId="379D16D5"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Personne ou service destinataire</w:t>
            </w:r>
          </w:p>
        </w:tc>
        <w:tc>
          <w:tcPr>
            <w:tcW w:w="7344" w:type="dxa"/>
            <w:tcMar>
              <w:top w:w="80" w:type="dxa"/>
              <w:left w:w="80" w:type="dxa"/>
              <w:bottom w:w="80" w:type="dxa"/>
              <w:right w:w="80" w:type="dxa"/>
            </w:tcMar>
            <w:vAlign w:val="center"/>
          </w:tcPr>
          <w:p w14:paraId="2081C252"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r>
      <w:tr w:rsidR="009F2D75" w:rsidRPr="00ED16E5" w14:paraId="53461EFD" w14:textId="77777777">
        <w:trPr>
          <w:jc w:val="center"/>
        </w:trPr>
        <w:tc>
          <w:tcPr>
            <w:tcW w:w="2880" w:type="dxa"/>
            <w:tcMar>
              <w:top w:w="80" w:type="dxa"/>
              <w:left w:w="80" w:type="dxa"/>
              <w:bottom w:w="80" w:type="dxa"/>
              <w:right w:w="80" w:type="dxa"/>
            </w:tcMar>
            <w:vAlign w:val="center"/>
          </w:tcPr>
          <w:p w14:paraId="3C523528"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Mesures envisageables</w:t>
            </w:r>
          </w:p>
        </w:tc>
        <w:tc>
          <w:tcPr>
            <w:tcW w:w="7344" w:type="dxa"/>
            <w:tcMar>
              <w:top w:w="80" w:type="dxa"/>
              <w:left w:w="80" w:type="dxa"/>
              <w:bottom w:w="80" w:type="dxa"/>
              <w:right w:w="80" w:type="dxa"/>
            </w:tcMar>
            <w:vAlign w:val="center"/>
          </w:tcPr>
          <w:p w14:paraId="38CE0943"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Aménagement temporaire d’horaires, adaptation des missions, pauses renforcées, télétravail, accès prioritaire à un espace frais, autre mesure adaptée.</w:t>
            </w:r>
          </w:p>
        </w:tc>
      </w:tr>
      <w:tr w:rsidR="009F2D75" w:rsidRPr="00ED16E5" w14:paraId="1F175DED" w14:textId="77777777">
        <w:trPr>
          <w:jc w:val="center"/>
        </w:trPr>
        <w:tc>
          <w:tcPr>
            <w:tcW w:w="2880" w:type="dxa"/>
            <w:tcMar>
              <w:top w:w="80" w:type="dxa"/>
              <w:left w:w="80" w:type="dxa"/>
              <w:bottom w:w="80" w:type="dxa"/>
              <w:right w:w="80" w:type="dxa"/>
            </w:tcMar>
            <w:vAlign w:val="center"/>
          </w:tcPr>
          <w:p w14:paraId="441FACF9"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Traçabilité</w:t>
            </w:r>
          </w:p>
        </w:tc>
        <w:tc>
          <w:tcPr>
            <w:tcW w:w="7344" w:type="dxa"/>
            <w:tcMar>
              <w:top w:w="80" w:type="dxa"/>
              <w:left w:w="80" w:type="dxa"/>
              <w:bottom w:w="80" w:type="dxa"/>
              <w:right w:w="80" w:type="dxa"/>
            </w:tcMar>
            <w:vAlign w:val="center"/>
          </w:tcPr>
          <w:p w14:paraId="0E3B96DD"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[Modalité interne de suivi, sans données médicales non nécessaires]</w:t>
            </w:r>
          </w:p>
        </w:tc>
      </w:tr>
      <w:tr w:rsidR="009F2D75" w:rsidRPr="00ED16E5" w14:paraId="790258BA" w14:textId="77777777">
        <w:trPr>
          <w:jc w:val="center"/>
        </w:trPr>
        <w:tc>
          <w:tcPr>
            <w:tcW w:w="2880" w:type="dxa"/>
            <w:tcMar>
              <w:top w:w="80" w:type="dxa"/>
              <w:left w:w="80" w:type="dxa"/>
              <w:bottom w:w="80" w:type="dxa"/>
              <w:right w:w="80" w:type="dxa"/>
            </w:tcMar>
            <w:vAlign w:val="center"/>
          </w:tcPr>
          <w:p w14:paraId="5E7B0511"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 xml:space="preserve">Information des </w:t>
            </w:r>
            <w:proofErr w:type="spellStart"/>
            <w:r w:rsidRPr="00ED16E5">
              <w:rPr>
                <w:rFonts w:asciiTheme="majorHAnsi" w:hAnsiTheme="majorHAnsi" w:cstheme="majorHAnsi"/>
                <w:sz w:val="17"/>
              </w:rPr>
              <w:t>agent·e·s</w:t>
            </w:r>
            <w:proofErr w:type="spellEnd"/>
          </w:p>
        </w:tc>
        <w:tc>
          <w:tcPr>
            <w:tcW w:w="7344" w:type="dxa"/>
            <w:tcMar>
              <w:top w:w="80" w:type="dxa"/>
              <w:left w:w="80" w:type="dxa"/>
              <w:bottom w:w="80" w:type="dxa"/>
              <w:right w:w="80" w:type="dxa"/>
            </w:tcMar>
            <w:vAlign w:val="center"/>
          </w:tcPr>
          <w:p w14:paraId="307E5151"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[Support et date de diffusion]</w:t>
            </w:r>
          </w:p>
        </w:tc>
      </w:tr>
    </w:tbl>
    <w:p w14:paraId="6A12E2A3" w14:textId="77777777" w:rsidR="009F2D75" w:rsidRPr="00ED16E5" w:rsidRDefault="009F2D75">
      <w:pPr>
        <w:rPr>
          <w:rFonts w:asciiTheme="majorHAnsi" w:hAnsiTheme="majorHAnsi" w:cstheme="majorHAnsi"/>
        </w:rPr>
      </w:pPr>
    </w:p>
    <w:p w14:paraId="4F86ACD6" w14:textId="77777777" w:rsidR="00C876EF" w:rsidRPr="00ED16E5" w:rsidRDefault="00C876EF">
      <w:pPr>
        <w:rPr>
          <w:rFonts w:asciiTheme="majorHAnsi" w:hAnsiTheme="majorHAnsi" w:cstheme="majorHAnsi"/>
        </w:rPr>
      </w:pPr>
    </w:p>
    <w:p w14:paraId="5699B61A" w14:textId="61EBEC6B" w:rsidR="00C876EF" w:rsidRPr="00ED16E5" w:rsidRDefault="00C876EF">
      <w:pPr>
        <w:spacing w:after="200"/>
        <w:rPr>
          <w:rFonts w:asciiTheme="majorHAnsi" w:hAnsiTheme="majorHAnsi" w:cstheme="majorHAnsi"/>
        </w:rPr>
      </w:pPr>
      <w:r w:rsidRPr="00ED16E5">
        <w:rPr>
          <w:rFonts w:asciiTheme="majorHAnsi" w:hAnsiTheme="majorHAnsi" w:cstheme="majorHAnsi"/>
        </w:rPr>
        <w:br w:type="page"/>
      </w:r>
    </w:p>
    <w:p w14:paraId="32D9B112" w14:textId="77777777" w:rsidR="00C876EF" w:rsidRPr="00ED16E5" w:rsidRDefault="00C876EF">
      <w:pPr>
        <w:rPr>
          <w:rFonts w:asciiTheme="majorHAnsi" w:hAnsiTheme="majorHAnsi" w:cstheme="majorHAnsi"/>
        </w:rPr>
      </w:pPr>
    </w:p>
    <w:p w14:paraId="718D65D9" w14:textId="77777777" w:rsidR="009F2D75" w:rsidRPr="00ED16E5" w:rsidRDefault="00702437">
      <w:pPr>
        <w:pStyle w:val="Titre1"/>
        <w:rPr>
          <w:rFonts w:cstheme="majorHAnsi"/>
        </w:rPr>
      </w:pPr>
      <w:r w:rsidRPr="00ED16E5">
        <w:rPr>
          <w:rFonts w:cstheme="majorHAnsi"/>
        </w:rPr>
        <w:t xml:space="preserve">8. Information et communication aux </w:t>
      </w:r>
      <w:proofErr w:type="spellStart"/>
      <w:r w:rsidRPr="00ED16E5">
        <w:rPr>
          <w:rFonts w:cstheme="majorHAnsi"/>
        </w:rPr>
        <w:t>agent·e·s</w:t>
      </w:r>
      <w:proofErr w:type="spellEnd"/>
    </w:p>
    <w:p w14:paraId="58891F7B" w14:textId="64956B94" w:rsidR="009F2D75" w:rsidRPr="00ED16E5" w:rsidRDefault="00702437">
      <w:pPr>
        <w:pStyle w:val="Listepuces"/>
        <w:spacing w:after="40"/>
        <w:rPr>
          <w:rFonts w:asciiTheme="majorHAnsi" w:hAnsiTheme="majorHAnsi" w:cstheme="majorHAnsi"/>
        </w:rPr>
      </w:pPr>
      <w:r w:rsidRPr="00ED16E5">
        <w:rPr>
          <w:rFonts w:asciiTheme="majorHAnsi" w:hAnsiTheme="majorHAnsi" w:cstheme="majorHAnsi"/>
        </w:rPr>
        <w:t>Diffuser les consignes de prévention avant le début de la période estivale.</w:t>
      </w:r>
    </w:p>
    <w:p w14:paraId="1F899005" w14:textId="4D2B40F2" w:rsidR="009F2D75" w:rsidRPr="00ED16E5" w:rsidRDefault="00702437">
      <w:pPr>
        <w:pStyle w:val="Listepuces"/>
        <w:spacing w:after="40"/>
        <w:rPr>
          <w:rFonts w:asciiTheme="majorHAnsi" w:hAnsiTheme="majorHAnsi" w:cstheme="majorHAnsi"/>
        </w:rPr>
      </w:pPr>
      <w:r w:rsidRPr="00ED16E5">
        <w:rPr>
          <w:rFonts w:asciiTheme="majorHAnsi" w:hAnsiTheme="majorHAnsi" w:cstheme="majorHAnsi"/>
        </w:rPr>
        <w:t>Afficher les gestes de prévention dans les locaux, ateliers, véhicules et lieux de pause.</w:t>
      </w:r>
    </w:p>
    <w:p w14:paraId="7B66DD97" w14:textId="0F0DFE0D" w:rsidR="009F2D75" w:rsidRPr="00ED16E5" w:rsidRDefault="00702437">
      <w:pPr>
        <w:pStyle w:val="Listepuces"/>
        <w:spacing w:after="40"/>
        <w:rPr>
          <w:rFonts w:asciiTheme="majorHAnsi" w:hAnsiTheme="majorHAnsi" w:cstheme="majorHAnsi"/>
        </w:rPr>
      </w:pPr>
      <w:r w:rsidRPr="00ED16E5">
        <w:rPr>
          <w:rFonts w:asciiTheme="majorHAnsi" w:hAnsiTheme="majorHAnsi" w:cstheme="majorHAnsi"/>
        </w:rPr>
        <w:t>Rappeler les signes d’alerte et la conduite à tenir en cas de malaise.</w:t>
      </w:r>
    </w:p>
    <w:p w14:paraId="344FD887" w14:textId="456A883E" w:rsidR="009F2D75" w:rsidRPr="00ED16E5" w:rsidRDefault="00702437">
      <w:pPr>
        <w:pStyle w:val="Listepuces"/>
        <w:spacing w:after="40"/>
        <w:rPr>
          <w:rFonts w:asciiTheme="majorHAnsi" w:hAnsiTheme="majorHAnsi" w:cstheme="majorHAnsi"/>
        </w:rPr>
      </w:pPr>
      <w:r w:rsidRPr="00ED16E5">
        <w:rPr>
          <w:rFonts w:asciiTheme="majorHAnsi" w:hAnsiTheme="majorHAnsi" w:cstheme="majorHAnsi"/>
        </w:rPr>
        <w:t>Organiser un point d’équipe lors de l’activation d’un niveau jaune, orange ou rouge.</w:t>
      </w:r>
    </w:p>
    <w:p w14:paraId="76327175" w14:textId="58E9D035" w:rsidR="009F2D75" w:rsidRPr="00ED16E5" w:rsidRDefault="00702437">
      <w:pPr>
        <w:pStyle w:val="Listepuces"/>
        <w:spacing w:after="40"/>
        <w:rPr>
          <w:rFonts w:asciiTheme="majorHAnsi" w:hAnsiTheme="majorHAnsi" w:cstheme="majorHAnsi"/>
        </w:rPr>
      </w:pPr>
      <w:r w:rsidRPr="00ED16E5">
        <w:rPr>
          <w:rFonts w:asciiTheme="majorHAnsi" w:hAnsiTheme="majorHAnsi" w:cstheme="majorHAnsi"/>
        </w:rPr>
        <w:t>Mettre à disposition la liste actualisée des espaces frais, points d’eau et SST.</w:t>
      </w:r>
    </w:p>
    <w:p w14:paraId="08377B1C" w14:textId="29233404" w:rsidR="009F2D75" w:rsidRPr="00ED16E5" w:rsidRDefault="00702437">
      <w:pPr>
        <w:pStyle w:val="Listepuces"/>
        <w:spacing w:after="40"/>
        <w:rPr>
          <w:rFonts w:asciiTheme="majorHAnsi" w:hAnsiTheme="majorHAnsi" w:cstheme="majorHAnsi"/>
        </w:rPr>
      </w:pPr>
      <w:r w:rsidRPr="00ED16E5">
        <w:rPr>
          <w:rFonts w:asciiTheme="majorHAnsi" w:hAnsiTheme="majorHAnsi" w:cstheme="majorHAnsi"/>
        </w:rPr>
        <w:t xml:space="preserve">Informer les </w:t>
      </w:r>
      <w:proofErr w:type="spellStart"/>
      <w:r w:rsidRPr="00ED16E5">
        <w:rPr>
          <w:rFonts w:asciiTheme="majorHAnsi" w:hAnsiTheme="majorHAnsi" w:cstheme="majorHAnsi"/>
        </w:rPr>
        <w:t>agent·e·s</w:t>
      </w:r>
      <w:proofErr w:type="spellEnd"/>
      <w:r w:rsidRPr="00ED16E5">
        <w:rPr>
          <w:rFonts w:asciiTheme="majorHAnsi" w:hAnsiTheme="majorHAnsi" w:cstheme="majorHAnsi"/>
        </w:rPr>
        <w:t xml:space="preserve"> des modalités d’aménagement d’horaires et de signalement.</w:t>
      </w:r>
    </w:p>
    <w:p w14:paraId="755A9969" w14:textId="77777777" w:rsidR="0047258F" w:rsidRPr="00ED16E5" w:rsidRDefault="0047258F" w:rsidP="0047258F">
      <w:pPr>
        <w:pStyle w:val="Listepuces"/>
        <w:numPr>
          <w:ilvl w:val="0"/>
          <w:numId w:val="0"/>
        </w:numPr>
        <w:spacing w:after="40"/>
        <w:ind w:left="360"/>
        <w:rPr>
          <w:rFonts w:asciiTheme="majorHAnsi" w:hAnsiTheme="majorHAnsi" w:cstheme="majorHAnsi"/>
        </w:rPr>
      </w:pPr>
    </w:p>
    <w:tbl>
      <w:tblPr>
        <w:tblStyle w:val="Grilledutableau"/>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589"/>
        <w:gridCol w:w="2877"/>
        <w:gridCol w:w="2302"/>
        <w:gridCol w:w="2302"/>
      </w:tblGrid>
      <w:tr w:rsidR="009F2D75" w:rsidRPr="00ED16E5" w14:paraId="1AF9B1CA" w14:textId="77777777" w:rsidTr="00BE7D74">
        <w:trPr>
          <w:jc w:val="center"/>
        </w:trPr>
        <w:tc>
          <w:tcPr>
            <w:tcW w:w="2592" w:type="dxa"/>
            <w:shd w:val="clear" w:color="auto" w:fill="D01050"/>
            <w:tcMar>
              <w:top w:w="80" w:type="dxa"/>
              <w:left w:w="80" w:type="dxa"/>
              <w:bottom w:w="80" w:type="dxa"/>
              <w:right w:w="80" w:type="dxa"/>
            </w:tcMar>
            <w:vAlign w:val="center"/>
          </w:tcPr>
          <w:p w14:paraId="537AA056"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Support</w:t>
            </w:r>
          </w:p>
        </w:tc>
        <w:tc>
          <w:tcPr>
            <w:tcW w:w="2880" w:type="dxa"/>
            <w:shd w:val="clear" w:color="auto" w:fill="D01050"/>
            <w:tcMar>
              <w:top w:w="80" w:type="dxa"/>
              <w:left w:w="80" w:type="dxa"/>
              <w:bottom w:w="80" w:type="dxa"/>
              <w:right w:w="80" w:type="dxa"/>
            </w:tcMar>
            <w:vAlign w:val="center"/>
          </w:tcPr>
          <w:p w14:paraId="2265E1CE"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Public visé</w:t>
            </w:r>
          </w:p>
        </w:tc>
        <w:tc>
          <w:tcPr>
            <w:tcW w:w="2304" w:type="dxa"/>
            <w:shd w:val="clear" w:color="auto" w:fill="D01050"/>
            <w:tcMar>
              <w:top w:w="80" w:type="dxa"/>
              <w:left w:w="80" w:type="dxa"/>
              <w:bottom w:w="80" w:type="dxa"/>
              <w:right w:w="80" w:type="dxa"/>
            </w:tcMar>
            <w:vAlign w:val="center"/>
          </w:tcPr>
          <w:p w14:paraId="39945827"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Date / fréquence</w:t>
            </w:r>
          </w:p>
        </w:tc>
        <w:tc>
          <w:tcPr>
            <w:tcW w:w="2304" w:type="dxa"/>
            <w:shd w:val="clear" w:color="auto" w:fill="D01050"/>
            <w:tcMar>
              <w:top w:w="80" w:type="dxa"/>
              <w:left w:w="80" w:type="dxa"/>
              <w:bottom w:w="80" w:type="dxa"/>
              <w:right w:w="80" w:type="dxa"/>
            </w:tcMar>
            <w:vAlign w:val="center"/>
          </w:tcPr>
          <w:p w14:paraId="0B06B27A"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Responsable</w:t>
            </w:r>
          </w:p>
        </w:tc>
      </w:tr>
      <w:tr w:rsidR="009F2D75" w:rsidRPr="00ED16E5" w14:paraId="57175DA8" w14:textId="77777777">
        <w:trPr>
          <w:jc w:val="center"/>
        </w:trPr>
        <w:tc>
          <w:tcPr>
            <w:tcW w:w="2592" w:type="dxa"/>
            <w:tcMar>
              <w:top w:w="80" w:type="dxa"/>
              <w:left w:w="80" w:type="dxa"/>
              <w:bottom w:w="80" w:type="dxa"/>
              <w:right w:w="80" w:type="dxa"/>
            </w:tcMar>
            <w:vAlign w:val="center"/>
          </w:tcPr>
          <w:p w14:paraId="78264016" w14:textId="33E96F94" w:rsidR="009F2D75" w:rsidRPr="00ED16E5" w:rsidRDefault="00A10E10">
            <w:pPr>
              <w:spacing w:after="0"/>
              <w:rPr>
                <w:rFonts w:asciiTheme="majorHAnsi" w:hAnsiTheme="majorHAnsi" w:cstheme="majorHAnsi"/>
              </w:rPr>
            </w:pPr>
            <w:r w:rsidRPr="00ED16E5">
              <w:rPr>
                <w:rFonts w:asciiTheme="majorHAnsi" w:hAnsiTheme="majorHAnsi" w:cstheme="majorHAnsi"/>
                <w:sz w:val="17"/>
              </w:rPr>
              <w:t>Courriel</w:t>
            </w:r>
            <w:r w:rsidR="00702437" w:rsidRPr="00ED16E5">
              <w:rPr>
                <w:rFonts w:asciiTheme="majorHAnsi" w:hAnsiTheme="majorHAnsi" w:cstheme="majorHAnsi"/>
                <w:sz w:val="17"/>
              </w:rPr>
              <w:t xml:space="preserve"> / intranet</w:t>
            </w:r>
          </w:p>
        </w:tc>
        <w:tc>
          <w:tcPr>
            <w:tcW w:w="2880" w:type="dxa"/>
            <w:tcMar>
              <w:top w:w="80" w:type="dxa"/>
              <w:left w:w="80" w:type="dxa"/>
              <w:bottom w:w="80" w:type="dxa"/>
              <w:right w:w="80" w:type="dxa"/>
            </w:tcMar>
            <w:vAlign w:val="center"/>
          </w:tcPr>
          <w:p w14:paraId="6E75848D"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[Tous services / services exposés]</w:t>
            </w:r>
          </w:p>
        </w:tc>
        <w:tc>
          <w:tcPr>
            <w:tcW w:w="2304" w:type="dxa"/>
            <w:tcMar>
              <w:top w:w="80" w:type="dxa"/>
              <w:left w:w="80" w:type="dxa"/>
              <w:bottom w:w="80" w:type="dxa"/>
              <w:right w:w="80" w:type="dxa"/>
            </w:tcMar>
            <w:vAlign w:val="center"/>
          </w:tcPr>
          <w:p w14:paraId="2D6AF91B"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2304" w:type="dxa"/>
            <w:tcMar>
              <w:top w:w="80" w:type="dxa"/>
              <w:left w:w="80" w:type="dxa"/>
              <w:bottom w:w="80" w:type="dxa"/>
              <w:right w:w="80" w:type="dxa"/>
            </w:tcMar>
            <w:vAlign w:val="center"/>
          </w:tcPr>
          <w:p w14:paraId="7BE3393A"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r>
      <w:tr w:rsidR="009F2D75" w:rsidRPr="00ED16E5" w14:paraId="70C4FD91" w14:textId="77777777">
        <w:trPr>
          <w:jc w:val="center"/>
        </w:trPr>
        <w:tc>
          <w:tcPr>
            <w:tcW w:w="2592" w:type="dxa"/>
            <w:tcMar>
              <w:top w:w="80" w:type="dxa"/>
              <w:left w:w="80" w:type="dxa"/>
              <w:bottom w:w="80" w:type="dxa"/>
              <w:right w:w="80" w:type="dxa"/>
            </w:tcMar>
            <w:vAlign w:val="center"/>
          </w:tcPr>
          <w:p w14:paraId="3670CBFA"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Affichage</w:t>
            </w:r>
          </w:p>
        </w:tc>
        <w:tc>
          <w:tcPr>
            <w:tcW w:w="2880" w:type="dxa"/>
            <w:tcMar>
              <w:top w:w="80" w:type="dxa"/>
              <w:left w:w="80" w:type="dxa"/>
              <w:bottom w:w="80" w:type="dxa"/>
              <w:right w:w="80" w:type="dxa"/>
            </w:tcMar>
            <w:vAlign w:val="center"/>
          </w:tcPr>
          <w:p w14:paraId="204DF669"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[Sites concernés]</w:t>
            </w:r>
          </w:p>
        </w:tc>
        <w:tc>
          <w:tcPr>
            <w:tcW w:w="2304" w:type="dxa"/>
            <w:tcMar>
              <w:top w:w="80" w:type="dxa"/>
              <w:left w:w="80" w:type="dxa"/>
              <w:bottom w:w="80" w:type="dxa"/>
              <w:right w:w="80" w:type="dxa"/>
            </w:tcMar>
            <w:vAlign w:val="center"/>
          </w:tcPr>
          <w:p w14:paraId="69F2E3A6"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2304" w:type="dxa"/>
            <w:tcMar>
              <w:top w:w="80" w:type="dxa"/>
              <w:left w:w="80" w:type="dxa"/>
              <w:bottom w:w="80" w:type="dxa"/>
              <w:right w:w="80" w:type="dxa"/>
            </w:tcMar>
            <w:vAlign w:val="center"/>
          </w:tcPr>
          <w:p w14:paraId="2614386A"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r>
      <w:tr w:rsidR="009F2D75" w:rsidRPr="00ED16E5" w14:paraId="7968543E" w14:textId="77777777">
        <w:trPr>
          <w:jc w:val="center"/>
        </w:trPr>
        <w:tc>
          <w:tcPr>
            <w:tcW w:w="2592" w:type="dxa"/>
            <w:tcMar>
              <w:top w:w="80" w:type="dxa"/>
              <w:left w:w="80" w:type="dxa"/>
              <w:bottom w:w="80" w:type="dxa"/>
              <w:right w:w="80" w:type="dxa"/>
            </w:tcMar>
            <w:vAlign w:val="center"/>
          </w:tcPr>
          <w:p w14:paraId="50409351" w14:textId="0EAB2188" w:rsidR="009F2D75" w:rsidRPr="00ED16E5" w:rsidRDefault="00702437">
            <w:pPr>
              <w:spacing w:after="0"/>
              <w:rPr>
                <w:rFonts w:asciiTheme="majorHAnsi" w:hAnsiTheme="majorHAnsi" w:cstheme="majorHAnsi"/>
              </w:rPr>
            </w:pPr>
            <w:r w:rsidRPr="00ED16E5">
              <w:rPr>
                <w:rFonts w:asciiTheme="majorHAnsi" w:hAnsiTheme="majorHAnsi" w:cstheme="majorHAnsi"/>
                <w:sz w:val="17"/>
              </w:rPr>
              <w:t xml:space="preserve">Réunion d’équipe </w:t>
            </w:r>
          </w:p>
        </w:tc>
        <w:tc>
          <w:tcPr>
            <w:tcW w:w="2880" w:type="dxa"/>
            <w:tcMar>
              <w:top w:w="80" w:type="dxa"/>
              <w:left w:w="80" w:type="dxa"/>
              <w:bottom w:w="80" w:type="dxa"/>
              <w:right w:w="80" w:type="dxa"/>
            </w:tcMar>
            <w:vAlign w:val="center"/>
          </w:tcPr>
          <w:p w14:paraId="58607D24"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[Équipes exposées]</w:t>
            </w:r>
          </w:p>
        </w:tc>
        <w:tc>
          <w:tcPr>
            <w:tcW w:w="2304" w:type="dxa"/>
            <w:tcMar>
              <w:top w:w="80" w:type="dxa"/>
              <w:left w:w="80" w:type="dxa"/>
              <w:bottom w:w="80" w:type="dxa"/>
              <w:right w:w="80" w:type="dxa"/>
            </w:tcMar>
            <w:vAlign w:val="center"/>
          </w:tcPr>
          <w:p w14:paraId="08ADAB71"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2304" w:type="dxa"/>
            <w:tcMar>
              <w:top w:w="80" w:type="dxa"/>
              <w:left w:w="80" w:type="dxa"/>
              <w:bottom w:w="80" w:type="dxa"/>
              <w:right w:w="80" w:type="dxa"/>
            </w:tcMar>
            <w:vAlign w:val="center"/>
          </w:tcPr>
          <w:p w14:paraId="0996CDF8"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r>
      <w:tr w:rsidR="009F2D75" w:rsidRPr="00ED16E5" w14:paraId="0AAD8846" w14:textId="77777777">
        <w:trPr>
          <w:jc w:val="center"/>
        </w:trPr>
        <w:tc>
          <w:tcPr>
            <w:tcW w:w="2592" w:type="dxa"/>
            <w:tcMar>
              <w:top w:w="80" w:type="dxa"/>
              <w:left w:w="80" w:type="dxa"/>
              <w:bottom w:w="80" w:type="dxa"/>
              <w:right w:w="80" w:type="dxa"/>
            </w:tcMar>
            <w:vAlign w:val="center"/>
          </w:tcPr>
          <w:p w14:paraId="3274D4B9"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Bulletin de paie / note RH</w:t>
            </w:r>
          </w:p>
        </w:tc>
        <w:tc>
          <w:tcPr>
            <w:tcW w:w="2880" w:type="dxa"/>
            <w:tcMar>
              <w:top w:w="80" w:type="dxa"/>
              <w:left w:w="80" w:type="dxa"/>
              <w:bottom w:w="80" w:type="dxa"/>
              <w:right w:w="80" w:type="dxa"/>
            </w:tcMar>
            <w:vAlign w:val="center"/>
          </w:tcPr>
          <w:p w14:paraId="47117CF9"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 xml:space="preserve">[Tous les </w:t>
            </w:r>
            <w:proofErr w:type="spellStart"/>
            <w:r w:rsidRPr="00ED16E5">
              <w:rPr>
                <w:rFonts w:asciiTheme="majorHAnsi" w:hAnsiTheme="majorHAnsi" w:cstheme="majorHAnsi"/>
                <w:sz w:val="17"/>
              </w:rPr>
              <w:t>agent·e·s</w:t>
            </w:r>
            <w:proofErr w:type="spellEnd"/>
            <w:r w:rsidRPr="00ED16E5">
              <w:rPr>
                <w:rFonts w:asciiTheme="majorHAnsi" w:hAnsiTheme="majorHAnsi" w:cstheme="majorHAnsi"/>
                <w:sz w:val="17"/>
              </w:rPr>
              <w:t>]</w:t>
            </w:r>
          </w:p>
        </w:tc>
        <w:tc>
          <w:tcPr>
            <w:tcW w:w="2304" w:type="dxa"/>
            <w:tcMar>
              <w:top w:w="80" w:type="dxa"/>
              <w:left w:w="80" w:type="dxa"/>
              <w:bottom w:w="80" w:type="dxa"/>
              <w:right w:w="80" w:type="dxa"/>
            </w:tcMar>
            <w:vAlign w:val="center"/>
          </w:tcPr>
          <w:p w14:paraId="04F4260A"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2304" w:type="dxa"/>
            <w:tcMar>
              <w:top w:w="80" w:type="dxa"/>
              <w:left w:w="80" w:type="dxa"/>
              <w:bottom w:w="80" w:type="dxa"/>
              <w:right w:w="80" w:type="dxa"/>
            </w:tcMar>
            <w:vAlign w:val="center"/>
          </w:tcPr>
          <w:p w14:paraId="25640F59"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r>
    </w:tbl>
    <w:p w14:paraId="3E51AF16" w14:textId="77777777" w:rsidR="009F2D75" w:rsidRPr="00ED16E5" w:rsidRDefault="009F2D75">
      <w:pPr>
        <w:rPr>
          <w:rFonts w:asciiTheme="majorHAnsi" w:hAnsiTheme="majorHAnsi" w:cstheme="majorHAnsi"/>
        </w:rPr>
      </w:pPr>
    </w:p>
    <w:p w14:paraId="204B52AB" w14:textId="1B13D3CC" w:rsidR="009F2D75" w:rsidRPr="00ED16E5" w:rsidRDefault="00702437" w:rsidP="00A10E10">
      <w:pPr>
        <w:pStyle w:val="Titre1"/>
        <w:rPr>
          <w:rFonts w:cstheme="majorHAnsi"/>
        </w:rPr>
      </w:pPr>
      <w:r w:rsidRPr="00ED16E5">
        <w:rPr>
          <w:rFonts w:cstheme="majorHAnsi"/>
        </w:rPr>
        <w:t>9. Signes d’alerte et conduite à tenir</w:t>
      </w:r>
    </w:p>
    <w:tbl>
      <w:tblPr>
        <w:tblStyle w:val="Grilledutableau"/>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159"/>
        <w:gridCol w:w="3596"/>
        <w:gridCol w:w="4315"/>
      </w:tblGrid>
      <w:tr w:rsidR="009F2D75" w:rsidRPr="00ED16E5" w14:paraId="2E8DA49F" w14:textId="77777777" w:rsidTr="00BE7D74">
        <w:trPr>
          <w:jc w:val="center"/>
        </w:trPr>
        <w:tc>
          <w:tcPr>
            <w:tcW w:w="2160" w:type="dxa"/>
            <w:shd w:val="clear" w:color="auto" w:fill="D01050"/>
            <w:tcMar>
              <w:top w:w="80" w:type="dxa"/>
              <w:left w:w="80" w:type="dxa"/>
              <w:bottom w:w="80" w:type="dxa"/>
              <w:right w:w="80" w:type="dxa"/>
            </w:tcMar>
            <w:vAlign w:val="center"/>
          </w:tcPr>
          <w:p w14:paraId="04AF3427"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Situation observée</w:t>
            </w:r>
          </w:p>
        </w:tc>
        <w:tc>
          <w:tcPr>
            <w:tcW w:w="3600" w:type="dxa"/>
            <w:shd w:val="clear" w:color="auto" w:fill="D01050"/>
            <w:tcMar>
              <w:top w:w="80" w:type="dxa"/>
              <w:left w:w="80" w:type="dxa"/>
              <w:bottom w:w="80" w:type="dxa"/>
              <w:right w:w="80" w:type="dxa"/>
            </w:tcMar>
            <w:vAlign w:val="center"/>
          </w:tcPr>
          <w:p w14:paraId="50708153"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Signes possibles</w:t>
            </w:r>
          </w:p>
        </w:tc>
        <w:tc>
          <w:tcPr>
            <w:tcW w:w="4320" w:type="dxa"/>
            <w:shd w:val="clear" w:color="auto" w:fill="D01050"/>
            <w:tcMar>
              <w:top w:w="80" w:type="dxa"/>
              <w:left w:w="80" w:type="dxa"/>
              <w:bottom w:w="80" w:type="dxa"/>
              <w:right w:w="80" w:type="dxa"/>
            </w:tcMar>
            <w:vAlign w:val="center"/>
          </w:tcPr>
          <w:p w14:paraId="071E4019"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Conduite à tenir</w:t>
            </w:r>
          </w:p>
        </w:tc>
      </w:tr>
      <w:tr w:rsidR="009F2D75" w:rsidRPr="00ED16E5" w14:paraId="555E23CF" w14:textId="77777777">
        <w:trPr>
          <w:jc w:val="center"/>
        </w:trPr>
        <w:tc>
          <w:tcPr>
            <w:tcW w:w="2160" w:type="dxa"/>
            <w:tcMar>
              <w:top w:w="80" w:type="dxa"/>
              <w:left w:w="80" w:type="dxa"/>
              <w:bottom w:w="80" w:type="dxa"/>
              <w:right w:w="80" w:type="dxa"/>
            </w:tcMar>
            <w:vAlign w:val="center"/>
          </w:tcPr>
          <w:p w14:paraId="0AF141AE"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Coup de soleil</w:t>
            </w:r>
          </w:p>
        </w:tc>
        <w:tc>
          <w:tcPr>
            <w:tcW w:w="3600" w:type="dxa"/>
            <w:tcMar>
              <w:top w:w="80" w:type="dxa"/>
              <w:left w:w="80" w:type="dxa"/>
              <w:bottom w:w="80" w:type="dxa"/>
              <w:right w:w="80" w:type="dxa"/>
            </w:tcMar>
            <w:vAlign w:val="center"/>
          </w:tcPr>
          <w:p w14:paraId="6471627C"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Rougeurs, douleurs, œdème, fièvre, maux de tête.</w:t>
            </w:r>
          </w:p>
        </w:tc>
        <w:tc>
          <w:tcPr>
            <w:tcW w:w="4320" w:type="dxa"/>
            <w:tcMar>
              <w:top w:w="80" w:type="dxa"/>
              <w:left w:w="80" w:type="dxa"/>
              <w:bottom w:w="80" w:type="dxa"/>
              <w:right w:w="80" w:type="dxa"/>
            </w:tcMar>
            <w:vAlign w:val="center"/>
          </w:tcPr>
          <w:p w14:paraId="6CDC2AAD"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Mettre l’</w:t>
            </w:r>
            <w:proofErr w:type="spellStart"/>
            <w:r w:rsidRPr="00ED16E5">
              <w:rPr>
                <w:rFonts w:asciiTheme="majorHAnsi" w:hAnsiTheme="majorHAnsi" w:cstheme="majorHAnsi"/>
                <w:sz w:val="17"/>
              </w:rPr>
              <w:t>agent·e</w:t>
            </w:r>
            <w:proofErr w:type="spellEnd"/>
            <w:r w:rsidRPr="00ED16E5">
              <w:rPr>
                <w:rFonts w:asciiTheme="majorHAnsi" w:hAnsiTheme="majorHAnsi" w:cstheme="majorHAnsi"/>
                <w:sz w:val="17"/>
              </w:rPr>
              <w:t xml:space="preserve"> en pause dans un espace plus frais ou refroidi, surveiller l’évolution et informer l’</w:t>
            </w:r>
            <w:proofErr w:type="spellStart"/>
            <w:r w:rsidRPr="00ED16E5">
              <w:rPr>
                <w:rFonts w:asciiTheme="majorHAnsi" w:hAnsiTheme="majorHAnsi" w:cstheme="majorHAnsi"/>
                <w:sz w:val="17"/>
              </w:rPr>
              <w:t>encadrant·e</w:t>
            </w:r>
            <w:proofErr w:type="spellEnd"/>
            <w:r w:rsidRPr="00ED16E5">
              <w:rPr>
                <w:rFonts w:asciiTheme="majorHAnsi" w:hAnsiTheme="majorHAnsi" w:cstheme="majorHAnsi"/>
                <w:sz w:val="17"/>
              </w:rPr>
              <w:t>.</w:t>
            </w:r>
          </w:p>
        </w:tc>
      </w:tr>
      <w:tr w:rsidR="009F2D75" w:rsidRPr="00ED16E5" w14:paraId="78551229" w14:textId="77777777">
        <w:trPr>
          <w:jc w:val="center"/>
        </w:trPr>
        <w:tc>
          <w:tcPr>
            <w:tcW w:w="2160" w:type="dxa"/>
            <w:tcMar>
              <w:top w:w="80" w:type="dxa"/>
              <w:left w:w="80" w:type="dxa"/>
              <w:bottom w:w="80" w:type="dxa"/>
              <w:right w:w="80" w:type="dxa"/>
            </w:tcMar>
            <w:vAlign w:val="center"/>
          </w:tcPr>
          <w:p w14:paraId="1790AADF"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Crampes de chaleur</w:t>
            </w:r>
          </w:p>
        </w:tc>
        <w:tc>
          <w:tcPr>
            <w:tcW w:w="3600" w:type="dxa"/>
            <w:tcMar>
              <w:top w:w="80" w:type="dxa"/>
              <w:left w:w="80" w:type="dxa"/>
              <w:bottom w:w="80" w:type="dxa"/>
              <w:right w:w="80" w:type="dxa"/>
            </w:tcMar>
            <w:vAlign w:val="center"/>
          </w:tcPr>
          <w:p w14:paraId="23F7EB5B"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Spasmes douloureux, notamment jambes ou abdomen, transpiration.</w:t>
            </w:r>
          </w:p>
        </w:tc>
        <w:tc>
          <w:tcPr>
            <w:tcW w:w="4320" w:type="dxa"/>
            <w:tcMar>
              <w:top w:w="80" w:type="dxa"/>
              <w:left w:w="80" w:type="dxa"/>
              <w:bottom w:w="80" w:type="dxa"/>
              <w:right w:w="80" w:type="dxa"/>
            </w:tcMar>
            <w:vAlign w:val="center"/>
          </w:tcPr>
          <w:p w14:paraId="790CBA54"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Arrêter l’activité, installer l’</w:t>
            </w:r>
            <w:proofErr w:type="spellStart"/>
            <w:r w:rsidRPr="00ED16E5">
              <w:rPr>
                <w:rFonts w:asciiTheme="majorHAnsi" w:hAnsiTheme="majorHAnsi" w:cstheme="majorHAnsi"/>
                <w:sz w:val="17"/>
              </w:rPr>
              <w:t>agent·e</w:t>
            </w:r>
            <w:proofErr w:type="spellEnd"/>
            <w:r w:rsidRPr="00ED16E5">
              <w:rPr>
                <w:rFonts w:asciiTheme="majorHAnsi" w:hAnsiTheme="majorHAnsi" w:cstheme="majorHAnsi"/>
                <w:sz w:val="17"/>
              </w:rPr>
              <w:t xml:space="preserve"> au frais, faire boire de l’eau si la personne est consciente, prévenir l’</w:t>
            </w:r>
            <w:proofErr w:type="spellStart"/>
            <w:r w:rsidRPr="00ED16E5">
              <w:rPr>
                <w:rFonts w:asciiTheme="majorHAnsi" w:hAnsiTheme="majorHAnsi" w:cstheme="majorHAnsi"/>
                <w:sz w:val="17"/>
              </w:rPr>
              <w:t>encadrant·e</w:t>
            </w:r>
            <w:proofErr w:type="spellEnd"/>
            <w:r w:rsidRPr="00ED16E5">
              <w:rPr>
                <w:rFonts w:asciiTheme="majorHAnsi" w:hAnsiTheme="majorHAnsi" w:cstheme="majorHAnsi"/>
                <w:sz w:val="17"/>
              </w:rPr>
              <w:t>.</w:t>
            </w:r>
          </w:p>
        </w:tc>
      </w:tr>
      <w:tr w:rsidR="009F2D75" w:rsidRPr="00ED16E5" w14:paraId="7E014504" w14:textId="77777777">
        <w:trPr>
          <w:jc w:val="center"/>
        </w:trPr>
        <w:tc>
          <w:tcPr>
            <w:tcW w:w="2160" w:type="dxa"/>
            <w:tcMar>
              <w:top w:w="80" w:type="dxa"/>
              <w:left w:w="80" w:type="dxa"/>
              <w:bottom w:w="80" w:type="dxa"/>
              <w:right w:w="80" w:type="dxa"/>
            </w:tcMar>
            <w:vAlign w:val="center"/>
          </w:tcPr>
          <w:p w14:paraId="72A6B397"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Épuisement / déshydratation</w:t>
            </w:r>
          </w:p>
        </w:tc>
        <w:tc>
          <w:tcPr>
            <w:tcW w:w="3600" w:type="dxa"/>
            <w:tcMar>
              <w:top w:w="80" w:type="dxa"/>
              <w:left w:w="80" w:type="dxa"/>
              <w:bottom w:w="80" w:type="dxa"/>
              <w:right w:w="80" w:type="dxa"/>
            </w:tcMar>
            <w:vAlign w:val="center"/>
          </w:tcPr>
          <w:p w14:paraId="00449C13"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Forte transpiration, faiblesse, peau froide ou pâle, malaise, pouls faible.</w:t>
            </w:r>
          </w:p>
        </w:tc>
        <w:tc>
          <w:tcPr>
            <w:tcW w:w="4320" w:type="dxa"/>
            <w:tcMar>
              <w:top w:w="80" w:type="dxa"/>
              <w:left w:w="80" w:type="dxa"/>
              <w:bottom w:w="80" w:type="dxa"/>
              <w:right w:w="80" w:type="dxa"/>
            </w:tcMar>
            <w:vAlign w:val="center"/>
          </w:tcPr>
          <w:p w14:paraId="63242DE3"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Arrêter l’activité, mettre la personne au frais, alerter les secours en cas de signe préoccupant ou d’aggravation, suivre leurs indications.</w:t>
            </w:r>
          </w:p>
        </w:tc>
      </w:tr>
      <w:tr w:rsidR="009F2D75" w:rsidRPr="00ED16E5" w14:paraId="01CF5CBB" w14:textId="77777777">
        <w:trPr>
          <w:jc w:val="center"/>
        </w:trPr>
        <w:tc>
          <w:tcPr>
            <w:tcW w:w="2160" w:type="dxa"/>
            <w:tcMar>
              <w:top w:w="80" w:type="dxa"/>
              <w:left w:w="80" w:type="dxa"/>
              <w:bottom w:w="80" w:type="dxa"/>
              <w:right w:w="80" w:type="dxa"/>
            </w:tcMar>
            <w:vAlign w:val="center"/>
          </w:tcPr>
          <w:p w14:paraId="11C193BB"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Coup de chaleur</w:t>
            </w:r>
          </w:p>
        </w:tc>
        <w:tc>
          <w:tcPr>
            <w:tcW w:w="3600" w:type="dxa"/>
            <w:tcMar>
              <w:top w:w="80" w:type="dxa"/>
              <w:left w:w="80" w:type="dxa"/>
              <w:bottom w:w="80" w:type="dxa"/>
              <w:right w:w="80" w:type="dxa"/>
            </w:tcMar>
            <w:vAlign w:val="center"/>
          </w:tcPr>
          <w:p w14:paraId="4A4D285A"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Température très élevée, peau chaude et sèche, confusion, respiration ou pouls rapides, perte de connaissance possible.</w:t>
            </w:r>
          </w:p>
        </w:tc>
        <w:tc>
          <w:tcPr>
            <w:tcW w:w="4320" w:type="dxa"/>
            <w:tcMar>
              <w:top w:w="80" w:type="dxa"/>
              <w:left w:w="80" w:type="dxa"/>
              <w:bottom w:w="80" w:type="dxa"/>
              <w:right w:w="80" w:type="dxa"/>
            </w:tcMar>
            <w:vAlign w:val="center"/>
          </w:tcPr>
          <w:p w14:paraId="0D11E01C" w14:textId="335CBA17" w:rsidR="009F2D75" w:rsidRPr="00ED16E5" w:rsidRDefault="00702437">
            <w:pPr>
              <w:spacing w:after="0"/>
              <w:rPr>
                <w:rFonts w:asciiTheme="majorHAnsi" w:hAnsiTheme="majorHAnsi" w:cstheme="majorHAnsi"/>
              </w:rPr>
            </w:pPr>
            <w:r w:rsidRPr="00ED16E5">
              <w:rPr>
                <w:rFonts w:asciiTheme="majorHAnsi" w:hAnsiTheme="majorHAnsi" w:cstheme="majorHAnsi"/>
                <w:sz w:val="17"/>
              </w:rPr>
              <w:t>Urgence vitale : alerter immédiatement le 15</w:t>
            </w:r>
            <w:r w:rsidR="0047258F" w:rsidRPr="00ED16E5">
              <w:rPr>
                <w:rFonts w:asciiTheme="majorHAnsi" w:hAnsiTheme="majorHAnsi" w:cstheme="majorHAnsi"/>
                <w:sz w:val="17"/>
              </w:rPr>
              <w:t>, 18</w:t>
            </w:r>
            <w:r w:rsidRPr="00ED16E5">
              <w:rPr>
                <w:rFonts w:asciiTheme="majorHAnsi" w:hAnsiTheme="majorHAnsi" w:cstheme="majorHAnsi"/>
                <w:sz w:val="17"/>
              </w:rPr>
              <w:t xml:space="preserve"> ou le 1</w:t>
            </w:r>
            <w:r w:rsidR="0047258F" w:rsidRPr="00ED16E5">
              <w:rPr>
                <w:rFonts w:asciiTheme="majorHAnsi" w:hAnsiTheme="majorHAnsi" w:cstheme="majorHAnsi"/>
                <w:sz w:val="17"/>
              </w:rPr>
              <w:t>12</w:t>
            </w:r>
            <w:r w:rsidRPr="00ED16E5">
              <w:rPr>
                <w:rFonts w:asciiTheme="majorHAnsi" w:hAnsiTheme="majorHAnsi" w:cstheme="majorHAnsi"/>
                <w:sz w:val="17"/>
              </w:rPr>
              <w:t>, rafraîchir la personne sans délai, la placer en position latérale de sécurité si elle est inconsciente, ne jamais la laisser seule.</w:t>
            </w:r>
          </w:p>
        </w:tc>
      </w:tr>
    </w:tbl>
    <w:p w14:paraId="0B251B26" w14:textId="77777777" w:rsidR="009F2D75" w:rsidRPr="00ED16E5" w:rsidRDefault="009F2D75">
      <w:pPr>
        <w:rPr>
          <w:rFonts w:asciiTheme="majorHAnsi" w:hAnsiTheme="majorHAnsi" w:cstheme="majorHAnsi"/>
        </w:rPr>
      </w:pPr>
    </w:p>
    <w:p w14:paraId="298F308A" w14:textId="77777777" w:rsidR="009F2D75" w:rsidRPr="00ED16E5" w:rsidRDefault="00702437">
      <w:pPr>
        <w:pStyle w:val="Titre2"/>
        <w:rPr>
          <w:rFonts w:cstheme="majorHAnsi"/>
          <w:color w:val="D01050"/>
        </w:rPr>
      </w:pPr>
      <w:r w:rsidRPr="00ED16E5">
        <w:rPr>
          <w:rFonts w:cstheme="majorHAnsi"/>
          <w:color w:val="D01050"/>
        </w:rPr>
        <w:t>Procédure interne en cas de malaise</w:t>
      </w:r>
    </w:p>
    <w:tbl>
      <w:tblPr>
        <w:tblStyle w:val="Grilledutableau"/>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52"/>
        <w:gridCol w:w="6409"/>
        <w:gridCol w:w="2809"/>
      </w:tblGrid>
      <w:tr w:rsidR="009F2D75" w:rsidRPr="00ED16E5" w14:paraId="7FC4A64B" w14:textId="77777777" w:rsidTr="00BE7D74">
        <w:trPr>
          <w:jc w:val="center"/>
        </w:trPr>
        <w:tc>
          <w:tcPr>
            <w:tcW w:w="864" w:type="dxa"/>
            <w:shd w:val="clear" w:color="auto" w:fill="D01050"/>
            <w:tcMar>
              <w:top w:w="80" w:type="dxa"/>
              <w:left w:w="80" w:type="dxa"/>
              <w:bottom w:w="80" w:type="dxa"/>
              <w:right w:w="80" w:type="dxa"/>
            </w:tcMar>
            <w:vAlign w:val="center"/>
          </w:tcPr>
          <w:p w14:paraId="7545DD49"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Étape</w:t>
            </w:r>
          </w:p>
        </w:tc>
        <w:tc>
          <w:tcPr>
            <w:tcW w:w="6624" w:type="dxa"/>
            <w:shd w:val="clear" w:color="auto" w:fill="D01050"/>
            <w:tcMar>
              <w:top w:w="80" w:type="dxa"/>
              <w:left w:w="80" w:type="dxa"/>
              <w:bottom w:w="80" w:type="dxa"/>
              <w:right w:w="80" w:type="dxa"/>
            </w:tcMar>
            <w:vAlign w:val="center"/>
          </w:tcPr>
          <w:p w14:paraId="14472F33"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Action</w:t>
            </w:r>
          </w:p>
        </w:tc>
        <w:tc>
          <w:tcPr>
            <w:tcW w:w="2880" w:type="dxa"/>
            <w:shd w:val="clear" w:color="auto" w:fill="D01050"/>
            <w:tcMar>
              <w:top w:w="80" w:type="dxa"/>
              <w:left w:w="80" w:type="dxa"/>
              <w:bottom w:w="80" w:type="dxa"/>
              <w:right w:w="80" w:type="dxa"/>
            </w:tcMar>
            <w:vAlign w:val="center"/>
          </w:tcPr>
          <w:p w14:paraId="09EA622A"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Responsable / contact</w:t>
            </w:r>
          </w:p>
        </w:tc>
      </w:tr>
      <w:tr w:rsidR="009F2D75" w:rsidRPr="00ED16E5" w14:paraId="3CC753DD" w14:textId="77777777">
        <w:trPr>
          <w:jc w:val="center"/>
        </w:trPr>
        <w:tc>
          <w:tcPr>
            <w:tcW w:w="864" w:type="dxa"/>
            <w:tcMar>
              <w:top w:w="80" w:type="dxa"/>
              <w:left w:w="80" w:type="dxa"/>
              <w:bottom w:w="80" w:type="dxa"/>
              <w:right w:w="80" w:type="dxa"/>
            </w:tcMar>
            <w:vAlign w:val="center"/>
          </w:tcPr>
          <w:p w14:paraId="362C7E90"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1</w:t>
            </w:r>
          </w:p>
        </w:tc>
        <w:tc>
          <w:tcPr>
            <w:tcW w:w="6624" w:type="dxa"/>
            <w:tcMar>
              <w:top w:w="80" w:type="dxa"/>
              <w:left w:w="80" w:type="dxa"/>
              <w:bottom w:w="80" w:type="dxa"/>
              <w:right w:w="80" w:type="dxa"/>
            </w:tcMar>
            <w:vAlign w:val="center"/>
          </w:tcPr>
          <w:p w14:paraId="640022C4"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Arrêter l’activité et mettre l’</w:t>
            </w:r>
            <w:proofErr w:type="spellStart"/>
            <w:r w:rsidRPr="00ED16E5">
              <w:rPr>
                <w:rFonts w:asciiTheme="majorHAnsi" w:hAnsiTheme="majorHAnsi" w:cstheme="majorHAnsi"/>
                <w:sz w:val="17"/>
              </w:rPr>
              <w:t>agent·e</w:t>
            </w:r>
            <w:proofErr w:type="spellEnd"/>
            <w:r w:rsidRPr="00ED16E5">
              <w:rPr>
                <w:rFonts w:asciiTheme="majorHAnsi" w:hAnsiTheme="majorHAnsi" w:cstheme="majorHAnsi"/>
                <w:sz w:val="17"/>
              </w:rPr>
              <w:t xml:space="preserve"> en sécurité, à l’ombre ou dans un lieu plus frais.</w:t>
            </w:r>
          </w:p>
        </w:tc>
        <w:tc>
          <w:tcPr>
            <w:tcW w:w="2880" w:type="dxa"/>
            <w:tcMar>
              <w:top w:w="80" w:type="dxa"/>
              <w:left w:w="80" w:type="dxa"/>
              <w:bottom w:w="80" w:type="dxa"/>
              <w:right w:w="80" w:type="dxa"/>
            </w:tcMar>
            <w:vAlign w:val="center"/>
          </w:tcPr>
          <w:p w14:paraId="7442ABD7"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 xml:space="preserve">[Toute personne présente / </w:t>
            </w:r>
            <w:proofErr w:type="spellStart"/>
            <w:r w:rsidRPr="00ED16E5">
              <w:rPr>
                <w:rFonts w:asciiTheme="majorHAnsi" w:hAnsiTheme="majorHAnsi" w:cstheme="majorHAnsi"/>
                <w:sz w:val="17"/>
              </w:rPr>
              <w:t>encadrant·e</w:t>
            </w:r>
            <w:proofErr w:type="spellEnd"/>
            <w:r w:rsidRPr="00ED16E5">
              <w:rPr>
                <w:rFonts w:asciiTheme="majorHAnsi" w:hAnsiTheme="majorHAnsi" w:cstheme="majorHAnsi"/>
                <w:sz w:val="17"/>
              </w:rPr>
              <w:t>]</w:t>
            </w:r>
          </w:p>
        </w:tc>
      </w:tr>
      <w:tr w:rsidR="009F2D75" w:rsidRPr="00ED16E5" w14:paraId="3EF8FC6C" w14:textId="77777777">
        <w:trPr>
          <w:jc w:val="center"/>
        </w:trPr>
        <w:tc>
          <w:tcPr>
            <w:tcW w:w="864" w:type="dxa"/>
            <w:tcMar>
              <w:top w:w="80" w:type="dxa"/>
              <w:left w:w="80" w:type="dxa"/>
              <w:bottom w:w="80" w:type="dxa"/>
              <w:right w:w="80" w:type="dxa"/>
            </w:tcMar>
            <w:vAlign w:val="center"/>
          </w:tcPr>
          <w:p w14:paraId="45E90965"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2</w:t>
            </w:r>
          </w:p>
        </w:tc>
        <w:tc>
          <w:tcPr>
            <w:tcW w:w="6624" w:type="dxa"/>
            <w:tcMar>
              <w:top w:w="80" w:type="dxa"/>
              <w:left w:w="80" w:type="dxa"/>
              <w:bottom w:w="80" w:type="dxa"/>
              <w:right w:w="80" w:type="dxa"/>
            </w:tcMar>
            <w:vAlign w:val="center"/>
          </w:tcPr>
          <w:p w14:paraId="181A45CE"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 xml:space="preserve">Faire appel à </w:t>
            </w:r>
            <w:proofErr w:type="spellStart"/>
            <w:r w:rsidRPr="00ED16E5">
              <w:rPr>
                <w:rFonts w:asciiTheme="majorHAnsi" w:hAnsiTheme="majorHAnsi" w:cstheme="majorHAnsi"/>
                <w:sz w:val="17"/>
              </w:rPr>
              <w:t>un·e</w:t>
            </w:r>
            <w:proofErr w:type="spellEnd"/>
            <w:r w:rsidRPr="00ED16E5">
              <w:rPr>
                <w:rFonts w:asciiTheme="majorHAnsi" w:hAnsiTheme="majorHAnsi" w:cstheme="majorHAnsi"/>
                <w:sz w:val="17"/>
              </w:rPr>
              <w:t xml:space="preserve"> SST si disponible sur le site.</w:t>
            </w:r>
          </w:p>
        </w:tc>
        <w:tc>
          <w:tcPr>
            <w:tcW w:w="2880" w:type="dxa"/>
            <w:tcMar>
              <w:top w:w="80" w:type="dxa"/>
              <w:left w:w="80" w:type="dxa"/>
              <w:bottom w:w="80" w:type="dxa"/>
              <w:right w:w="80" w:type="dxa"/>
            </w:tcMar>
            <w:vAlign w:val="center"/>
          </w:tcPr>
          <w:p w14:paraId="42F4A8B5"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[Nom / annexe SST]</w:t>
            </w:r>
          </w:p>
        </w:tc>
      </w:tr>
      <w:tr w:rsidR="009F2D75" w:rsidRPr="00ED16E5" w14:paraId="2EE8B755" w14:textId="77777777">
        <w:trPr>
          <w:jc w:val="center"/>
        </w:trPr>
        <w:tc>
          <w:tcPr>
            <w:tcW w:w="864" w:type="dxa"/>
            <w:tcMar>
              <w:top w:w="80" w:type="dxa"/>
              <w:left w:w="80" w:type="dxa"/>
              <w:bottom w:w="80" w:type="dxa"/>
              <w:right w:w="80" w:type="dxa"/>
            </w:tcMar>
            <w:vAlign w:val="center"/>
          </w:tcPr>
          <w:p w14:paraId="70F89ED0"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3</w:t>
            </w:r>
          </w:p>
        </w:tc>
        <w:tc>
          <w:tcPr>
            <w:tcW w:w="6624" w:type="dxa"/>
            <w:tcMar>
              <w:top w:w="80" w:type="dxa"/>
              <w:left w:w="80" w:type="dxa"/>
              <w:bottom w:w="80" w:type="dxa"/>
              <w:right w:w="80" w:type="dxa"/>
            </w:tcMar>
            <w:vAlign w:val="center"/>
          </w:tcPr>
          <w:p w14:paraId="0CF17AC4"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Alerter ou faire alerter les secours : SAMU 15 ou sapeurs-pompiers 18.</w:t>
            </w:r>
          </w:p>
        </w:tc>
        <w:tc>
          <w:tcPr>
            <w:tcW w:w="2880" w:type="dxa"/>
            <w:tcMar>
              <w:top w:w="80" w:type="dxa"/>
              <w:left w:w="80" w:type="dxa"/>
              <w:bottom w:w="80" w:type="dxa"/>
              <w:right w:w="80" w:type="dxa"/>
            </w:tcMar>
            <w:vAlign w:val="center"/>
          </w:tcPr>
          <w:p w14:paraId="26FF6594"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[Personne désignée / toute personne présente]</w:t>
            </w:r>
          </w:p>
        </w:tc>
      </w:tr>
      <w:tr w:rsidR="009F2D75" w:rsidRPr="00ED16E5" w14:paraId="06CB150C" w14:textId="77777777">
        <w:trPr>
          <w:jc w:val="center"/>
        </w:trPr>
        <w:tc>
          <w:tcPr>
            <w:tcW w:w="864" w:type="dxa"/>
            <w:tcMar>
              <w:top w:w="80" w:type="dxa"/>
              <w:left w:w="80" w:type="dxa"/>
              <w:bottom w:w="80" w:type="dxa"/>
              <w:right w:w="80" w:type="dxa"/>
            </w:tcMar>
            <w:vAlign w:val="center"/>
          </w:tcPr>
          <w:p w14:paraId="30CE062E"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4</w:t>
            </w:r>
          </w:p>
        </w:tc>
        <w:tc>
          <w:tcPr>
            <w:tcW w:w="6624" w:type="dxa"/>
            <w:tcMar>
              <w:top w:w="80" w:type="dxa"/>
              <w:left w:w="80" w:type="dxa"/>
              <w:bottom w:w="80" w:type="dxa"/>
              <w:right w:w="80" w:type="dxa"/>
            </w:tcMar>
            <w:vAlign w:val="center"/>
          </w:tcPr>
          <w:p w14:paraId="6ACFE56E"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Informer l’</w:t>
            </w:r>
            <w:proofErr w:type="spellStart"/>
            <w:r w:rsidRPr="00ED16E5">
              <w:rPr>
                <w:rFonts w:asciiTheme="majorHAnsi" w:hAnsiTheme="majorHAnsi" w:cstheme="majorHAnsi"/>
                <w:sz w:val="17"/>
              </w:rPr>
              <w:t>encadrant·e</w:t>
            </w:r>
            <w:proofErr w:type="spellEnd"/>
            <w:r w:rsidRPr="00ED16E5">
              <w:rPr>
                <w:rFonts w:asciiTheme="majorHAnsi" w:hAnsiTheme="majorHAnsi" w:cstheme="majorHAnsi"/>
                <w:sz w:val="17"/>
              </w:rPr>
              <w:t xml:space="preserve"> et le service RH / prévention selon la procédure interne.</w:t>
            </w:r>
          </w:p>
        </w:tc>
        <w:tc>
          <w:tcPr>
            <w:tcW w:w="2880" w:type="dxa"/>
            <w:tcMar>
              <w:top w:w="80" w:type="dxa"/>
              <w:left w:w="80" w:type="dxa"/>
              <w:bottom w:w="80" w:type="dxa"/>
              <w:right w:w="80" w:type="dxa"/>
            </w:tcMar>
            <w:vAlign w:val="center"/>
          </w:tcPr>
          <w:p w14:paraId="44A19B2E"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r>
      <w:tr w:rsidR="009F2D75" w:rsidRPr="00ED16E5" w14:paraId="25823AB6" w14:textId="77777777">
        <w:trPr>
          <w:jc w:val="center"/>
        </w:trPr>
        <w:tc>
          <w:tcPr>
            <w:tcW w:w="864" w:type="dxa"/>
            <w:tcMar>
              <w:top w:w="80" w:type="dxa"/>
              <w:left w:w="80" w:type="dxa"/>
              <w:bottom w:w="80" w:type="dxa"/>
              <w:right w:w="80" w:type="dxa"/>
            </w:tcMar>
            <w:vAlign w:val="center"/>
          </w:tcPr>
          <w:p w14:paraId="37F31EF6"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5</w:t>
            </w:r>
          </w:p>
        </w:tc>
        <w:tc>
          <w:tcPr>
            <w:tcW w:w="6624" w:type="dxa"/>
            <w:tcMar>
              <w:top w:w="80" w:type="dxa"/>
              <w:left w:w="80" w:type="dxa"/>
              <w:bottom w:w="80" w:type="dxa"/>
              <w:right w:w="80" w:type="dxa"/>
            </w:tcMar>
            <w:vAlign w:val="center"/>
          </w:tcPr>
          <w:p w14:paraId="04F7A6A7"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Tracer l’événement et analyser les mesures complémentaires à mettre en place.</w:t>
            </w:r>
          </w:p>
        </w:tc>
        <w:tc>
          <w:tcPr>
            <w:tcW w:w="2880" w:type="dxa"/>
            <w:tcMar>
              <w:top w:w="80" w:type="dxa"/>
              <w:left w:w="80" w:type="dxa"/>
              <w:bottom w:w="80" w:type="dxa"/>
              <w:right w:w="80" w:type="dxa"/>
            </w:tcMar>
            <w:vAlign w:val="center"/>
          </w:tcPr>
          <w:p w14:paraId="2BC0FBA2"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[RH / prévention / encadrement]</w:t>
            </w:r>
          </w:p>
        </w:tc>
      </w:tr>
    </w:tbl>
    <w:p w14:paraId="10132F30" w14:textId="77777777" w:rsidR="009F2D75" w:rsidRPr="00ED16E5" w:rsidRDefault="009F2D75">
      <w:pPr>
        <w:rPr>
          <w:rFonts w:asciiTheme="majorHAnsi" w:hAnsiTheme="majorHAnsi" w:cstheme="majorHAnsi"/>
        </w:rPr>
      </w:pPr>
    </w:p>
    <w:p w14:paraId="4B05FA76" w14:textId="77777777" w:rsidR="009F2D75" w:rsidRPr="00ED16E5" w:rsidRDefault="00702437">
      <w:pPr>
        <w:pStyle w:val="Titre1"/>
        <w:rPr>
          <w:rFonts w:cstheme="majorHAnsi"/>
        </w:rPr>
      </w:pPr>
      <w:r w:rsidRPr="00ED16E5">
        <w:rPr>
          <w:rFonts w:cstheme="majorHAnsi"/>
        </w:rPr>
        <w:lastRenderedPageBreak/>
        <w:t>10. Moyens mis à disposition</w:t>
      </w:r>
    </w:p>
    <w:tbl>
      <w:tblPr>
        <w:tblStyle w:val="Grilledutableau"/>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518"/>
        <w:gridCol w:w="1404"/>
        <w:gridCol w:w="3343"/>
        <w:gridCol w:w="2805"/>
      </w:tblGrid>
      <w:tr w:rsidR="009F2D75" w:rsidRPr="00ED16E5" w14:paraId="3C933375" w14:textId="77777777" w:rsidTr="00BE7D74">
        <w:trPr>
          <w:jc w:val="center"/>
        </w:trPr>
        <w:tc>
          <w:tcPr>
            <w:tcW w:w="2592" w:type="dxa"/>
            <w:shd w:val="clear" w:color="auto" w:fill="D01050"/>
            <w:tcMar>
              <w:top w:w="80" w:type="dxa"/>
              <w:left w:w="80" w:type="dxa"/>
              <w:bottom w:w="80" w:type="dxa"/>
              <w:right w:w="80" w:type="dxa"/>
            </w:tcMar>
            <w:vAlign w:val="center"/>
          </w:tcPr>
          <w:p w14:paraId="3F665948"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Moyen</w:t>
            </w:r>
          </w:p>
        </w:tc>
        <w:tc>
          <w:tcPr>
            <w:tcW w:w="1440" w:type="dxa"/>
            <w:shd w:val="clear" w:color="auto" w:fill="D01050"/>
            <w:tcMar>
              <w:top w:w="80" w:type="dxa"/>
              <w:left w:w="80" w:type="dxa"/>
              <w:bottom w:w="80" w:type="dxa"/>
              <w:right w:w="80" w:type="dxa"/>
            </w:tcMar>
            <w:vAlign w:val="center"/>
          </w:tcPr>
          <w:p w14:paraId="547C05E2"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Présent ?</w:t>
            </w:r>
          </w:p>
        </w:tc>
        <w:tc>
          <w:tcPr>
            <w:tcW w:w="3456" w:type="dxa"/>
            <w:shd w:val="clear" w:color="auto" w:fill="D01050"/>
            <w:tcMar>
              <w:top w:w="80" w:type="dxa"/>
              <w:left w:w="80" w:type="dxa"/>
              <w:bottom w:w="80" w:type="dxa"/>
              <w:right w:w="80" w:type="dxa"/>
            </w:tcMar>
            <w:vAlign w:val="center"/>
          </w:tcPr>
          <w:p w14:paraId="34FA8A11"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Localisation</w:t>
            </w:r>
          </w:p>
        </w:tc>
        <w:tc>
          <w:tcPr>
            <w:tcW w:w="2880" w:type="dxa"/>
            <w:shd w:val="clear" w:color="auto" w:fill="D01050"/>
            <w:tcMar>
              <w:top w:w="80" w:type="dxa"/>
              <w:left w:w="80" w:type="dxa"/>
              <w:bottom w:w="80" w:type="dxa"/>
              <w:right w:w="80" w:type="dxa"/>
            </w:tcMar>
            <w:vAlign w:val="center"/>
          </w:tcPr>
          <w:p w14:paraId="0A8F7549"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Besoin complémentaire / observation</w:t>
            </w:r>
          </w:p>
        </w:tc>
      </w:tr>
      <w:tr w:rsidR="009F2D75" w:rsidRPr="00ED16E5" w14:paraId="56B7BDCD" w14:textId="77777777">
        <w:trPr>
          <w:jc w:val="center"/>
        </w:trPr>
        <w:tc>
          <w:tcPr>
            <w:tcW w:w="2592" w:type="dxa"/>
            <w:tcMar>
              <w:top w:w="80" w:type="dxa"/>
              <w:left w:w="80" w:type="dxa"/>
              <w:bottom w:w="80" w:type="dxa"/>
              <w:right w:w="80" w:type="dxa"/>
            </w:tcMar>
            <w:vAlign w:val="center"/>
          </w:tcPr>
          <w:p w14:paraId="7629E358"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Eau potable fraîche</w:t>
            </w:r>
          </w:p>
        </w:tc>
        <w:tc>
          <w:tcPr>
            <w:tcW w:w="1440" w:type="dxa"/>
            <w:tcMar>
              <w:top w:w="80" w:type="dxa"/>
              <w:left w:w="80" w:type="dxa"/>
              <w:bottom w:w="80" w:type="dxa"/>
              <w:right w:w="80" w:type="dxa"/>
            </w:tcMar>
            <w:vAlign w:val="center"/>
          </w:tcPr>
          <w:p w14:paraId="4003B0FD" w14:textId="77777777" w:rsidR="009F2D75" w:rsidRPr="00ED16E5" w:rsidRDefault="00702437">
            <w:pPr>
              <w:spacing w:after="0"/>
              <w:rPr>
                <w:rFonts w:asciiTheme="majorHAnsi" w:hAnsiTheme="majorHAnsi" w:cstheme="majorHAnsi"/>
              </w:rPr>
            </w:pPr>
            <w:r w:rsidRPr="00ED16E5">
              <w:rPr>
                <w:rFonts w:ascii="Segoe UI Symbol" w:hAnsi="Segoe UI Symbol" w:cs="Segoe UI Symbol"/>
                <w:sz w:val="17"/>
              </w:rPr>
              <w:t>☐</w:t>
            </w:r>
            <w:r w:rsidRPr="00ED16E5">
              <w:rPr>
                <w:rFonts w:asciiTheme="majorHAnsi" w:hAnsiTheme="majorHAnsi" w:cstheme="majorHAnsi"/>
                <w:sz w:val="17"/>
              </w:rPr>
              <w:t xml:space="preserve"> Oui </w:t>
            </w:r>
            <w:r w:rsidRPr="00ED16E5">
              <w:rPr>
                <w:rFonts w:ascii="Segoe UI Symbol" w:hAnsi="Segoe UI Symbol" w:cs="Segoe UI Symbol"/>
                <w:sz w:val="17"/>
              </w:rPr>
              <w:t>☐</w:t>
            </w:r>
            <w:r w:rsidRPr="00ED16E5">
              <w:rPr>
                <w:rFonts w:asciiTheme="majorHAnsi" w:hAnsiTheme="majorHAnsi" w:cstheme="majorHAnsi"/>
                <w:sz w:val="17"/>
              </w:rPr>
              <w:t xml:space="preserve"> Non</w:t>
            </w:r>
          </w:p>
        </w:tc>
        <w:tc>
          <w:tcPr>
            <w:tcW w:w="3456" w:type="dxa"/>
            <w:tcMar>
              <w:top w:w="80" w:type="dxa"/>
              <w:left w:w="80" w:type="dxa"/>
              <w:bottom w:w="80" w:type="dxa"/>
              <w:right w:w="80" w:type="dxa"/>
            </w:tcMar>
            <w:vAlign w:val="center"/>
          </w:tcPr>
          <w:p w14:paraId="68A9A3DD"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[Points d’eau / fontaines / bouteilles]</w:t>
            </w:r>
          </w:p>
        </w:tc>
        <w:tc>
          <w:tcPr>
            <w:tcW w:w="2880" w:type="dxa"/>
            <w:tcMar>
              <w:top w:w="80" w:type="dxa"/>
              <w:left w:w="80" w:type="dxa"/>
              <w:bottom w:w="80" w:type="dxa"/>
              <w:right w:w="80" w:type="dxa"/>
            </w:tcMar>
            <w:vAlign w:val="center"/>
          </w:tcPr>
          <w:p w14:paraId="4F0039D7"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r>
      <w:tr w:rsidR="009F2D75" w:rsidRPr="00ED16E5" w14:paraId="4558F875" w14:textId="77777777">
        <w:trPr>
          <w:jc w:val="center"/>
        </w:trPr>
        <w:tc>
          <w:tcPr>
            <w:tcW w:w="2592" w:type="dxa"/>
            <w:tcMar>
              <w:top w:w="80" w:type="dxa"/>
              <w:left w:w="80" w:type="dxa"/>
              <w:bottom w:w="80" w:type="dxa"/>
              <w:right w:w="80" w:type="dxa"/>
            </w:tcMar>
            <w:vAlign w:val="center"/>
          </w:tcPr>
          <w:p w14:paraId="61F9535D"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Moyen de maintien au frais de l’eau</w:t>
            </w:r>
          </w:p>
        </w:tc>
        <w:tc>
          <w:tcPr>
            <w:tcW w:w="1440" w:type="dxa"/>
            <w:tcMar>
              <w:top w:w="80" w:type="dxa"/>
              <w:left w:w="80" w:type="dxa"/>
              <w:bottom w:w="80" w:type="dxa"/>
              <w:right w:w="80" w:type="dxa"/>
            </w:tcMar>
            <w:vAlign w:val="center"/>
          </w:tcPr>
          <w:p w14:paraId="34FFF439" w14:textId="77777777" w:rsidR="009F2D75" w:rsidRPr="00ED16E5" w:rsidRDefault="00702437">
            <w:pPr>
              <w:spacing w:after="0"/>
              <w:rPr>
                <w:rFonts w:asciiTheme="majorHAnsi" w:hAnsiTheme="majorHAnsi" w:cstheme="majorHAnsi"/>
              </w:rPr>
            </w:pPr>
            <w:r w:rsidRPr="00ED16E5">
              <w:rPr>
                <w:rFonts w:ascii="Segoe UI Symbol" w:hAnsi="Segoe UI Symbol" w:cs="Segoe UI Symbol"/>
                <w:sz w:val="17"/>
              </w:rPr>
              <w:t>☐</w:t>
            </w:r>
            <w:r w:rsidRPr="00ED16E5">
              <w:rPr>
                <w:rFonts w:asciiTheme="majorHAnsi" w:hAnsiTheme="majorHAnsi" w:cstheme="majorHAnsi"/>
                <w:sz w:val="17"/>
              </w:rPr>
              <w:t xml:space="preserve"> Oui </w:t>
            </w:r>
            <w:r w:rsidRPr="00ED16E5">
              <w:rPr>
                <w:rFonts w:ascii="Segoe UI Symbol" w:hAnsi="Segoe UI Symbol" w:cs="Segoe UI Symbol"/>
                <w:sz w:val="17"/>
              </w:rPr>
              <w:t>☐</w:t>
            </w:r>
            <w:r w:rsidRPr="00ED16E5">
              <w:rPr>
                <w:rFonts w:asciiTheme="majorHAnsi" w:hAnsiTheme="majorHAnsi" w:cstheme="majorHAnsi"/>
                <w:sz w:val="17"/>
              </w:rPr>
              <w:t xml:space="preserve"> Non</w:t>
            </w:r>
          </w:p>
        </w:tc>
        <w:tc>
          <w:tcPr>
            <w:tcW w:w="3456" w:type="dxa"/>
            <w:tcMar>
              <w:top w:w="80" w:type="dxa"/>
              <w:left w:w="80" w:type="dxa"/>
              <w:bottom w:w="80" w:type="dxa"/>
              <w:right w:w="80" w:type="dxa"/>
            </w:tcMar>
            <w:vAlign w:val="center"/>
          </w:tcPr>
          <w:p w14:paraId="5A48F597"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[Réfrigérateur / glacière / autre]</w:t>
            </w:r>
          </w:p>
        </w:tc>
        <w:tc>
          <w:tcPr>
            <w:tcW w:w="2880" w:type="dxa"/>
            <w:tcMar>
              <w:top w:w="80" w:type="dxa"/>
              <w:left w:w="80" w:type="dxa"/>
              <w:bottom w:w="80" w:type="dxa"/>
              <w:right w:w="80" w:type="dxa"/>
            </w:tcMar>
            <w:vAlign w:val="center"/>
          </w:tcPr>
          <w:p w14:paraId="3C027540"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r>
      <w:tr w:rsidR="009F2D75" w:rsidRPr="00ED16E5" w14:paraId="50CC6B75" w14:textId="77777777">
        <w:trPr>
          <w:jc w:val="center"/>
        </w:trPr>
        <w:tc>
          <w:tcPr>
            <w:tcW w:w="2592" w:type="dxa"/>
            <w:tcMar>
              <w:top w:w="80" w:type="dxa"/>
              <w:left w:w="80" w:type="dxa"/>
              <w:bottom w:w="80" w:type="dxa"/>
              <w:right w:w="80" w:type="dxa"/>
            </w:tcMar>
            <w:vAlign w:val="center"/>
          </w:tcPr>
          <w:p w14:paraId="0140830A"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Espaces refroidis ou plus frais</w:t>
            </w:r>
          </w:p>
        </w:tc>
        <w:tc>
          <w:tcPr>
            <w:tcW w:w="1440" w:type="dxa"/>
            <w:tcMar>
              <w:top w:w="80" w:type="dxa"/>
              <w:left w:w="80" w:type="dxa"/>
              <w:bottom w:w="80" w:type="dxa"/>
              <w:right w:w="80" w:type="dxa"/>
            </w:tcMar>
            <w:vAlign w:val="center"/>
          </w:tcPr>
          <w:p w14:paraId="22EFC4A4" w14:textId="77777777" w:rsidR="009F2D75" w:rsidRPr="00ED16E5" w:rsidRDefault="00702437">
            <w:pPr>
              <w:spacing w:after="0"/>
              <w:rPr>
                <w:rFonts w:asciiTheme="majorHAnsi" w:hAnsiTheme="majorHAnsi" w:cstheme="majorHAnsi"/>
              </w:rPr>
            </w:pPr>
            <w:r w:rsidRPr="00ED16E5">
              <w:rPr>
                <w:rFonts w:ascii="Segoe UI Symbol" w:hAnsi="Segoe UI Symbol" w:cs="Segoe UI Symbol"/>
                <w:sz w:val="17"/>
              </w:rPr>
              <w:t>☐</w:t>
            </w:r>
            <w:r w:rsidRPr="00ED16E5">
              <w:rPr>
                <w:rFonts w:asciiTheme="majorHAnsi" w:hAnsiTheme="majorHAnsi" w:cstheme="majorHAnsi"/>
                <w:sz w:val="17"/>
              </w:rPr>
              <w:t xml:space="preserve"> Oui </w:t>
            </w:r>
            <w:r w:rsidRPr="00ED16E5">
              <w:rPr>
                <w:rFonts w:ascii="Segoe UI Symbol" w:hAnsi="Segoe UI Symbol" w:cs="Segoe UI Symbol"/>
                <w:sz w:val="17"/>
              </w:rPr>
              <w:t>☐</w:t>
            </w:r>
            <w:r w:rsidRPr="00ED16E5">
              <w:rPr>
                <w:rFonts w:asciiTheme="majorHAnsi" w:hAnsiTheme="majorHAnsi" w:cstheme="majorHAnsi"/>
                <w:sz w:val="17"/>
              </w:rPr>
              <w:t xml:space="preserve"> Non</w:t>
            </w:r>
          </w:p>
        </w:tc>
        <w:tc>
          <w:tcPr>
            <w:tcW w:w="3456" w:type="dxa"/>
            <w:tcMar>
              <w:top w:w="80" w:type="dxa"/>
              <w:left w:w="80" w:type="dxa"/>
              <w:bottom w:w="80" w:type="dxa"/>
              <w:right w:w="80" w:type="dxa"/>
            </w:tcMar>
            <w:vAlign w:val="center"/>
          </w:tcPr>
          <w:p w14:paraId="63578F49"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[Voir annexe 1]</w:t>
            </w:r>
          </w:p>
        </w:tc>
        <w:tc>
          <w:tcPr>
            <w:tcW w:w="2880" w:type="dxa"/>
            <w:tcMar>
              <w:top w:w="80" w:type="dxa"/>
              <w:left w:w="80" w:type="dxa"/>
              <w:bottom w:w="80" w:type="dxa"/>
              <w:right w:w="80" w:type="dxa"/>
            </w:tcMar>
            <w:vAlign w:val="center"/>
          </w:tcPr>
          <w:p w14:paraId="3120C258"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r>
      <w:tr w:rsidR="009F2D75" w:rsidRPr="00ED16E5" w14:paraId="175D0F0D" w14:textId="77777777">
        <w:trPr>
          <w:jc w:val="center"/>
        </w:trPr>
        <w:tc>
          <w:tcPr>
            <w:tcW w:w="2592" w:type="dxa"/>
            <w:tcMar>
              <w:top w:w="80" w:type="dxa"/>
              <w:left w:w="80" w:type="dxa"/>
              <w:bottom w:w="80" w:type="dxa"/>
              <w:right w:w="80" w:type="dxa"/>
            </w:tcMar>
            <w:vAlign w:val="center"/>
          </w:tcPr>
          <w:p w14:paraId="4D4337E7"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Ventilateurs / colonnes / climatiseurs</w:t>
            </w:r>
          </w:p>
        </w:tc>
        <w:tc>
          <w:tcPr>
            <w:tcW w:w="1440" w:type="dxa"/>
            <w:tcMar>
              <w:top w:w="80" w:type="dxa"/>
              <w:left w:w="80" w:type="dxa"/>
              <w:bottom w:w="80" w:type="dxa"/>
              <w:right w:w="80" w:type="dxa"/>
            </w:tcMar>
            <w:vAlign w:val="center"/>
          </w:tcPr>
          <w:p w14:paraId="26C46EF0" w14:textId="77777777" w:rsidR="009F2D75" w:rsidRPr="00ED16E5" w:rsidRDefault="00702437">
            <w:pPr>
              <w:spacing w:after="0"/>
              <w:rPr>
                <w:rFonts w:asciiTheme="majorHAnsi" w:hAnsiTheme="majorHAnsi" w:cstheme="majorHAnsi"/>
              </w:rPr>
            </w:pPr>
            <w:r w:rsidRPr="00ED16E5">
              <w:rPr>
                <w:rFonts w:ascii="Segoe UI Symbol" w:hAnsi="Segoe UI Symbol" w:cs="Segoe UI Symbol"/>
                <w:sz w:val="17"/>
              </w:rPr>
              <w:t>☐</w:t>
            </w:r>
            <w:r w:rsidRPr="00ED16E5">
              <w:rPr>
                <w:rFonts w:asciiTheme="majorHAnsi" w:hAnsiTheme="majorHAnsi" w:cstheme="majorHAnsi"/>
                <w:sz w:val="17"/>
              </w:rPr>
              <w:t xml:space="preserve"> Oui </w:t>
            </w:r>
            <w:r w:rsidRPr="00ED16E5">
              <w:rPr>
                <w:rFonts w:ascii="Segoe UI Symbol" w:hAnsi="Segoe UI Symbol" w:cs="Segoe UI Symbol"/>
                <w:sz w:val="17"/>
              </w:rPr>
              <w:t>☐</w:t>
            </w:r>
            <w:r w:rsidRPr="00ED16E5">
              <w:rPr>
                <w:rFonts w:asciiTheme="majorHAnsi" w:hAnsiTheme="majorHAnsi" w:cstheme="majorHAnsi"/>
                <w:sz w:val="17"/>
              </w:rPr>
              <w:t xml:space="preserve"> Non</w:t>
            </w:r>
          </w:p>
        </w:tc>
        <w:tc>
          <w:tcPr>
            <w:tcW w:w="3456" w:type="dxa"/>
            <w:tcMar>
              <w:top w:w="80" w:type="dxa"/>
              <w:left w:w="80" w:type="dxa"/>
              <w:bottom w:w="80" w:type="dxa"/>
              <w:right w:w="80" w:type="dxa"/>
            </w:tcMar>
            <w:vAlign w:val="center"/>
          </w:tcPr>
          <w:p w14:paraId="58E0B4BE"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[Voir annexe 2]</w:t>
            </w:r>
          </w:p>
        </w:tc>
        <w:tc>
          <w:tcPr>
            <w:tcW w:w="2880" w:type="dxa"/>
            <w:tcMar>
              <w:top w:w="80" w:type="dxa"/>
              <w:left w:w="80" w:type="dxa"/>
              <w:bottom w:w="80" w:type="dxa"/>
              <w:right w:w="80" w:type="dxa"/>
            </w:tcMar>
            <w:vAlign w:val="center"/>
          </w:tcPr>
          <w:p w14:paraId="3F82C8C5"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r>
      <w:tr w:rsidR="009F2D75" w:rsidRPr="00ED16E5" w14:paraId="195AD8BF" w14:textId="77777777">
        <w:trPr>
          <w:jc w:val="center"/>
        </w:trPr>
        <w:tc>
          <w:tcPr>
            <w:tcW w:w="2592" w:type="dxa"/>
            <w:tcMar>
              <w:top w:w="80" w:type="dxa"/>
              <w:left w:w="80" w:type="dxa"/>
              <w:bottom w:w="80" w:type="dxa"/>
              <w:right w:w="80" w:type="dxa"/>
            </w:tcMar>
            <w:vAlign w:val="center"/>
          </w:tcPr>
          <w:p w14:paraId="68172542"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Stores / volets / protections solaires</w:t>
            </w:r>
          </w:p>
        </w:tc>
        <w:tc>
          <w:tcPr>
            <w:tcW w:w="1440" w:type="dxa"/>
            <w:tcMar>
              <w:top w:w="80" w:type="dxa"/>
              <w:left w:w="80" w:type="dxa"/>
              <w:bottom w:w="80" w:type="dxa"/>
              <w:right w:w="80" w:type="dxa"/>
            </w:tcMar>
            <w:vAlign w:val="center"/>
          </w:tcPr>
          <w:p w14:paraId="5AFD5660" w14:textId="77777777" w:rsidR="009F2D75" w:rsidRPr="00ED16E5" w:rsidRDefault="00702437">
            <w:pPr>
              <w:spacing w:after="0"/>
              <w:rPr>
                <w:rFonts w:asciiTheme="majorHAnsi" w:hAnsiTheme="majorHAnsi" w:cstheme="majorHAnsi"/>
              </w:rPr>
            </w:pPr>
            <w:r w:rsidRPr="00ED16E5">
              <w:rPr>
                <w:rFonts w:ascii="Segoe UI Symbol" w:hAnsi="Segoe UI Symbol" w:cs="Segoe UI Symbol"/>
                <w:sz w:val="17"/>
              </w:rPr>
              <w:t>☐</w:t>
            </w:r>
            <w:r w:rsidRPr="00ED16E5">
              <w:rPr>
                <w:rFonts w:asciiTheme="majorHAnsi" w:hAnsiTheme="majorHAnsi" w:cstheme="majorHAnsi"/>
                <w:sz w:val="17"/>
              </w:rPr>
              <w:t xml:space="preserve"> Oui </w:t>
            </w:r>
            <w:r w:rsidRPr="00ED16E5">
              <w:rPr>
                <w:rFonts w:ascii="Segoe UI Symbol" w:hAnsi="Segoe UI Symbol" w:cs="Segoe UI Symbol"/>
                <w:sz w:val="17"/>
              </w:rPr>
              <w:t>☐</w:t>
            </w:r>
            <w:r w:rsidRPr="00ED16E5">
              <w:rPr>
                <w:rFonts w:asciiTheme="majorHAnsi" w:hAnsiTheme="majorHAnsi" w:cstheme="majorHAnsi"/>
                <w:sz w:val="17"/>
              </w:rPr>
              <w:t xml:space="preserve"> Non</w:t>
            </w:r>
          </w:p>
        </w:tc>
        <w:tc>
          <w:tcPr>
            <w:tcW w:w="3456" w:type="dxa"/>
            <w:tcMar>
              <w:top w:w="80" w:type="dxa"/>
              <w:left w:w="80" w:type="dxa"/>
              <w:bottom w:w="80" w:type="dxa"/>
              <w:right w:w="80" w:type="dxa"/>
            </w:tcMar>
            <w:vAlign w:val="center"/>
          </w:tcPr>
          <w:p w14:paraId="43E79550"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[Bâtiments concernés]</w:t>
            </w:r>
          </w:p>
        </w:tc>
        <w:tc>
          <w:tcPr>
            <w:tcW w:w="2880" w:type="dxa"/>
            <w:tcMar>
              <w:top w:w="80" w:type="dxa"/>
              <w:left w:w="80" w:type="dxa"/>
              <w:bottom w:w="80" w:type="dxa"/>
              <w:right w:w="80" w:type="dxa"/>
            </w:tcMar>
            <w:vAlign w:val="center"/>
          </w:tcPr>
          <w:p w14:paraId="2658023E"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r>
      <w:tr w:rsidR="009F2D75" w:rsidRPr="00ED16E5" w14:paraId="1C08831F" w14:textId="77777777">
        <w:trPr>
          <w:jc w:val="center"/>
        </w:trPr>
        <w:tc>
          <w:tcPr>
            <w:tcW w:w="2592" w:type="dxa"/>
            <w:tcMar>
              <w:top w:w="80" w:type="dxa"/>
              <w:left w:w="80" w:type="dxa"/>
              <w:bottom w:w="80" w:type="dxa"/>
              <w:right w:w="80" w:type="dxa"/>
            </w:tcMar>
            <w:vAlign w:val="center"/>
          </w:tcPr>
          <w:p w14:paraId="4D39D128"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Équipements de protection contre le soleil</w:t>
            </w:r>
          </w:p>
        </w:tc>
        <w:tc>
          <w:tcPr>
            <w:tcW w:w="1440" w:type="dxa"/>
            <w:tcMar>
              <w:top w:w="80" w:type="dxa"/>
              <w:left w:w="80" w:type="dxa"/>
              <w:bottom w:w="80" w:type="dxa"/>
              <w:right w:w="80" w:type="dxa"/>
            </w:tcMar>
            <w:vAlign w:val="center"/>
          </w:tcPr>
          <w:p w14:paraId="3E19C718" w14:textId="77777777" w:rsidR="009F2D75" w:rsidRPr="00ED16E5" w:rsidRDefault="00702437">
            <w:pPr>
              <w:spacing w:after="0"/>
              <w:rPr>
                <w:rFonts w:asciiTheme="majorHAnsi" w:hAnsiTheme="majorHAnsi" w:cstheme="majorHAnsi"/>
              </w:rPr>
            </w:pPr>
            <w:r w:rsidRPr="00ED16E5">
              <w:rPr>
                <w:rFonts w:ascii="Segoe UI Symbol" w:hAnsi="Segoe UI Symbol" w:cs="Segoe UI Symbol"/>
                <w:sz w:val="17"/>
              </w:rPr>
              <w:t>☐</w:t>
            </w:r>
            <w:r w:rsidRPr="00ED16E5">
              <w:rPr>
                <w:rFonts w:asciiTheme="majorHAnsi" w:hAnsiTheme="majorHAnsi" w:cstheme="majorHAnsi"/>
                <w:sz w:val="17"/>
              </w:rPr>
              <w:t xml:space="preserve"> Oui </w:t>
            </w:r>
            <w:r w:rsidRPr="00ED16E5">
              <w:rPr>
                <w:rFonts w:ascii="Segoe UI Symbol" w:hAnsi="Segoe UI Symbol" w:cs="Segoe UI Symbol"/>
                <w:sz w:val="17"/>
              </w:rPr>
              <w:t>☐</w:t>
            </w:r>
            <w:r w:rsidRPr="00ED16E5">
              <w:rPr>
                <w:rFonts w:asciiTheme="majorHAnsi" w:hAnsiTheme="majorHAnsi" w:cstheme="majorHAnsi"/>
                <w:sz w:val="17"/>
              </w:rPr>
              <w:t xml:space="preserve"> Non</w:t>
            </w:r>
          </w:p>
        </w:tc>
        <w:tc>
          <w:tcPr>
            <w:tcW w:w="3456" w:type="dxa"/>
            <w:tcMar>
              <w:top w:w="80" w:type="dxa"/>
              <w:left w:w="80" w:type="dxa"/>
              <w:bottom w:w="80" w:type="dxa"/>
              <w:right w:w="80" w:type="dxa"/>
            </w:tcMar>
            <w:vAlign w:val="center"/>
          </w:tcPr>
          <w:p w14:paraId="7DF7BC35"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[Casquettes, lunettes, vêtements adaptés, crème solaire si fournie]</w:t>
            </w:r>
          </w:p>
        </w:tc>
        <w:tc>
          <w:tcPr>
            <w:tcW w:w="2880" w:type="dxa"/>
            <w:tcMar>
              <w:top w:w="80" w:type="dxa"/>
              <w:left w:w="80" w:type="dxa"/>
              <w:bottom w:w="80" w:type="dxa"/>
              <w:right w:w="80" w:type="dxa"/>
            </w:tcMar>
            <w:vAlign w:val="center"/>
          </w:tcPr>
          <w:p w14:paraId="23FC2AF3"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r>
      <w:tr w:rsidR="009F2D75" w:rsidRPr="00ED16E5" w14:paraId="0A27B299" w14:textId="77777777">
        <w:trPr>
          <w:jc w:val="center"/>
        </w:trPr>
        <w:tc>
          <w:tcPr>
            <w:tcW w:w="2592" w:type="dxa"/>
            <w:tcMar>
              <w:top w:w="80" w:type="dxa"/>
              <w:left w:w="80" w:type="dxa"/>
              <w:bottom w:w="80" w:type="dxa"/>
              <w:right w:w="80" w:type="dxa"/>
            </w:tcMar>
            <w:vAlign w:val="center"/>
          </w:tcPr>
          <w:p w14:paraId="0D9B03BF"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Moyens d’alerte</w:t>
            </w:r>
          </w:p>
        </w:tc>
        <w:tc>
          <w:tcPr>
            <w:tcW w:w="1440" w:type="dxa"/>
            <w:tcMar>
              <w:top w:w="80" w:type="dxa"/>
              <w:left w:w="80" w:type="dxa"/>
              <w:bottom w:w="80" w:type="dxa"/>
              <w:right w:w="80" w:type="dxa"/>
            </w:tcMar>
            <w:vAlign w:val="center"/>
          </w:tcPr>
          <w:p w14:paraId="0EEB74CE" w14:textId="77777777" w:rsidR="009F2D75" w:rsidRPr="00ED16E5" w:rsidRDefault="00702437">
            <w:pPr>
              <w:spacing w:after="0"/>
              <w:rPr>
                <w:rFonts w:asciiTheme="majorHAnsi" w:hAnsiTheme="majorHAnsi" w:cstheme="majorHAnsi"/>
              </w:rPr>
            </w:pPr>
            <w:r w:rsidRPr="00ED16E5">
              <w:rPr>
                <w:rFonts w:ascii="Segoe UI Symbol" w:hAnsi="Segoe UI Symbol" w:cs="Segoe UI Symbol"/>
                <w:sz w:val="17"/>
              </w:rPr>
              <w:t>☐</w:t>
            </w:r>
            <w:r w:rsidRPr="00ED16E5">
              <w:rPr>
                <w:rFonts w:asciiTheme="majorHAnsi" w:hAnsiTheme="majorHAnsi" w:cstheme="majorHAnsi"/>
                <w:sz w:val="17"/>
              </w:rPr>
              <w:t xml:space="preserve"> Oui </w:t>
            </w:r>
            <w:r w:rsidRPr="00ED16E5">
              <w:rPr>
                <w:rFonts w:ascii="Segoe UI Symbol" w:hAnsi="Segoe UI Symbol" w:cs="Segoe UI Symbol"/>
                <w:sz w:val="17"/>
              </w:rPr>
              <w:t>☐</w:t>
            </w:r>
            <w:r w:rsidRPr="00ED16E5">
              <w:rPr>
                <w:rFonts w:asciiTheme="majorHAnsi" w:hAnsiTheme="majorHAnsi" w:cstheme="majorHAnsi"/>
                <w:sz w:val="17"/>
              </w:rPr>
              <w:t xml:space="preserve"> Non</w:t>
            </w:r>
          </w:p>
        </w:tc>
        <w:tc>
          <w:tcPr>
            <w:tcW w:w="3456" w:type="dxa"/>
            <w:tcMar>
              <w:top w:w="80" w:type="dxa"/>
              <w:left w:w="80" w:type="dxa"/>
              <w:bottom w:w="80" w:type="dxa"/>
              <w:right w:w="80" w:type="dxa"/>
            </w:tcMar>
            <w:vAlign w:val="center"/>
          </w:tcPr>
          <w:p w14:paraId="79ECC212"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[Téléphones, radios, PTI, autre]</w:t>
            </w:r>
          </w:p>
        </w:tc>
        <w:tc>
          <w:tcPr>
            <w:tcW w:w="2880" w:type="dxa"/>
            <w:tcMar>
              <w:top w:w="80" w:type="dxa"/>
              <w:left w:w="80" w:type="dxa"/>
              <w:bottom w:w="80" w:type="dxa"/>
              <w:right w:w="80" w:type="dxa"/>
            </w:tcMar>
            <w:vAlign w:val="center"/>
          </w:tcPr>
          <w:p w14:paraId="0ADE386F"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r>
      <w:tr w:rsidR="009F2D75" w:rsidRPr="00ED16E5" w14:paraId="2FA121CE" w14:textId="77777777">
        <w:trPr>
          <w:jc w:val="center"/>
        </w:trPr>
        <w:tc>
          <w:tcPr>
            <w:tcW w:w="2592" w:type="dxa"/>
            <w:tcMar>
              <w:top w:w="80" w:type="dxa"/>
              <w:left w:w="80" w:type="dxa"/>
              <w:bottom w:w="80" w:type="dxa"/>
              <w:right w:w="80" w:type="dxa"/>
            </w:tcMar>
            <w:vAlign w:val="center"/>
          </w:tcPr>
          <w:p w14:paraId="2FFB5ADE"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Trousse de secours / SST</w:t>
            </w:r>
          </w:p>
        </w:tc>
        <w:tc>
          <w:tcPr>
            <w:tcW w:w="1440" w:type="dxa"/>
            <w:tcMar>
              <w:top w:w="80" w:type="dxa"/>
              <w:left w:w="80" w:type="dxa"/>
              <w:bottom w:w="80" w:type="dxa"/>
              <w:right w:w="80" w:type="dxa"/>
            </w:tcMar>
            <w:vAlign w:val="center"/>
          </w:tcPr>
          <w:p w14:paraId="58D9D4D5" w14:textId="77777777" w:rsidR="009F2D75" w:rsidRPr="00ED16E5" w:rsidRDefault="00702437">
            <w:pPr>
              <w:spacing w:after="0"/>
              <w:rPr>
                <w:rFonts w:asciiTheme="majorHAnsi" w:hAnsiTheme="majorHAnsi" w:cstheme="majorHAnsi"/>
              </w:rPr>
            </w:pPr>
            <w:r w:rsidRPr="00ED16E5">
              <w:rPr>
                <w:rFonts w:ascii="Segoe UI Symbol" w:hAnsi="Segoe UI Symbol" w:cs="Segoe UI Symbol"/>
                <w:sz w:val="17"/>
              </w:rPr>
              <w:t>☐</w:t>
            </w:r>
            <w:r w:rsidRPr="00ED16E5">
              <w:rPr>
                <w:rFonts w:asciiTheme="majorHAnsi" w:hAnsiTheme="majorHAnsi" w:cstheme="majorHAnsi"/>
                <w:sz w:val="17"/>
              </w:rPr>
              <w:t xml:space="preserve"> Oui </w:t>
            </w:r>
            <w:r w:rsidRPr="00ED16E5">
              <w:rPr>
                <w:rFonts w:ascii="Segoe UI Symbol" w:hAnsi="Segoe UI Symbol" w:cs="Segoe UI Symbol"/>
                <w:sz w:val="17"/>
              </w:rPr>
              <w:t>☐</w:t>
            </w:r>
            <w:r w:rsidRPr="00ED16E5">
              <w:rPr>
                <w:rFonts w:asciiTheme="majorHAnsi" w:hAnsiTheme="majorHAnsi" w:cstheme="majorHAnsi"/>
                <w:sz w:val="17"/>
              </w:rPr>
              <w:t xml:space="preserve"> Non</w:t>
            </w:r>
          </w:p>
        </w:tc>
        <w:tc>
          <w:tcPr>
            <w:tcW w:w="3456" w:type="dxa"/>
            <w:tcMar>
              <w:top w:w="80" w:type="dxa"/>
              <w:left w:w="80" w:type="dxa"/>
              <w:bottom w:w="80" w:type="dxa"/>
              <w:right w:w="80" w:type="dxa"/>
            </w:tcMar>
            <w:vAlign w:val="center"/>
          </w:tcPr>
          <w:p w14:paraId="37C6D595"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[Localisation / annexe 4]</w:t>
            </w:r>
          </w:p>
        </w:tc>
        <w:tc>
          <w:tcPr>
            <w:tcW w:w="2880" w:type="dxa"/>
            <w:tcMar>
              <w:top w:w="80" w:type="dxa"/>
              <w:left w:w="80" w:type="dxa"/>
              <w:bottom w:w="80" w:type="dxa"/>
              <w:right w:w="80" w:type="dxa"/>
            </w:tcMar>
            <w:vAlign w:val="center"/>
          </w:tcPr>
          <w:p w14:paraId="61FC85AD"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r>
    </w:tbl>
    <w:p w14:paraId="539A9B26" w14:textId="77777777" w:rsidR="009F2D75" w:rsidRPr="00ED16E5" w:rsidRDefault="009F2D75">
      <w:pPr>
        <w:rPr>
          <w:rFonts w:asciiTheme="majorHAnsi" w:hAnsiTheme="majorHAnsi" w:cstheme="majorHAnsi"/>
        </w:rPr>
      </w:pPr>
    </w:p>
    <w:p w14:paraId="171988D5" w14:textId="599C0A0E" w:rsidR="00A10E10" w:rsidRPr="00ED16E5" w:rsidRDefault="00702437" w:rsidP="00A10E10">
      <w:pPr>
        <w:rPr>
          <w:rFonts w:asciiTheme="majorHAnsi" w:hAnsiTheme="majorHAnsi" w:cstheme="majorHAnsi"/>
        </w:rPr>
      </w:pPr>
      <w:r w:rsidRPr="00ED16E5">
        <w:rPr>
          <w:rFonts w:asciiTheme="majorHAnsi" w:hAnsiTheme="majorHAnsi" w:cstheme="majorHAnsi"/>
        </w:rPr>
        <w:br w:type="page"/>
      </w:r>
    </w:p>
    <w:p w14:paraId="0DA6F89B" w14:textId="25860E75" w:rsidR="00A10E10" w:rsidRPr="00ED16E5" w:rsidRDefault="00A10E10" w:rsidP="00F47819">
      <w:pPr>
        <w:pStyle w:val="Titre1"/>
        <w:jc w:val="center"/>
        <w:rPr>
          <w:rFonts w:cstheme="majorHAnsi"/>
        </w:rPr>
      </w:pPr>
      <w:r w:rsidRPr="00ED16E5">
        <w:rPr>
          <w:rFonts w:cstheme="majorHAnsi"/>
        </w:rPr>
        <w:lastRenderedPageBreak/>
        <w:t>Annexes</w:t>
      </w:r>
    </w:p>
    <w:p w14:paraId="22227D6A" w14:textId="22E57413" w:rsidR="009F2D75" w:rsidRPr="00ED16E5" w:rsidRDefault="00702437">
      <w:pPr>
        <w:pStyle w:val="Titre1"/>
        <w:rPr>
          <w:rFonts w:cstheme="majorHAnsi"/>
        </w:rPr>
      </w:pPr>
      <w:r w:rsidRPr="00ED16E5">
        <w:rPr>
          <w:rFonts w:cstheme="majorHAnsi"/>
        </w:rPr>
        <w:t>1 – Liste des espaces refroidis ou plus frais</w:t>
      </w:r>
    </w:p>
    <w:p w14:paraId="20320847" w14:textId="6076EB19" w:rsidR="009F2D75" w:rsidRPr="00ED16E5" w:rsidRDefault="004E621B">
      <w:pPr>
        <w:ind w:left="216"/>
        <w:rPr>
          <w:rFonts w:asciiTheme="majorHAnsi" w:hAnsiTheme="majorHAnsi" w:cstheme="majorHAnsi"/>
        </w:rPr>
      </w:pPr>
      <w:r w:rsidRPr="00ED16E5">
        <w:rPr>
          <w:rFonts w:asciiTheme="majorHAnsi" w:hAnsiTheme="majorHAnsi" w:cstheme="majorHAnsi"/>
          <w:b/>
        </w:rPr>
        <w:t>À personnaliser</w:t>
      </w:r>
      <w:r w:rsidR="00702437" w:rsidRPr="00ED16E5">
        <w:rPr>
          <w:rFonts w:asciiTheme="majorHAnsi" w:hAnsiTheme="majorHAnsi" w:cstheme="majorHAnsi"/>
          <w:b/>
        </w:rPr>
        <w:t xml:space="preserve"> : </w:t>
      </w:r>
      <w:r w:rsidR="00702437" w:rsidRPr="00ED16E5">
        <w:rPr>
          <w:rFonts w:asciiTheme="majorHAnsi" w:hAnsiTheme="majorHAnsi" w:cstheme="majorHAnsi"/>
        </w:rPr>
        <w:t>À actualiser avant la période estivale et à chaque modification de bâtiment, d’équipement ou d’usage.</w:t>
      </w:r>
    </w:p>
    <w:tbl>
      <w:tblPr>
        <w:tblStyle w:val="Grilledutableau"/>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953"/>
        <w:gridCol w:w="2141"/>
        <w:gridCol w:w="2283"/>
        <w:gridCol w:w="1834"/>
        <w:gridCol w:w="1859"/>
      </w:tblGrid>
      <w:tr w:rsidR="009F2D75" w:rsidRPr="00ED16E5" w14:paraId="56DAC202" w14:textId="77777777" w:rsidTr="00A10E10">
        <w:trPr>
          <w:jc w:val="center"/>
        </w:trPr>
        <w:tc>
          <w:tcPr>
            <w:tcW w:w="1953" w:type="dxa"/>
            <w:shd w:val="clear" w:color="auto" w:fill="D01050"/>
            <w:tcMar>
              <w:top w:w="80" w:type="dxa"/>
              <w:left w:w="80" w:type="dxa"/>
              <w:bottom w:w="80" w:type="dxa"/>
              <w:right w:w="80" w:type="dxa"/>
            </w:tcMar>
            <w:vAlign w:val="center"/>
          </w:tcPr>
          <w:p w14:paraId="3A744B2F"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Bâtiment / site</w:t>
            </w:r>
          </w:p>
        </w:tc>
        <w:tc>
          <w:tcPr>
            <w:tcW w:w="2141" w:type="dxa"/>
            <w:shd w:val="clear" w:color="auto" w:fill="D01050"/>
            <w:tcMar>
              <w:top w:w="80" w:type="dxa"/>
              <w:left w:w="80" w:type="dxa"/>
              <w:bottom w:w="80" w:type="dxa"/>
              <w:right w:w="80" w:type="dxa"/>
            </w:tcMar>
            <w:vAlign w:val="center"/>
          </w:tcPr>
          <w:p w14:paraId="1A75172E"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Espace plus frais</w:t>
            </w:r>
          </w:p>
        </w:tc>
        <w:tc>
          <w:tcPr>
            <w:tcW w:w="2283" w:type="dxa"/>
            <w:shd w:val="clear" w:color="auto" w:fill="D01050"/>
            <w:tcMar>
              <w:top w:w="80" w:type="dxa"/>
              <w:left w:w="80" w:type="dxa"/>
              <w:bottom w:w="80" w:type="dxa"/>
              <w:right w:w="80" w:type="dxa"/>
            </w:tcMar>
            <w:vAlign w:val="center"/>
          </w:tcPr>
          <w:p w14:paraId="1906EFAB"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Espace climatisé / refroidi</w:t>
            </w:r>
          </w:p>
        </w:tc>
        <w:tc>
          <w:tcPr>
            <w:tcW w:w="1834" w:type="dxa"/>
            <w:shd w:val="clear" w:color="auto" w:fill="D01050"/>
            <w:tcMar>
              <w:top w:w="80" w:type="dxa"/>
              <w:left w:w="80" w:type="dxa"/>
              <w:bottom w:w="80" w:type="dxa"/>
              <w:right w:w="80" w:type="dxa"/>
            </w:tcMar>
            <w:vAlign w:val="center"/>
          </w:tcPr>
          <w:p w14:paraId="3A253030"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Accès / horaires</w:t>
            </w:r>
          </w:p>
        </w:tc>
        <w:tc>
          <w:tcPr>
            <w:tcW w:w="1859" w:type="dxa"/>
            <w:shd w:val="clear" w:color="auto" w:fill="D01050"/>
            <w:tcMar>
              <w:top w:w="80" w:type="dxa"/>
              <w:left w:w="80" w:type="dxa"/>
              <w:bottom w:w="80" w:type="dxa"/>
              <w:right w:w="80" w:type="dxa"/>
            </w:tcMar>
            <w:vAlign w:val="center"/>
          </w:tcPr>
          <w:p w14:paraId="3FB67CB3"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Observation</w:t>
            </w:r>
          </w:p>
        </w:tc>
      </w:tr>
      <w:tr w:rsidR="00A10E10" w:rsidRPr="00ED16E5" w14:paraId="4BDB5F6B" w14:textId="77777777" w:rsidTr="00A10E10">
        <w:trPr>
          <w:jc w:val="center"/>
        </w:trPr>
        <w:tc>
          <w:tcPr>
            <w:tcW w:w="1953" w:type="dxa"/>
            <w:tcMar>
              <w:top w:w="80" w:type="dxa"/>
              <w:left w:w="80" w:type="dxa"/>
              <w:bottom w:w="80" w:type="dxa"/>
              <w:right w:w="80" w:type="dxa"/>
            </w:tcMar>
            <w:vAlign w:val="center"/>
          </w:tcPr>
          <w:p w14:paraId="4ED8CFD6" w14:textId="744E0893"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141" w:type="dxa"/>
            <w:tcMar>
              <w:top w:w="80" w:type="dxa"/>
              <w:left w:w="80" w:type="dxa"/>
              <w:bottom w:w="80" w:type="dxa"/>
              <w:right w:w="80" w:type="dxa"/>
            </w:tcMar>
            <w:vAlign w:val="center"/>
          </w:tcPr>
          <w:p w14:paraId="6EAA36C8" w14:textId="70ABE8B5"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[Salle / bureau / local]</w:t>
            </w:r>
          </w:p>
        </w:tc>
        <w:tc>
          <w:tcPr>
            <w:tcW w:w="2283" w:type="dxa"/>
            <w:tcMar>
              <w:top w:w="80" w:type="dxa"/>
              <w:left w:w="80" w:type="dxa"/>
              <w:bottom w:w="80" w:type="dxa"/>
              <w:right w:w="80" w:type="dxa"/>
            </w:tcMar>
            <w:vAlign w:val="center"/>
          </w:tcPr>
          <w:p w14:paraId="13048208" w14:textId="0E0B6AF5"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[Oui / non / type]</w:t>
            </w:r>
          </w:p>
        </w:tc>
        <w:tc>
          <w:tcPr>
            <w:tcW w:w="1834" w:type="dxa"/>
            <w:tcMar>
              <w:top w:w="80" w:type="dxa"/>
              <w:left w:w="80" w:type="dxa"/>
              <w:bottom w:w="80" w:type="dxa"/>
              <w:right w:w="80" w:type="dxa"/>
            </w:tcMar>
            <w:vAlign w:val="center"/>
          </w:tcPr>
          <w:p w14:paraId="2EFD2B9F" w14:textId="6712EE93"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859" w:type="dxa"/>
            <w:tcMar>
              <w:top w:w="80" w:type="dxa"/>
              <w:left w:w="80" w:type="dxa"/>
              <w:bottom w:w="80" w:type="dxa"/>
              <w:right w:w="80" w:type="dxa"/>
            </w:tcMar>
            <w:vAlign w:val="center"/>
          </w:tcPr>
          <w:p w14:paraId="417F4DE0" w14:textId="5C5778BC"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r>
      <w:tr w:rsidR="00A10E10" w:rsidRPr="00ED16E5" w14:paraId="750F77E1" w14:textId="77777777" w:rsidTr="00A10E10">
        <w:trPr>
          <w:jc w:val="center"/>
        </w:trPr>
        <w:tc>
          <w:tcPr>
            <w:tcW w:w="1953" w:type="dxa"/>
            <w:tcMar>
              <w:top w:w="80" w:type="dxa"/>
              <w:left w:w="80" w:type="dxa"/>
              <w:bottom w:w="80" w:type="dxa"/>
              <w:right w:w="80" w:type="dxa"/>
            </w:tcMar>
            <w:vAlign w:val="center"/>
          </w:tcPr>
          <w:p w14:paraId="39E86BEE" w14:textId="22BF9D64"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141" w:type="dxa"/>
            <w:tcMar>
              <w:top w:w="80" w:type="dxa"/>
              <w:left w:w="80" w:type="dxa"/>
              <w:bottom w:w="80" w:type="dxa"/>
              <w:right w:w="80" w:type="dxa"/>
            </w:tcMar>
            <w:vAlign w:val="center"/>
          </w:tcPr>
          <w:p w14:paraId="24815E0F" w14:textId="2C05B7AE"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[Salle / bureau / local]</w:t>
            </w:r>
          </w:p>
        </w:tc>
        <w:tc>
          <w:tcPr>
            <w:tcW w:w="2283" w:type="dxa"/>
            <w:tcMar>
              <w:top w:w="80" w:type="dxa"/>
              <w:left w:w="80" w:type="dxa"/>
              <w:bottom w:w="80" w:type="dxa"/>
              <w:right w:w="80" w:type="dxa"/>
            </w:tcMar>
            <w:vAlign w:val="center"/>
          </w:tcPr>
          <w:p w14:paraId="12021BB3" w14:textId="72646A72"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[Oui / non / type]</w:t>
            </w:r>
          </w:p>
        </w:tc>
        <w:tc>
          <w:tcPr>
            <w:tcW w:w="1834" w:type="dxa"/>
            <w:tcMar>
              <w:top w:w="80" w:type="dxa"/>
              <w:left w:w="80" w:type="dxa"/>
              <w:bottom w:w="80" w:type="dxa"/>
              <w:right w:w="80" w:type="dxa"/>
            </w:tcMar>
            <w:vAlign w:val="center"/>
          </w:tcPr>
          <w:p w14:paraId="75ED68FB" w14:textId="11548842"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859" w:type="dxa"/>
            <w:tcMar>
              <w:top w:w="80" w:type="dxa"/>
              <w:left w:w="80" w:type="dxa"/>
              <w:bottom w:w="80" w:type="dxa"/>
              <w:right w:w="80" w:type="dxa"/>
            </w:tcMar>
            <w:vAlign w:val="center"/>
          </w:tcPr>
          <w:p w14:paraId="2FE165E9" w14:textId="72FC14BB"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r>
      <w:tr w:rsidR="00A10E10" w:rsidRPr="00ED16E5" w14:paraId="765C453C" w14:textId="77777777" w:rsidTr="00A10E10">
        <w:trPr>
          <w:jc w:val="center"/>
        </w:trPr>
        <w:tc>
          <w:tcPr>
            <w:tcW w:w="1953" w:type="dxa"/>
            <w:tcMar>
              <w:top w:w="80" w:type="dxa"/>
              <w:left w:w="80" w:type="dxa"/>
              <w:bottom w:w="80" w:type="dxa"/>
              <w:right w:w="80" w:type="dxa"/>
            </w:tcMar>
            <w:vAlign w:val="center"/>
          </w:tcPr>
          <w:p w14:paraId="6D76E394" w14:textId="4BB43215"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141" w:type="dxa"/>
            <w:tcMar>
              <w:top w:w="80" w:type="dxa"/>
              <w:left w:w="80" w:type="dxa"/>
              <w:bottom w:w="80" w:type="dxa"/>
              <w:right w:w="80" w:type="dxa"/>
            </w:tcMar>
            <w:vAlign w:val="center"/>
          </w:tcPr>
          <w:p w14:paraId="050593E3" w14:textId="5AF23C0C"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[Salle / bureau / local]</w:t>
            </w:r>
          </w:p>
        </w:tc>
        <w:tc>
          <w:tcPr>
            <w:tcW w:w="2283" w:type="dxa"/>
            <w:tcMar>
              <w:top w:w="80" w:type="dxa"/>
              <w:left w:w="80" w:type="dxa"/>
              <w:bottom w:w="80" w:type="dxa"/>
              <w:right w:w="80" w:type="dxa"/>
            </w:tcMar>
            <w:vAlign w:val="center"/>
          </w:tcPr>
          <w:p w14:paraId="42072D54" w14:textId="19F69232"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[Oui / non / type]</w:t>
            </w:r>
          </w:p>
        </w:tc>
        <w:tc>
          <w:tcPr>
            <w:tcW w:w="1834" w:type="dxa"/>
            <w:tcMar>
              <w:top w:w="80" w:type="dxa"/>
              <w:left w:w="80" w:type="dxa"/>
              <w:bottom w:w="80" w:type="dxa"/>
              <w:right w:w="80" w:type="dxa"/>
            </w:tcMar>
            <w:vAlign w:val="center"/>
          </w:tcPr>
          <w:p w14:paraId="2862BC65" w14:textId="235348FB"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859" w:type="dxa"/>
            <w:tcMar>
              <w:top w:w="80" w:type="dxa"/>
              <w:left w:w="80" w:type="dxa"/>
              <w:bottom w:w="80" w:type="dxa"/>
              <w:right w:w="80" w:type="dxa"/>
            </w:tcMar>
            <w:vAlign w:val="center"/>
          </w:tcPr>
          <w:p w14:paraId="6EE2301A" w14:textId="4D237D3B"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r>
      <w:tr w:rsidR="00A10E10" w:rsidRPr="00ED16E5" w14:paraId="438CBB00" w14:textId="77777777" w:rsidTr="00A10E10">
        <w:trPr>
          <w:jc w:val="center"/>
        </w:trPr>
        <w:tc>
          <w:tcPr>
            <w:tcW w:w="1953" w:type="dxa"/>
            <w:tcMar>
              <w:top w:w="80" w:type="dxa"/>
              <w:left w:w="80" w:type="dxa"/>
              <w:bottom w:w="80" w:type="dxa"/>
              <w:right w:w="80" w:type="dxa"/>
            </w:tcMar>
            <w:vAlign w:val="center"/>
          </w:tcPr>
          <w:p w14:paraId="4CD90F4C" w14:textId="6588152D"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141" w:type="dxa"/>
            <w:tcMar>
              <w:top w:w="80" w:type="dxa"/>
              <w:left w:w="80" w:type="dxa"/>
              <w:bottom w:w="80" w:type="dxa"/>
              <w:right w:w="80" w:type="dxa"/>
            </w:tcMar>
            <w:vAlign w:val="center"/>
          </w:tcPr>
          <w:p w14:paraId="3E2CC43B" w14:textId="30A149E6"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[Salle / bureau / local]</w:t>
            </w:r>
          </w:p>
        </w:tc>
        <w:tc>
          <w:tcPr>
            <w:tcW w:w="2283" w:type="dxa"/>
            <w:tcMar>
              <w:top w:w="80" w:type="dxa"/>
              <w:left w:w="80" w:type="dxa"/>
              <w:bottom w:w="80" w:type="dxa"/>
              <w:right w:w="80" w:type="dxa"/>
            </w:tcMar>
            <w:vAlign w:val="center"/>
          </w:tcPr>
          <w:p w14:paraId="5670DB4E" w14:textId="369CBB45"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[Oui / non / type]</w:t>
            </w:r>
          </w:p>
        </w:tc>
        <w:tc>
          <w:tcPr>
            <w:tcW w:w="1834" w:type="dxa"/>
            <w:tcMar>
              <w:top w:w="80" w:type="dxa"/>
              <w:left w:w="80" w:type="dxa"/>
              <w:bottom w:w="80" w:type="dxa"/>
              <w:right w:w="80" w:type="dxa"/>
            </w:tcMar>
            <w:vAlign w:val="center"/>
          </w:tcPr>
          <w:p w14:paraId="429A314D" w14:textId="35C9212E"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859" w:type="dxa"/>
            <w:tcMar>
              <w:top w:w="80" w:type="dxa"/>
              <w:left w:w="80" w:type="dxa"/>
              <w:bottom w:w="80" w:type="dxa"/>
              <w:right w:w="80" w:type="dxa"/>
            </w:tcMar>
            <w:vAlign w:val="center"/>
          </w:tcPr>
          <w:p w14:paraId="30623B61" w14:textId="000AB6C2"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r>
      <w:tr w:rsidR="00A10E10" w:rsidRPr="00ED16E5" w14:paraId="2EB09CA1" w14:textId="77777777" w:rsidTr="00A10E10">
        <w:trPr>
          <w:jc w:val="center"/>
        </w:trPr>
        <w:tc>
          <w:tcPr>
            <w:tcW w:w="1953" w:type="dxa"/>
            <w:tcMar>
              <w:top w:w="80" w:type="dxa"/>
              <w:left w:w="80" w:type="dxa"/>
              <w:bottom w:w="80" w:type="dxa"/>
              <w:right w:w="80" w:type="dxa"/>
            </w:tcMar>
            <w:vAlign w:val="center"/>
          </w:tcPr>
          <w:p w14:paraId="08EEC2C6" w14:textId="3611EA2C"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141" w:type="dxa"/>
            <w:tcMar>
              <w:top w:w="80" w:type="dxa"/>
              <w:left w:w="80" w:type="dxa"/>
              <w:bottom w:w="80" w:type="dxa"/>
              <w:right w:w="80" w:type="dxa"/>
            </w:tcMar>
            <w:vAlign w:val="center"/>
          </w:tcPr>
          <w:p w14:paraId="4AB2DC41" w14:textId="68516E94"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[Salle / bureau / local]</w:t>
            </w:r>
          </w:p>
        </w:tc>
        <w:tc>
          <w:tcPr>
            <w:tcW w:w="2283" w:type="dxa"/>
            <w:tcMar>
              <w:top w:w="80" w:type="dxa"/>
              <w:left w:w="80" w:type="dxa"/>
              <w:bottom w:w="80" w:type="dxa"/>
              <w:right w:w="80" w:type="dxa"/>
            </w:tcMar>
            <w:vAlign w:val="center"/>
          </w:tcPr>
          <w:p w14:paraId="4AB8778A" w14:textId="170C0E04"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[Oui / non / type]</w:t>
            </w:r>
          </w:p>
        </w:tc>
        <w:tc>
          <w:tcPr>
            <w:tcW w:w="1834" w:type="dxa"/>
            <w:tcMar>
              <w:top w:w="80" w:type="dxa"/>
              <w:left w:w="80" w:type="dxa"/>
              <w:bottom w:w="80" w:type="dxa"/>
              <w:right w:w="80" w:type="dxa"/>
            </w:tcMar>
            <w:vAlign w:val="center"/>
          </w:tcPr>
          <w:p w14:paraId="21CEBF61" w14:textId="448278A8"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859" w:type="dxa"/>
            <w:tcMar>
              <w:top w:w="80" w:type="dxa"/>
              <w:left w:w="80" w:type="dxa"/>
              <w:bottom w:w="80" w:type="dxa"/>
              <w:right w:w="80" w:type="dxa"/>
            </w:tcMar>
            <w:vAlign w:val="center"/>
          </w:tcPr>
          <w:p w14:paraId="1390A257" w14:textId="5C5BB0A0"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r>
      <w:tr w:rsidR="00A10E10" w:rsidRPr="00ED16E5" w14:paraId="03BB64BB" w14:textId="77777777" w:rsidTr="00A10E10">
        <w:trPr>
          <w:jc w:val="center"/>
        </w:trPr>
        <w:tc>
          <w:tcPr>
            <w:tcW w:w="1953" w:type="dxa"/>
            <w:tcMar>
              <w:top w:w="80" w:type="dxa"/>
              <w:left w:w="80" w:type="dxa"/>
              <w:bottom w:w="80" w:type="dxa"/>
              <w:right w:w="80" w:type="dxa"/>
            </w:tcMar>
            <w:vAlign w:val="center"/>
          </w:tcPr>
          <w:p w14:paraId="487588BB" w14:textId="4493E409"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141" w:type="dxa"/>
            <w:tcMar>
              <w:top w:w="80" w:type="dxa"/>
              <w:left w:w="80" w:type="dxa"/>
              <w:bottom w:w="80" w:type="dxa"/>
              <w:right w:w="80" w:type="dxa"/>
            </w:tcMar>
            <w:vAlign w:val="center"/>
          </w:tcPr>
          <w:p w14:paraId="600B4945" w14:textId="789FF50C"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[Salle / bureau / local]</w:t>
            </w:r>
          </w:p>
        </w:tc>
        <w:tc>
          <w:tcPr>
            <w:tcW w:w="2283" w:type="dxa"/>
            <w:tcMar>
              <w:top w:w="80" w:type="dxa"/>
              <w:left w:w="80" w:type="dxa"/>
              <w:bottom w:w="80" w:type="dxa"/>
              <w:right w:w="80" w:type="dxa"/>
            </w:tcMar>
            <w:vAlign w:val="center"/>
          </w:tcPr>
          <w:p w14:paraId="2C06C604" w14:textId="2B88CE03"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[Oui / non / type]</w:t>
            </w:r>
          </w:p>
        </w:tc>
        <w:tc>
          <w:tcPr>
            <w:tcW w:w="1834" w:type="dxa"/>
            <w:tcMar>
              <w:top w:w="80" w:type="dxa"/>
              <w:left w:w="80" w:type="dxa"/>
              <w:bottom w:w="80" w:type="dxa"/>
              <w:right w:w="80" w:type="dxa"/>
            </w:tcMar>
            <w:vAlign w:val="center"/>
          </w:tcPr>
          <w:p w14:paraId="1AE75B27" w14:textId="3A541E49"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859" w:type="dxa"/>
            <w:tcMar>
              <w:top w:w="80" w:type="dxa"/>
              <w:left w:w="80" w:type="dxa"/>
              <w:bottom w:w="80" w:type="dxa"/>
              <w:right w:w="80" w:type="dxa"/>
            </w:tcMar>
            <w:vAlign w:val="center"/>
          </w:tcPr>
          <w:p w14:paraId="38A09686" w14:textId="481A9E27"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r>
      <w:tr w:rsidR="009F2D75" w:rsidRPr="00ED16E5" w14:paraId="789D08C4" w14:textId="77777777" w:rsidTr="00A10E10">
        <w:trPr>
          <w:jc w:val="center"/>
        </w:trPr>
        <w:tc>
          <w:tcPr>
            <w:tcW w:w="1953" w:type="dxa"/>
            <w:tcMar>
              <w:top w:w="80" w:type="dxa"/>
              <w:left w:w="80" w:type="dxa"/>
              <w:bottom w:w="80" w:type="dxa"/>
              <w:right w:w="80" w:type="dxa"/>
            </w:tcMar>
            <w:vAlign w:val="center"/>
          </w:tcPr>
          <w:p w14:paraId="21519E8B"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2141" w:type="dxa"/>
            <w:tcMar>
              <w:top w:w="80" w:type="dxa"/>
              <w:left w:w="80" w:type="dxa"/>
              <w:bottom w:w="80" w:type="dxa"/>
              <w:right w:w="80" w:type="dxa"/>
            </w:tcMar>
            <w:vAlign w:val="center"/>
          </w:tcPr>
          <w:p w14:paraId="533C0FD7"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[Salle / bureau / local]</w:t>
            </w:r>
          </w:p>
        </w:tc>
        <w:tc>
          <w:tcPr>
            <w:tcW w:w="2283" w:type="dxa"/>
            <w:tcMar>
              <w:top w:w="80" w:type="dxa"/>
              <w:left w:w="80" w:type="dxa"/>
              <w:bottom w:w="80" w:type="dxa"/>
              <w:right w:w="80" w:type="dxa"/>
            </w:tcMar>
            <w:vAlign w:val="center"/>
          </w:tcPr>
          <w:p w14:paraId="423880AC"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[Oui / non / type]</w:t>
            </w:r>
          </w:p>
        </w:tc>
        <w:tc>
          <w:tcPr>
            <w:tcW w:w="1834" w:type="dxa"/>
            <w:tcMar>
              <w:top w:w="80" w:type="dxa"/>
              <w:left w:w="80" w:type="dxa"/>
              <w:bottom w:w="80" w:type="dxa"/>
              <w:right w:w="80" w:type="dxa"/>
            </w:tcMar>
            <w:vAlign w:val="center"/>
          </w:tcPr>
          <w:p w14:paraId="0CAD30F6"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1859" w:type="dxa"/>
            <w:tcMar>
              <w:top w:w="80" w:type="dxa"/>
              <w:left w:w="80" w:type="dxa"/>
              <w:bottom w:w="80" w:type="dxa"/>
              <w:right w:w="80" w:type="dxa"/>
            </w:tcMar>
            <w:vAlign w:val="center"/>
          </w:tcPr>
          <w:p w14:paraId="6B3C051D"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r>
      <w:tr w:rsidR="009F2D75" w:rsidRPr="00ED16E5" w14:paraId="33A661E3" w14:textId="77777777" w:rsidTr="00A10E10">
        <w:trPr>
          <w:jc w:val="center"/>
        </w:trPr>
        <w:tc>
          <w:tcPr>
            <w:tcW w:w="1953" w:type="dxa"/>
            <w:tcMar>
              <w:top w:w="80" w:type="dxa"/>
              <w:left w:w="80" w:type="dxa"/>
              <w:bottom w:w="80" w:type="dxa"/>
              <w:right w:w="80" w:type="dxa"/>
            </w:tcMar>
            <w:vAlign w:val="center"/>
          </w:tcPr>
          <w:p w14:paraId="3B664250"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2141" w:type="dxa"/>
            <w:tcMar>
              <w:top w:w="80" w:type="dxa"/>
              <w:left w:w="80" w:type="dxa"/>
              <w:bottom w:w="80" w:type="dxa"/>
              <w:right w:w="80" w:type="dxa"/>
            </w:tcMar>
            <w:vAlign w:val="center"/>
          </w:tcPr>
          <w:p w14:paraId="5D0ABB52"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[Salle / bureau / local]</w:t>
            </w:r>
          </w:p>
        </w:tc>
        <w:tc>
          <w:tcPr>
            <w:tcW w:w="2283" w:type="dxa"/>
            <w:tcMar>
              <w:top w:w="80" w:type="dxa"/>
              <w:left w:w="80" w:type="dxa"/>
              <w:bottom w:w="80" w:type="dxa"/>
              <w:right w:w="80" w:type="dxa"/>
            </w:tcMar>
            <w:vAlign w:val="center"/>
          </w:tcPr>
          <w:p w14:paraId="7FC124D5"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[Oui / non / type]</w:t>
            </w:r>
          </w:p>
        </w:tc>
        <w:tc>
          <w:tcPr>
            <w:tcW w:w="1834" w:type="dxa"/>
            <w:tcMar>
              <w:top w:w="80" w:type="dxa"/>
              <w:left w:w="80" w:type="dxa"/>
              <w:bottom w:w="80" w:type="dxa"/>
              <w:right w:w="80" w:type="dxa"/>
            </w:tcMar>
            <w:vAlign w:val="center"/>
          </w:tcPr>
          <w:p w14:paraId="2FAEFCBC"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1859" w:type="dxa"/>
            <w:tcMar>
              <w:top w:w="80" w:type="dxa"/>
              <w:left w:w="80" w:type="dxa"/>
              <w:bottom w:w="80" w:type="dxa"/>
              <w:right w:w="80" w:type="dxa"/>
            </w:tcMar>
            <w:vAlign w:val="center"/>
          </w:tcPr>
          <w:p w14:paraId="67228DCA"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r>
      <w:tr w:rsidR="009F2D75" w:rsidRPr="00ED16E5" w14:paraId="25D1C9BD" w14:textId="77777777" w:rsidTr="00A10E10">
        <w:trPr>
          <w:jc w:val="center"/>
        </w:trPr>
        <w:tc>
          <w:tcPr>
            <w:tcW w:w="1953" w:type="dxa"/>
            <w:tcMar>
              <w:top w:w="80" w:type="dxa"/>
              <w:left w:w="80" w:type="dxa"/>
              <w:bottom w:w="80" w:type="dxa"/>
              <w:right w:w="80" w:type="dxa"/>
            </w:tcMar>
            <w:vAlign w:val="center"/>
          </w:tcPr>
          <w:p w14:paraId="110623B3"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2141" w:type="dxa"/>
            <w:tcMar>
              <w:top w:w="80" w:type="dxa"/>
              <w:left w:w="80" w:type="dxa"/>
              <w:bottom w:w="80" w:type="dxa"/>
              <w:right w:w="80" w:type="dxa"/>
            </w:tcMar>
            <w:vAlign w:val="center"/>
          </w:tcPr>
          <w:p w14:paraId="33944286"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[Salle / bureau / local]</w:t>
            </w:r>
          </w:p>
        </w:tc>
        <w:tc>
          <w:tcPr>
            <w:tcW w:w="2283" w:type="dxa"/>
            <w:tcMar>
              <w:top w:w="80" w:type="dxa"/>
              <w:left w:w="80" w:type="dxa"/>
              <w:bottom w:w="80" w:type="dxa"/>
              <w:right w:w="80" w:type="dxa"/>
            </w:tcMar>
            <w:vAlign w:val="center"/>
          </w:tcPr>
          <w:p w14:paraId="59C8E6DE"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[Oui / non / type]</w:t>
            </w:r>
          </w:p>
        </w:tc>
        <w:tc>
          <w:tcPr>
            <w:tcW w:w="1834" w:type="dxa"/>
            <w:tcMar>
              <w:top w:w="80" w:type="dxa"/>
              <w:left w:w="80" w:type="dxa"/>
              <w:bottom w:w="80" w:type="dxa"/>
              <w:right w:w="80" w:type="dxa"/>
            </w:tcMar>
            <w:vAlign w:val="center"/>
          </w:tcPr>
          <w:p w14:paraId="0B4DCAD6"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1859" w:type="dxa"/>
            <w:tcMar>
              <w:top w:w="80" w:type="dxa"/>
              <w:left w:w="80" w:type="dxa"/>
              <w:bottom w:w="80" w:type="dxa"/>
              <w:right w:w="80" w:type="dxa"/>
            </w:tcMar>
            <w:vAlign w:val="center"/>
          </w:tcPr>
          <w:p w14:paraId="426B34B5"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r>
      <w:tr w:rsidR="00A10E10" w:rsidRPr="00ED16E5" w14:paraId="1354E7A3" w14:textId="77777777" w:rsidTr="00A10E10">
        <w:trPr>
          <w:jc w:val="center"/>
        </w:trPr>
        <w:tc>
          <w:tcPr>
            <w:tcW w:w="1953" w:type="dxa"/>
            <w:tcMar>
              <w:top w:w="80" w:type="dxa"/>
              <w:left w:w="80" w:type="dxa"/>
              <w:bottom w:w="80" w:type="dxa"/>
              <w:right w:w="80" w:type="dxa"/>
            </w:tcMar>
            <w:vAlign w:val="center"/>
          </w:tcPr>
          <w:p w14:paraId="441C801C" w14:textId="51BC3413"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141" w:type="dxa"/>
            <w:tcMar>
              <w:top w:w="80" w:type="dxa"/>
              <w:left w:w="80" w:type="dxa"/>
              <w:bottom w:w="80" w:type="dxa"/>
              <w:right w:w="80" w:type="dxa"/>
            </w:tcMar>
            <w:vAlign w:val="center"/>
          </w:tcPr>
          <w:p w14:paraId="146B93E2" w14:textId="3C26AE6B"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[Salle / bureau / local]</w:t>
            </w:r>
          </w:p>
        </w:tc>
        <w:tc>
          <w:tcPr>
            <w:tcW w:w="2283" w:type="dxa"/>
            <w:tcMar>
              <w:top w:w="80" w:type="dxa"/>
              <w:left w:w="80" w:type="dxa"/>
              <w:bottom w:w="80" w:type="dxa"/>
              <w:right w:w="80" w:type="dxa"/>
            </w:tcMar>
            <w:vAlign w:val="center"/>
          </w:tcPr>
          <w:p w14:paraId="7E14F32E" w14:textId="32FE1FD4"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[Oui / non / type]</w:t>
            </w:r>
          </w:p>
        </w:tc>
        <w:tc>
          <w:tcPr>
            <w:tcW w:w="1834" w:type="dxa"/>
            <w:tcMar>
              <w:top w:w="80" w:type="dxa"/>
              <w:left w:w="80" w:type="dxa"/>
              <w:bottom w:w="80" w:type="dxa"/>
              <w:right w:w="80" w:type="dxa"/>
            </w:tcMar>
            <w:vAlign w:val="center"/>
          </w:tcPr>
          <w:p w14:paraId="04C220C1" w14:textId="5A17E380"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859" w:type="dxa"/>
            <w:tcMar>
              <w:top w:w="80" w:type="dxa"/>
              <w:left w:w="80" w:type="dxa"/>
              <w:bottom w:w="80" w:type="dxa"/>
              <w:right w:w="80" w:type="dxa"/>
            </w:tcMar>
            <w:vAlign w:val="center"/>
          </w:tcPr>
          <w:p w14:paraId="266F351A" w14:textId="617F9D62"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r>
      <w:tr w:rsidR="00A10E10" w:rsidRPr="00ED16E5" w14:paraId="439D6C8F" w14:textId="77777777" w:rsidTr="00A10E10">
        <w:trPr>
          <w:jc w:val="center"/>
        </w:trPr>
        <w:tc>
          <w:tcPr>
            <w:tcW w:w="1953" w:type="dxa"/>
            <w:tcMar>
              <w:top w:w="80" w:type="dxa"/>
              <w:left w:w="80" w:type="dxa"/>
              <w:bottom w:w="80" w:type="dxa"/>
              <w:right w:w="80" w:type="dxa"/>
            </w:tcMar>
            <w:vAlign w:val="center"/>
          </w:tcPr>
          <w:p w14:paraId="3B470CBD" w14:textId="77C5AA6A"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141" w:type="dxa"/>
            <w:tcMar>
              <w:top w:w="80" w:type="dxa"/>
              <w:left w:w="80" w:type="dxa"/>
              <w:bottom w:w="80" w:type="dxa"/>
              <w:right w:w="80" w:type="dxa"/>
            </w:tcMar>
            <w:vAlign w:val="center"/>
          </w:tcPr>
          <w:p w14:paraId="2FC0952A" w14:textId="7527A156"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[Salle / bureau / local]</w:t>
            </w:r>
          </w:p>
        </w:tc>
        <w:tc>
          <w:tcPr>
            <w:tcW w:w="2283" w:type="dxa"/>
            <w:tcMar>
              <w:top w:w="80" w:type="dxa"/>
              <w:left w:w="80" w:type="dxa"/>
              <w:bottom w:w="80" w:type="dxa"/>
              <w:right w:w="80" w:type="dxa"/>
            </w:tcMar>
            <w:vAlign w:val="center"/>
          </w:tcPr>
          <w:p w14:paraId="0A273252" w14:textId="0C6551C3"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[Oui / non / type]</w:t>
            </w:r>
          </w:p>
        </w:tc>
        <w:tc>
          <w:tcPr>
            <w:tcW w:w="1834" w:type="dxa"/>
            <w:tcMar>
              <w:top w:w="80" w:type="dxa"/>
              <w:left w:w="80" w:type="dxa"/>
              <w:bottom w:w="80" w:type="dxa"/>
              <w:right w:w="80" w:type="dxa"/>
            </w:tcMar>
            <w:vAlign w:val="center"/>
          </w:tcPr>
          <w:p w14:paraId="1CC220E6" w14:textId="25FE6083"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859" w:type="dxa"/>
            <w:tcMar>
              <w:top w:w="80" w:type="dxa"/>
              <w:left w:w="80" w:type="dxa"/>
              <w:bottom w:w="80" w:type="dxa"/>
              <w:right w:w="80" w:type="dxa"/>
            </w:tcMar>
            <w:vAlign w:val="center"/>
          </w:tcPr>
          <w:p w14:paraId="5E74D85E" w14:textId="2AC93DAF"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r>
      <w:tr w:rsidR="00A10E10" w:rsidRPr="00ED16E5" w14:paraId="0F5BD337" w14:textId="77777777" w:rsidTr="00A10E10">
        <w:trPr>
          <w:jc w:val="center"/>
        </w:trPr>
        <w:tc>
          <w:tcPr>
            <w:tcW w:w="1953" w:type="dxa"/>
            <w:tcMar>
              <w:top w:w="80" w:type="dxa"/>
              <w:left w:w="80" w:type="dxa"/>
              <w:bottom w:w="80" w:type="dxa"/>
              <w:right w:w="80" w:type="dxa"/>
            </w:tcMar>
            <w:vAlign w:val="center"/>
          </w:tcPr>
          <w:p w14:paraId="095A7EB2" w14:textId="05502FFB"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141" w:type="dxa"/>
            <w:tcMar>
              <w:top w:w="80" w:type="dxa"/>
              <w:left w:w="80" w:type="dxa"/>
              <w:bottom w:w="80" w:type="dxa"/>
              <w:right w:w="80" w:type="dxa"/>
            </w:tcMar>
            <w:vAlign w:val="center"/>
          </w:tcPr>
          <w:p w14:paraId="6FBB36D9" w14:textId="704D55A5"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[Salle / bureau / local]</w:t>
            </w:r>
          </w:p>
        </w:tc>
        <w:tc>
          <w:tcPr>
            <w:tcW w:w="2283" w:type="dxa"/>
            <w:tcMar>
              <w:top w:w="80" w:type="dxa"/>
              <w:left w:w="80" w:type="dxa"/>
              <w:bottom w:w="80" w:type="dxa"/>
              <w:right w:w="80" w:type="dxa"/>
            </w:tcMar>
            <w:vAlign w:val="center"/>
          </w:tcPr>
          <w:p w14:paraId="7C3407E8" w14:textId="61DB9440"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[Oui / non / type]</w:t>
            </w:r>
          </w:p>
        </w:tc>
        <w:tc>
          <w:tcPr>
            <w:tcW w:w="1834" w:type="dxa"/>
            <w:tcMar>
              <w:top w:w="80" w:type="dxa"/>
              <w:left w:w="80" w:type="dxa"/>
              <w:bottom w:w="80" w:type="dxa"/>
              <w:right w:w="80" w:type="dxa"/>
            </w:tcMar>
            <w:vAlign w:val="center"/>
          </w:tcPr>
          <w:p w14:paraId="732050D4" w14:textId="3FD33816"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859" w:type="dxa"/>
            <w:tcMar>
              <w:top w:w="80" w:type="dxa"/>
              <w:left w:w="80" w:type="dxa"/>
              <w:bottom w:w="80" w:type="dxa"/>
              <w:right w:w="80" w:type="dxa"/>
            </w:tcMar>
            <w:vAlign w:val="center"/>
          </w:tcPr>
          <w:p w14:paraId="39C9D777" w14:textId="251B7FDB"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r>
    </w:tbl>
    <w:p w14:paraId="7C352429" w14:textId="77777777" w:rsidR="009F2D75" w:rsidRPr="00ED16E5" w:rsidRDefault="009F2D75">
      <w:pPr>
        <w:rPr>
          <w:rFonts w:asciiTheme="majorHAnsi" w:hAnsiTheme="majorHAnsi" w:cstheme="majorHAnsi"/>
        </w:rPr>
      </w:pPr>
    </w:p>
    <w:p w14:paraId="1DB92432" w14:textId="7C23F7CD" w:rsidR="009F2D75" w:rsidRPr="00ED16E5" w:rsidRDefault="00702437">
      <w:pPr>
        <w:pStyle w:val="Titre1"/>
        <w:rPr>
          <w:rFonts w:cstheme="majorHAnsi"/>
        </w:rPr>
      </w:pPr>
      <w:r w:rsidRPr="00ED16E5">
        <w:rPr>
          <w:rFonts w:cstheme="majorHAnsi"/>
        </w:rPr>
        <w:t>2 – Inventaire des ventilateurs, climatiseurs et besoins</w:t>
      </w:r>
    </w:p>
    <w:tbl>
      <w:tblPr>
        <w:tblStyle w:val="Grilledutableau"/>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922"/>
        <w:gridCol w:w="1357"/>
        <w:gridCol w:w="1581"/>
        <w:gridCol w:w="1625"/>
        <w:gridCol w:w="2265"/>
        <w:gridCol w:w="1320"/>
      </w:tblGrid>
      <w:tr w:rsidR="009F2D75" w:rsidRPr="00ED16E5" w14:paraId="322B1DE9" w14:textId="77777777" w:rsidTr="00A10E10">
        <w:trPr>
          <w:jc w:val="center"/>
        </w:trPr>
        <w:tc>
          <w:tcPr>
            <w:tcW w:w="1922" w:type="dxa"/>
            <w:shd w:val="clear" w:color="auto" w:fill="D01050"/>
            <w:tcMar>
              <w:top w:w="80" w:type="dxa"/>
              <w:left w:w="80" w:type="dxa"/>
              <w:bottom w:w="80" w:type="dxa"/>
              <w:right w:w="80" w:type="dxa"/>
            </w:tcMar>
            <w:vAlign w:val="center"/>
          </w:tcPr>
          <w:p w14:paraId="62AE49D6"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Bâtiment / service</w:t>
            </w:r>
          </w:p>
        </w:tc>
        <w:tc>
          <w:tcPr>
            <w:tcW w:w="1357" w:type="dxa"/>
            <w:shd w:val="clear" w:color="auto" w:fill="D01050"/>
            <w:tcMar>
              <w:top w:w="80" w:type="dxa"/>
              <w:left w:w="80" w:type="dxa"/>
              <w:bottom w:w="80" w:type="dxa"/>
              <w:right w:w="80" w:type="dxa"/>
            </w:tcMar>
            <w:vAlign w:val="center"/>
          </w:tcPr>
          <w:p w14:paraId="53536F02"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Ventilateur</w:t>
            </w:r>
          </w:p>
        </w:tc>
        <w:tc>
          <w:tcPr>
            <w:tcW w:w="1581" w:type="dxa"/>
            <w:shd w:val="clear" w:color="auto" w:fill="D01050"/>
            <w:tcMar>
              <w:top w:w="80" w:type="dxa"/>
              <w:left w:w="80" w:type="dxa"/>
              <w:bottom w:w="80" w:type="dxa"/>
              <w:right w:w="80" w:type="dxa"/>
            </w:tcMar>
            <w:vAlign w:val="center"/>
          </w:tcPr>
          <w:p w14:paraId="42D67884"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Colonne ventilateur</w:t>
            </w:r>
          </w:p>
        </w:tc>
        <w:tc>
          <w:tcPr>
            <w:tcW w:w="1625" w:type="dxa"/>
            <w:shd w:val="clear" w:color="auto" w:fill="D01050"/>
            <w:tcMar>
              <w:top w:w="80" w:type="dxa"/>
              <w:left w:w="80" w:type="dxa"/>
              <w:bottom w:w="80" w:type="dxa"/>
              <w:right w:w="80" w:type="dxa"/>
            </w:tcMar>
            <w:vAlign w:val="center"/>
          </w:tcPr>
          <w:p w14:paraId="38DA4329"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Climatisation</w:t>
            </w:r>
          </w:p>
        </w:tc>
        <w:tc>
          <w:tcPr>
            <w:tcW w:w="2265" w:type="dxa"/>
            <w:shd w:val="clear" w:color="auto" w:fill="D01050"/>
            <w:tcMar>
              <w:top w:w="80" w:type="dxa"/>
              <w:left w:w="80" w:type="dxa"/>
              <w:bottom w:w="80" w:type="dxa"/>
              <w:right w:w="80" w:type="dxa"/>
            </w:tcMar>
            <w:vAlign w:val="center"/>
          </w:tcPr>
          <w:p w14:paraId="284F4241"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Besoin recensé</w:t>
            </w:r>
          </w:p>
        </w:tc>
        <w:tc>
          <w:tcPr>
            <w:tcW w:w="1320" w:type="dxa"/>
            <w:shd w:val="clear" w:color="auto" w:fill="D01050"/>
            <w:tcMar>
              <w:top w:w="80" w:type="dxa"/>
              <w:left w:w="80" w:type="dxa"/>
              <w:bottom w:w="80" w:type="dxa"/>
              <w:right w:w="80" w:type="dxa"/>
            </w:tcMar>
            <w:vAlign w:val="center"/>
          </w:tcPr>
          <w:p w14:paraId="03AD8099"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Priorité</w:t>
            </w:r>
          </w:p>
        </w:tc>
      </w:tr>
      <w:tr w:rsidR="00A10E10" w:rsidRPr="00ED16E5" w14:paraId="43E97439" w14:textId="77777777" w:rsidTr="00A10E10">
        <w:trPr>
          <w:jc w:val="center"/>
        </w:trPr>
        <w:tc>
          <w:tcPr>
            <w:tcW w:w="1922" w:type="dxa"/>
            <w:tcMar>
              <w:top w:w="80" w:type="dxa"/>
              <w:left w:w="80" w:type="dxa"/>
              <w:bottom w:w="80" w:type="dxa"/>
              <w:right w:w="80" w:type="dxa"/>
            </w:tcMar>
            <w:vAlign w:val="center"/>
          </w:tcPr>
          <w:p w14:paraId="2AABE4A4" w14:textId="4123BFEA"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357" w:type="dxa"/>
            <w:tcMar>
              <w:top w:w="80" w:type="dxa"/>
              <w:left w:w="80" w:type="dxa"/>
              <w:bottom w:w="80" w:type="dxa"/>
              <w:right w:w="80" w:type="dxa"/>
            </w:tcMar>
            <w:vAlign w:val="center"/>
          </w:tcPr>
          <w:p w14:paraId="1F6F2D6A" w14:textId="138650EC"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[Nombre]</w:t>
            </w:r>
          </w:p>
        </w:tc>
        <w:tc>
          <w:tcPr>
            <w:tcW w:w="1581" w:type="dxa"/>
            <w:tcMar>
              <w:top w:w="80" w:type="dxa"/>
              <w:left w:w="80" w:type="dxa"/>
              <w:bottom w:w="80" w:type="dxa"/>
              <w:right w:w="80" w:type="dxa"/>
            </w:tcMar>
            <w:vAlign w:val="center"/>
          </w:tcPr>
          <w:p w14:paraId="072E0594" w14:textId="22DB2A34"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[Nombre]</w:t>
            </w:r>
          </w:p>
        </w:tc>
        <w:tc>
          <w:tcPr>
            <w:tcW w:w="1625" w:type="dxa"/>
            <w:tcMar>
              <w:top w:w="80" w:type="dxa"/>
              <w:left w:w="80" w:type="dxa"/>
              <w:bottom w:w="80" w:type="dxa"/>
              <w:right w:w="80" w:type="dxa"/>
            </w:tcMar>
            <w:vAlign w:val="center"/>
          </w:tcPr>
          <w:p w14:paraId="0B98B43B" w14:textId="4CEED6C5"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[Oui / non / type]</w:t>
            </w:r>
          </w:p>
        </w:tc>
        <w:tc>
          <w:tcPr>
            <w:tcW w:w="2265" w:type="dxa"/>
            <w:tcMar>
              <w:top w:w="80" w:type="dxa"/>
              <w:left w:w="80" w:type="dxa"/>
              <w:bottom w:w="80" w:type="dxa"/>
              <w:right w:w="80" w:type="dxa"/>
            </w:tcMar>
            <w:vAlign w:val="center"/>
          </w:tcPr>
          <w:p w14:paraId="7C46F2C4" w14:textId="01B22128"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320" w:type="dxa"/>
            <w:tcMar>
              <w:top w:w="80" w:type="dxa"/>
              <w:left w:w="80" w:type="dxa"/>
              <w:bottom w:w="80" w:type="dxa"/>
              <w:right w:w="80" w:type="dxa"/>
            </w:tcMar>
            <w:vAlign w:val="center"/>
          </w:tcPr>
          <w:p w14:paraId="48DC3BA8" w14:textId="29AEA9FD"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[Faible / moyenne / forte]</w:t>
            </w:r>
          </w:p>
        </w:tc>
      </w:tr>
      <w:tr w:rsidR="00A10E10" w:rsidRPr="00ED16E5" w14:paraId="313EBBC4" w14:textId="77777777" w:rsidTr="00A10E10">
        <w:trPr>
          <w:jc w:val="center"/>
        </w:trPr>
        <w:tc>
          <w:tcPr>
            <w:tcW w:w="1922" w:type="dxa"/>
            <w:tcMar>
              <w:top w:w="80" w:type="dxa"/>
              <w:left w:w="80" w:type="dxa"/>
              <w:bottom w:w="80" w:type="dxa"/>
              <w:right w:w="80" w:type="dxa"/>
            </w:tcMar>
            <w:vAlign w:val="center"/>
          </w:tcPr>
          <w:p w14:paraId="6E1C8087" w14:textId="2CBC1A11"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357" w:type="dxa"/>
            <w:tcMar>
              <w:top w:w="80" w:type="dxa"/>
              <w:left w:w="80" w:type="dxa"/>
              <w:bottom w:w="80" w:type="dxa"/>
              <w:right w:w="80" w:type="dxa"/>
            </w:tcMar>
            <w:vAlign w:val="center"/>
          </w:tcPr>
          <w:p w14:paraId="567BA25E" w14:textId="4740CFC6"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[Nombre]</w:t>
            </w:r>
          </w:p>
        </w:tc>
        <w:tc>
          <w:tcPr>
            <w:tcW w:w="1581" w:type="dxa"/>
            <w:tcMar>
              <w:top w:w="80" w:type="dxa"/>
              <w:left w:w="80" w:type="dxa"/>
              <w:bottom w:w="80" w:type="dxa"/>
              <w:right w:w="80" w:type="dxa"/>
            </w:tcMar>
            <w:vAlign w:val="center"/>
          </w:tcPr>
          <w:p w14:paraId="6010DC91" w14:textId="1C6FB15A"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[Nombre]</w:t>
            </w:r>
          </w:p>
        </w:tc>
        <w:tc>
          <w:tcPr>
            <w:tcW w:w="1625" w:type="dxa"/>
            <w:tcMar>
              <w:top w:w="80" w:type="dxa"/>
              <w:left w:w="80" w:type="dxa"/>
              <w:bottom w:w="80" w:type="dxa"/>
              <w:right w:w="80" w:type="dxa"/>
            </w:tcMar>
            <w:vAlign w:val="center"/>
          </w:tcPr>
          <w:p w14:paraId="01EAA083" w14:textId="03F39C0C"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[Oui / non / type]</w:t>
            </w:r>
          </w:p>
        </w:tc>
        <w:tc>
          <w:tcPr>
            <w:tcW w:w="2265" w:type="dxa"/>
            <w:tcMar>
              <w:top w:w="80" w:type="dxa"/>
              <w:left w:w="80" w:type="dxa"/>
              <w:bottom w:w="80" w:type="dxa"/>
              <w:right w:w="80" w:type="dxa"/>
            </w:tcMar>
            <w:vAlign w:val="center"/>
          </w:tcPr>
          <w:p w14:paraId="211C8268" w14:textId="33B61D60"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320" w:type="dxa"/>
            <w:tcMar>
              <w:top w:w="80" w:type="dxa"/>
              <w:left w:w="80" w:type="dxa"/>
              <w:bottom w:w="80" w:type="dxa"/>
              <w:right w:w="80" w:type="dxa"/>
            </w:tcMar>
            <w:vAlign w:val="center"/>
          </w:tcPr>
          <w:p w14:paraId="5DC387D4" w14:textId="6C91BB5F"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[Faible / moyenne / forte]</w:t>
            </w:r>
          </w:p>
        </w:tc>
      </w:tr>
      <w:tr w:rsidR="00A10E10" w:rsidRPr="00ED16E5" w14:paraId="4EA401DD" w14:textId="77777777" w:rsidTr="00A10E10">
        <w:trPr>
          <w:jc w:val="center"/>
        </w:trPr>
        <w:tc>
          <w:tcPr>
            <w:tcW w:w="1922" w:type="dxa"/>
            <w:tcMar>
              <w:top w:w="80" w:type="dxa"/>
              <w:left w:w="80" w:type="dxa"/>
              <w:bottom w:w="80" w:type="dxa"/>
              <w:right w:w="80" w:type="dxa"/>
            </w:tcMar>
            <w:vAlign w:val="center"/>
          </w:tcPr>
          <w:p w14:paraId="4EB60952" w14:textId="2DCE2100"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357" w:type="dxa"/>
            <w:tcMar>
              <w:top w:w="80" w:type="dxa"/>
              <w:left w:w="80" w:type="dxa"/>
              <w:bottom w:w="80" w:type="dxa"/>
              <w:right w:w="80" w:type="dxa"/>
            </w:tcMar>
            <w:vAlign w:val="center"/>
          </w:tcPr>
          <w:p w14:paraId="389074B1" w14:textId="57D4CFA5"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[Nombre]</w:t>
            </w:r>
          </w:p>
        </w:tc>
        <w:tc>
          <w:tcPr>
            <w:tcW w:w="1581" w:type="dxa"/>
            <w:tcMar>
              <w:top w:w="80" w:type="dxa"/>
              <w:left w:w="80" w:type="dxa"/>
              <w:bottom w:w="80" w:type="dxa"/>
              <w:right w:w="80" w:type="dxa"/>
            </w:tcMar>
            <w:vAlign w:val="center"/>
          </w:tcPr>
          <w:p w14:paraId="18D98557" w14:textId="1A2ED432"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[Nombre]</w:t>
            </w:r>
          </w:p>
        </w:tc>
        <w:tc>
          <w:tcPr>
            <w:tcW w:w="1625" w:type="dxa"/>
            <w:tcMar>
              <w:top w:w="80" w:type="dxa"/>
              <w:left w:w="80" w:type="dxa"/>
              <w:bottom w:w="80" w:type="dxa"/>
              <w:right w:w="80" w:type="dxa"/>
            </w:tcMar>
            <w:vAlign w:val="center"/>
          </w:tcPr>
          <w:p w14:paraId="6BDD28AE" w14:textId="118F412F"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[Oui / non / type]</w:t>
            </w:r>
          </w:p>
        </w:tc>
        <w:tc>
          <w:tcPr>
            <w:tcW w:w="2265" w:type="dxa"/>
            <w:tcMar>
              <w:top w:w="80" w:type="dxa"/>
              <w:left w:w="80" w:type="dxa"/>
              <w:bottom w:w="80" w:type="dxa"/>
              <w:right w:w="80" w:type="dxa"/>
            </w:tcMar>
            <w:vAlign w:val="center"/>
          </w:tcPr>
          <w:p w14:paraId="1E6E7F64" w14:textId="3FC45256"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320" w:type="dxa"/>
            <w:tcMar>
              <w:top w:w="80" w:type="dxa"/>
              <w:left w:w="80" w:type="dxa"/>
              <w:bottom w:w="80" w:type="dxa"/>
              <w:right w:w="80" w:type="dxa"/>
            </w:tcMar>
            <w:vAlign w:val="center"/>
          </w:tcPr>
          <w:p w14:paraId="1019F3A0" w14:textId="699771CD"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[Faible / moyenne / forte]</w:t>
            </w:r>
          </w:p>
        </w:tc>
      </w:tr>
      <w:tr w:rsidR="009F2D75" w:rsidRPr="00ED16E5" w14:paraId="597D1008" w14:textId="77777777" w:rsidTr="00A10E10">
        <w:trPr>
          <w:jc w:val="center"/>
        </w:trPr>
        <w:tc>
          <w:tcPr>
            <w:tcW w:w="1922" w:type="dxa"/>
            <w:tcMar>
              <w:top w:w="80" w:type="dxa"/>
              <w:left w:w="80" w:type="dxa"/>
              <w:bottom w:w="80" w:type="dxa"/>
              <w:right w:w="80" w:type="dxa"/>
            </w:tcMar>
            <w:vAlign w:val="center"/>
          </w:tcPr>
          <w:p w14:paraId="3B27538E"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1357" w:type="dxa"/>
            <w:tcMar>
              <w:top w:w="80" w:type="dxa"/>
              <w:left w:w="80" w:type="dxa"/>
              <w:bottom w:w="80" w:type="dxa"/>
              <w:right w:w="80" w:type="dxa"/>
            </w:tcMar>
            <w:vAlign w:val="center"/>
          </w:tcPr>
          <w:p w14:paraId="6EBD353E"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[Nombre]</w:t>
            </w:r>
          </w:p>
        </w:tc>
        <w:tc>
          <w:tcPr>
            <w:tcW w:w="1581" w:type="dxa"/>
            <w:tcMar>
              <w:top w:w="80" w:type="dxa"/>
              <w:left w:w="80" w:type="dxa"/>
              <w:bottom w:w="80" w:type="dxa"/>
              <w:right w:w="80" w:type="dxa"/>
            </w:tcMar>
            <w:vAlign w:val="center"/>
          </w:tcPr>
          <w:p w14:paraId="6BB07060"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[Nombre]</w:t>
            </w:r>
          </w:p>
        </w:tc>
        <w:tc>
          <w:tcPr>
            <w:tcW w:w="1625" w:type="dxa"/>
            <w:tcMar>
              <w:top w:w="80" w:type="dxa"/>
              <w:left w:w="80" w:type="dxa"/>
              <w:bottom w:w="80" w:type="dxa"/>
              <w:right w:w="80" w:type="dxa"/>
            </w:tcMar>
            <w:vAlign w:val="center"/>
          </w:tcPr>
          <w:p w14:paraId="6AD3FF98"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[Oui / non / type]</w:t>
            </w:r>
          </w:p>
        </w:tc>
        <w:tc>
          <w:tcPr>
            <w:tcW w:w="2265" w:type="dxa"/>
            <w:tcMar>
              <w:top w:w="80" w:type="dxa"/>
              <w:left w:w="80" w:type="dxa"/>
              <w:bottom w:w="80" w:type="dxa"/>
              <w:right w:w="80" w:type="dxa"/>
            </w:tcMar>
            <w:vAlign w:val="center"/>
          </w:tcPr>
          <w:p w14:paraId="620159A3"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1320" w:type="dxa"/>
            <w:tcMar>
              <w:top w:w="80" w:type="dxa"/>
              <w:left w:w="80" w:type="dxa"/>
              <w:bottom w:w="80" w:type="dxa"/>
              <w:right w:w="80" w:type="dxa"/>
            </w:tcMar>
            <w:vAlign w:val="center"/>
          </w:tcPr>
          <w:p w14:paraId="68D89FF3"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[Faible / moyenne / forte]</w:t>
            </w:r>
          </w:p>
        </w:tc>
      </w:tr>
      <w:tr w:rsidR="009F2D75" w:rsidRPr="00ED16E5" w14:paraId="07AD66B8" w14:textId="77777777" w:rsidTr="00A10E10">
        <w:trPr>
          <w:jc w:val="center"/>
        </w:trPr>
        <w:tc>
          <w:tcPr>
            <w:tcW w:w="1922" w:type="dxa"/>
            <w:tcMar>
              <w:top w:w="80" w:type="dxa"/>
              <w:left w:w="80" w:type="dxa"/>
              <w:bottom w:w="80" w:type="dxa"/>
              <w:right w:w="80" w:type="dxa"/>
            </w:tcMar>
            <w:vAlign w:val="center"/>
          </w:tcPr>
          <w:p w14:paraId="2DDCEC2F"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1357" w:type="dxa"/>
            <w:tcMar>
              <w:top w:w="80" w:type="dxa"/>
              <w:left w:w="80" w:type="dxa"/>
              <w:bottom w:w="80" w:type="dxa"/>
              <w:right w:w="80" w:type="dxa"/>
            </w:tcMar>
            <w:vAlign w:val="center"/>
          </w:tcPr>
          <w:p w14:paraId="0F5D826C"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[Nombre]</w:t>
            </w:r>
          </w:p>
        </w:tc>
        <w:tc>
          <w:tcPr>
            <w:tcW w:w="1581" w:type="dxa"/>
            <w:tcMar>
              <w:top w:w="80" w:type="dxa"/>
              <w:left w:w="80" w:type="dxa"/>
              <w:bottom w:w="80" w:type="dxa"/>
              <w:right w:w="80" w:type="dxa"/>
            </w:tcMar>
            <w:vAlign w:val="center"/>
          </w:tcPr>
          <w:p w14:paraId="11611752"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[Nombre]</w:t>
            </w:r>
          </w:p>
        </w:tc>
        <w:tc>
          <w:tcPr>
            <w:tcW w:w="1625" w:type="dxa"/>
            <w:tcMar>
              <w:top w:w="80" w:type="dxa"/>
              <w:left w:w="80" w:type="dxa"/>
              <w:bottom w:w="80" w:type="dxa"/>
              <w:right w:w="80" w:type="dxa"/>
            </w:tcMar>
            <w:vAlign w:val="center"/>
          </w:tcPr>
          <w:p w14:paraId="54C84D19"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[Oui / non / type]</w:t>
            </w:r>
          </w:p>
        </w:tc>
        <w:tc>
          <w:tcPr>
            <w:tcW w:w="2265" w:type="dxa"/>
            <w:tcMar>
              <w:top w:w="80" w:type="dxa"/>
              <w:left w:w="80" w:type="dxa"/>
              <w:bottom w:w="80" w:type="dxa"/>
              <w:right w:w="80" w:type="dxa"/>
            </w:tcMar>
            <w:vAlign w:val="center"/>
          </w:tcPr>
          <w:p w14:paraId="2342ADA6"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1320" w:type="dxa"/>
            <w:tcMar>
              <w:top w:w="80" w:type="dxa"/>
              <w:left w:w="80" w:type="dxa"/>
              <w:bottom w:w="80" w:type="dxa"/>
              <w:right w:w="80" w:type="dxa"/>
            </w:tcMar>
            <w:vAlign w:val="center"/>
          </w:tcPr>
          <w:p w14:paraId="500C6C8E"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[Faible / moyenne / forte]</w:t>
            </w:r>
          </w:p>
        </w:tc>
      </w:tr>
      <w:tr w:rsidR="009F2D75" w:rsidRPr="00ED16E5" w14:paraId="021AFC8F" w14:textId="77777777" w:rsidTr="00A10E10">
        <w:trPr>
          <w:jc w:val="center"/>
        </w:trPr>
        <w:tc>
          <w:tcPr>
            <w:tcW w:w="1922" w:type="dxa"/>
            <w:tcMar>
              <w:top w:w="80" w:type="dxa"/>
              <w:left w:w="80" w:type="dxa"/>
              <w:bottom w:w="80" w:type="dxa"/>
              <w:right w:w="80" w:type="dxa"/>
            </w:tcMar>
            <w:vAlign w:val="center"/>
          </w:tcPr>
          <w:p w14:paraId="224A603C"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1357" w:type="dxa"/>
            <w:tcMar>
              <w:top w:w="80" w:type="dxa"/>
              <w:left w:w="80" w:type="dxa"/>
              <w:bottom w:w="80" w:type="dxa"/>
              <w:right w:w="80" w:type="dxa"/>
            </w:tcMar>
            <w:vAlign w:val="center"/>
          </w:tcPr>
          <w:p w14:paraId="1A5AAAE7"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[Nombre]</w:t>
            </w:r>
          </w:p>
        </w:tc>
        <w:tc>
          <w:tcPr>
            <w:tcW w:w="1581" w:type="dxa"/>
            <w:tcMar>
              <w:top w:w="80" w:type="dxa"/>
              <w:left w:w="80" w:type="dxa"/>
              <w:bottom w:w="80" w:type="dxa"/>
              <w:right w:w="80" w:type="dxa"/>
            </w:tcMar>
            <w:vAlign w:val="center"/>
          </w:tcPr>
          <w:p w14:paraId="235B0FE0"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[Nombre]</w:t>
            </w:r>
          </w:p>
        </w:tc>
        <w:tc>
          <w:tcPr>
            <w:tcW w:w="1625" w:type="dxa"/>
            <w:tcMar>
              <w:top w:w="80" w:type="dxa"/>
              <w:left w:w="80" w:type="dxa"/>
              <w:bottom w:w="80" w:type="dxa"/>
              <w:right w:w="80" w:type="dxa"/>
            </w:tcMar>
            <w:vAlign w:val="center"/>
          </w:tcPr>
          <w:p w14:paraId="777CC170"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[Oui / non / type]</w:t>
            </w:r>
          </w:p>
        </w:tc>
        <w:tc>
          <w:tcPr>
            <w:tcW w:w="2265" w:type="dxa"/>
            <w:tcMar>
              <w:top w:w="80" w:type="dxa"/>
              <w:left w:w="80" w:type="dxa"/>
              <w:bottom w:w="80" w:type="dxa"/>
              <w:right w:w="80" w:type="dxa"/>
            </w:tcMar>
            <w:vAlign w:val="center"/>
          </w:tcPr>
          <w:p w14:paraId="0815E751"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1320" w:type="dxa"/>
            <w:tcMar>
              <w:top w:w="80" w:type="dxa"/>
              <w:left w:w="80" w:type="dxa"/>
              <w:bottom w:w="80" w:type="dxa"/>
              <w:right w:w="80" w:type="dxa"/>
            </w:tcMar>
            <w:vAlign w:val="center"/>
          </w:tcPr>
          <w:p w14:paraId="4B57CB31"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[Faible / moyenne / forte]</w:t>
            </w:r>
          </w:p>
        </w:tc>
      </w:tr>
    </w:tbl>
    <w:p w14:paraId="6057A0AF" w14:textId="77777777" w:rsidR="009F2D75" w:rsidRPr="00ED16E5" w:rsidRDefault="009F2D75">
      <w:pPr>
        <w:rPr>
          <w:rFonts w:asciiTheme="majorHAnsi" w:hAnsiTheme="majorHAnsi" w:cstheme="majorHAnsi"/>
        </w:rPr>
      </w:pPr>
    </w:p>
    <w:p w14:paraId="1CBC5642" w14:textId="2C92FB42" w:rsidR="009F2D75" w:rsidRPr="00ED16E5" w:rsidRDefault="00702437">
      <w:pPr>
        <w:pStyle w:val="Titre1"/>
        <w:rPr>
          <w:rFonts w:cstheme="majorHAnsi"/>
        </w:rPr>
      </w:pPr>
      <w:r w:rsidRPr="00ED16E5">
        <w:rPr>
          <w:rFonts w:cstheme="majorHAnsi"/>
        </w:rPr>
        <w:lastRenderedPageBreak/>
        <w:t>3 – Liste des points d’eau et moyens de rafraîchissement</w:t>
      </w:r>
    </w:p>
    <w:tbl>
      <w:tblPr>
        <w:tblStyle w:val="Grilledutableau"/>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32"/>
        <w:gridCol w:w="1380"/>
        <w:gridCol w:w="1407"/>
        <w:gridCol w:w="1409"/>
        <w:gridCol w:w="1772"/>
        <w:gridCol w:w="2270"/>
      </w:tblGrid>
      <w:tr w:rsidR="009F2D75" w:rsidRPr="00ED16E5" w14:paraId="4575E6E9" w14:textId="77777777" w:rsidTr="00A10E10">
        <w:trPr>
          <w:jc w:val="center"/>
        </w:trPr>
        <w:tc>
          <w:tcPr>
            <w:tcW w:w="1832" w:type="dxa"/>
            <w:shd w:val="clear" w:color="auto" w:fill="D01050"/>
            <w:tcMar>
              <w:top w:w="80" w:type="dxa"/>
              <w:left w:w="80" w:type="dxa"/>
              <w:bottom w:w="80" w:type="dxa"/>
              <w:right w:w="80" w:type="dxa"/>
            </w:tcMar>
            <w:vAlign w:val="center"/>
          </w:tcPr>
          <w:p w14:paraId="0045F60D"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Bâtiment / site</w:t>
            </w:r>
          </w:p>
        </w:tc>
        <w:tc>
          <w:tcPr>
            <w:tcW w:w="1380" w:type="dxa"/>
            <w:shd w:val="clear" w:color="auto" w:fill="D01050"/>
            <w:tcMar>
              <w:top w:w="80" w:type="dxa"/>
              <w:left w:w="80" w:type="dxa"/>
              <w:bottom w:w="80" w:type="dxa"/>
              <w:right w:w="80" w:type="dxa"/>
            </w:tcMar>
            <w:vAlign w:val="center"/>
          </w:tcPr>
          <w:p w14:paraId="16FCFC8F"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Fontaine à eau</w:t>
            </w:r>
          </w:p>
        </w:tc>
        <w:tc>
          <w:tcPr>
            <w:tcW w:w="1407" w:type="dxa"/>
            <w:shd w:val="clear" w:color="auto" w:fill="D01050"/>
            <w:tcMar>
              <w:top w:w="80" w:type="dxa"/>
              <w:left w:w="80" w:type="dxa"/>
              <w:bottom w:w="80" w:type="dxa"/>
              <w:right w:w="80" w:type="dxa"/>
            </w:tcMar>
            <w:vAlign w:val="center"/>
          </w:tcPr>
          <w:p w14:paraId="0271B765"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Évier / point d’eau</w:t>
            </w:r>
          </w:p>
        </w:tc>
        <w:tc>
          <w:tcPr>
            <w:tcW w:w="1409" w:type="dxa"/>
            <w:shd w:val="clear" w:color="auto" w:fill="D01050"/>
            <w:tcMar>
              <w:top w:w="80" w:type="dxa"/>
              <w:left w:w="80" w:type="dxa"/>
              <w:bottom w:w="80" w:type="dxa"/>
              <w:right w:w="80" w:type="dxa"/>
            </w:tcMar>
            <w:vAlign w:val="center"/>
          </w:tcPr>
          <w:p w14:paraId="5F955D6F"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Sanitaires</w:t>
            </w:r>
          </w:p>
        </w:tc>
        <w:tc>
          <w:tcPr>
            <w:tcW w:w="1772" w:type="dxa"/>
            <w:shd w:val="clear" w:color="auto" w:fill="D01050"/>
            <w:tcMar>
              <w:top w:w="80" w:type="dxa"/>
              <w:left w:w="80" w:type="dxa"/>
              <w:bottom w:w="80" w:type="dxa"/>
              <w:right w:w="80" w:type="dxa"/>
            </w:tcMar>
            <w:vAlign w:val="center"/>
          </w:tcPr>
          <w:p w14:paraId="002E631F"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Brumisateur / autre</w:t>
            </w:r>
          </w:p>
        </w:tc>
        <w:tc>
          <w:tcPr>
            <w:tcW w:w="2270" w:type="dxa"/>
            <w:shd w:val="clear" w:color="auto" w:fill="D01050"/>
            <w:tcMar>
              <w:top w:w="80" w:type="dxa"/>
              <w:left w:w="80" w:type="dxa"/>
              <w:bottom w:w="80" w:type="dxa"/>
              <w:right w:w="80" w:type="dxa"/>
            </w:tcMar>
            <w:vAlign w:val="center"/>
          </w:tcPr>
          <w:p w14:paraId="0E9D5942"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Besoin complémentaire</w:t>
            </w:r>
          </w:p>
        </w:tc>
      </w:tr>
      <w:tr w:rsidR="00A10E10" w:rsidRPr="00ED16E5" w14:paraId="2053B327" w14:textId="77777777" w:rsidTr="00A10E10">
        <w:trPr>
          <w:jc w:val="center"/>
        </w:trPr>
        <w:tc>
          <w:tcPr>
            <w:tcW w:w="1832" w:type="dxa"/>
            <w:tcMar>
              <w:top w:w="80" w:type="dxa"/>
              <w:left w:w="80" w:type="dxa"/>
              <w:bottom w:w="80" w:type="dxa"/>
              <w:right w:w="80" w:type="dxa"/>
            </w:tcMar>
            <w:vAlign w:val="center"/>
          </w:tcPr>
          <w:p w14:paraId="74F8B370" w14:textId="39946864"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380" w:type="dxa"/>
            <w:tcMar>
              <w:top w:w="80" w:type="dxa"/>
              <w:left w:w="80" w:type="dxa"/>
              <w:bottom w:w="80" w:type="dxa"/>
              <w:right w:w="80" w:type="dxa"/>
            </w:tcMar>
            <w:vAlign w:val="center"/>
          </w:tcPr>
          <w:p w14:paraId="0408BC1D" w14:textId="0D759D6C" w:rsidR="00A10E10" w:rsidRPr="00ED16E5" w:rsidRDefault="00A10E10" w:rsidP="00A10E10">
            <w:pPr>
              <w:spacing w:after="0"/>
              <w:rPr>
                <w:rFonts w:asciiTheme="majorHAnsi" w:hAnsiTheme="majorHAnsi" w:cstheme="majorHAnsi"/>
                <w:sz w:val="17"/>
              </w:rPr>
            </w:pPr>
            <w:r w:rsidRPr="00ED16E5">
              <w:rPr>
                <w:rFonts w:ascii="Segoe UI Symbol" w:hAnsi="Segoe UI Symbol" w:cs="Segoe UI Symbol"/>
                <w:sz w:val="17"/>
              </w:rPr>
              <w:t>☐</w:t>
            </w:r>
            <w:r w:rsidRPr="00ED16E5">
              <w:rPr>
                <w:rFonts w:asciiTheme="majorHAnsi" w:hAnsiTheme="majorHAnsi" w:cstheme="majorHAnsi"/>
                <w:sz w:val="17"/>
              </w:rPr>
              <w:t xml:space="preserve"> Oui </w:t>
            </w:r>
            <w:r w:rsidRPr="00ED16E5">
              <w:rPr>
                <w:rFonts w:ascii="Segoe UI Symbol" w:hAnsi="Segoe UI Symbol" w:cs="Segoe UI Symbol"/>
                <w:sz w:val="17"/>
              </w:rPr>
              <w:t>☐</w:t>
            </w:r>
            <w:r w:rsidRPr="00ED16E5">
              <w:rPr>
                <w:rFonts w:asciiTheme="majorHAnsi" w:hAnsiTheme="majorHAnsi" w:cstheme="majorHAnsi"/>
                <w:sz w:val="17"/>
              </w:rPr>
              <w:t xml:space="preserve"> Non</w:t>
            </w:r>
          </w:p>
        </w:tc>
        <w:tc>
          <w:tcPr>
            <w:tcW w:w="1407" w:type="dxa"/>
            <w:tcMar>
              <w:top w:w="80" w:type="dxa"/>
              <w:left w:w="80" w:type="dxa"/>
              <w:bottom w:w="80" w:type="dxa"/>
              <w:right w:w="80" w:type="dxa"/>
            </w:tcMar>
            <w:vAlign w:val="center"/>
          </w:tcPr>
          <w:p w14:paraId="5E2551B7" w14:textId="7424EA95" w:rsidR="00A10E10" w:rsidRPr="00ED16E5" w:rsidRDefault="00A10E10" w:rsidP="00A10E10">
            <w:pPr>
              <w:spacing w:after="0"/>
              <w:rPr>
                <w:rFonts w:asciiTheme="majorHAnsi" w:hAnsiTheme="majorHAnsi" w:cstheme="majorHAnsi"/>
                <w:sz w:val="17"/>
              </w:rPr>
            </w:pPr>
            <w:r w:rsidRPr="00ED16E5">
              <w:rPr>
                <w:rFonts w:ascii="Segoe UI Symbol" w:hAnsi="Segoe UI Symbol" w:cs="Segoe UI Symbol"/>
                <w:sz w:val="17"/>
              </w:rPr>
              <w:t>☐</w:t>
            </w:r>
            <w:r w:rsidRPr="00ED16E5">
              <w:rPr>
                <w:rFonts w:asciiTheme="majorHAnsi" w:hAnsiTheme="majorHAnsi" w:cstheme="majorHAnsi"/>
                <w:sz w:val="17"/>
              </w:rPr>
              <w:t xml:space="preserve"> Oui </w:t>
            </w:r>
            <w:r w:rsidRPr="00ED16E5">
              <w:rPr>
                <w:rFonts w:ascii="Segoe UI Symbol" w:hAnsi="Segoe UI Symbol" w:cs="Segoe UI Symbol"/>
                <w:sz w:val="17"/>
              </w:rPr>
              <w:t>☐</w:t>
            </w:r>
            <w:r w:rsidRPr="00ED16E5">
              <w:rPr>
                <w:rFonts w:asciiTheme="majorHAnsi" w:hAnsiTheme="majorHAnsi" w:cstheme="majorHAnsi"/>
                <w:sz w:val="17"/>
              </w:rPr>
              <w:t xml:space="preserve"> Non</w:t>
            </w:r>
          </w:p>
        </w:tc>
        <w:tc>
          <w:tcPr>
            <w:tcW w:w="1409" w:type="dxa"/>
            <w:tcMar>
              <w:top w:w="80" w:type="dxa"/>
              <w:left w:w="80" w:type="dxa"/>
              <w:bottom w:w="80" w:type="dxa"/>
              <w:right w:w="80" w:type="dxa"/>
            </w:tcMar>
            <w:vAlign w:val="center"/>
          </w:tcPr>
          <w:p w14:paraId="58BCC7A0" w14:textId="474858BB" w:rsidR="00A10E10" w:rsidRPr="00ED16E5" w:rsidRDefault="00A10E10" w:rsidP="00A10E10">
            <w:pPr>
              <w:spacing w:after="0"/>
              <w:rPr>
                <w:rFonts w:asciiTheme="majorHAnsi" w:hAnsiTheme="majorHAnsi" w:cstheme="majorHAnsi"/>
                <w:sz w:val="17"/>
              </w:rPr>
            </w:pPr>
            <w:r w:rsidRPr="00ED16E5">
              <w:rPr>
                <w:rFonts w:ascii="Segoe UI Symbol" w:hAnsi="Segoe UI Symbol" w:cs="Segoe UI Symbol"/>
                <w:sz w:val="17"/>
              </w:rPr>
              <w:t>☐</w:t>
            </w:r>
            <w:r w:rsidRPr="00ED16E5">
              <w:rPr>
                <w:rFonts w:asciiTheme="majorHAnsi" w:hAnsiTheme="majorHAnsi" w:cstheme="majorHAnsi"/>
                <w:sz w:val="17"/>
              </w:rPr>
              <w:t xml:space="preserve"> Oui </w:t>
            </w:r>
            <w:r w:rsidRPr="00ED16E5">
              <w:rPr>
                <w:rFonts w:ascii="Segoe UI Symbol" w:hAnsi="Segoe UI Symbol" w:cs="Segoe UI Symbol"/>
                <w:sz w:val="17"/>
              </w:rPr>
              <w:t>☐</w:t>
            </w:r>
            <w:r w:rsidRPr="00ED16E5">
              <w:rPr>
                <w:rFonts w:asciiTheme="majorHAnsi" w:hAnsiTheme="majorHAnsi" w:cstheme="majorHAnsi"/>
                <w:sz w:val="17"/>
              </w:rPr>
              <w:t xml:space="preserve"> Non</w:t>
            </w:r>
          </w:p>
        </w:tc>
        <w:tc>
          <w:tcPr>
            <w:tcW w:w="1772" w:type="dxa"/>
            <w:tcMar>
              <w:top w:w="80" w:type="dxa"/>
              <w:left w:w="80" w:type="dxa"/>
              <w:bottom w:w="80" w:type="dxa"/>
              <w:right w:w="80" w:type="dxa"/>
            </w:tcMar>
            <w:vAlign w:val="center"/>
          </w:tcPr>
          <w:p w14:paraId="5D431F6A" w14:textId="3D80C87D"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270" w:type="dxa"/>
            <w:tcMar>
              <w:top w:w="80" w:type="dxa"/>
              <w:left w:w="80" w:type="dxa"/>
              <w:bottom w:w="80" w:type="dxa"/>
              <w:right w:w="80" w:type="dxa"/>
            </w:tcMar>
            <w:vAlign w:val="center"/>
          </w:tcPr>
          <w:p w14:paraId="7318FAA0" w14:textId="109832FD"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r>
      <w:tr w:rsidR="00A10E10" w:rsidRPr="00ED16E5" w14:paraId="74ABF67D" w14:textId="77777777" w:rsidTr="00A10E10">
        <w:trPr>
          <w:jc w:val="center"/>
        </w:trPr>
        <w:tc>
          <w:tcPr>
            <w:tcW w:w="1832" w:type="dxa"/>
            <w:tcMar>
              <w:top w:w="80" w:type="dxa"/>
              <w:left w:w="80" w:type="dxa"/>
              <w:bottom w:w="80" w:type="dxa"/>
              <w:right w:w="80" w:type="dxa"/>
            </w:tcMar>
            <w:vAlign w:val="center"/>
          </w:tcPr>
          <w:p w14:paraId="460CAFB7" w14:textId="39E8C3A4"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380" w:type="dxa"/>
            <w:tcMar>
              <w:top w:w="80" w:type="dxa"/>
              <w:left w:w="80" w:type="dxa"/>
              <w:bottom w:w="80" w:type="dxa"/>
              <w:right w:w="80" w:type="dxa"/>
            </w:tcMar>
            <w:vAlign w:val="center"/>
          </w:tcPr>
          <w:p w14:paraId="6FBDE36F" w14:textId="31A6391B" w:rsidR="00A10E10" w:rsidRPr="00ED16E5" w:rsidRDefault="00A10E10" w:rsidP="00A10E10">
            <w:pPr>
              <w:spacing w:after="0"/>
              <w:rPr>
                <w:rFonts w:asciiTheme="majorHAnsi" w:hAnsiTheme="majorHAnsi" w:cstheme="majorHAnsi"/>
                <w:sz w:val="17"/>
              </w:rPr>
            </w:pPr>
            <w:r w:rsidRPr="00ED16E5">
              <w:rPr>
                <w:rFonts w:ascii="Segoe UI Symbol" w:hAnsi="Segoe UI Symbol" w:cs="Segoe UI Symbol"/>
                <w:sz w:val="17"/>
              </w:rPr>
              <w:t>☐</w:t>
            </w:r>
            <w:r w:rsidRPr="00ED16E5">
              <w:rPr>
                <w:rFonts w:asciiTheme="majorHAnsi" w:hAnsiTheme="majorHAnsi" w:cstheme="majorHAnsi"/>
                <w:sz w:val="17"/>
              </w:rPr>
              <w:t xml:space="preserve"> Oui </w:t>
            </w:r>
            <w:r w:rsidRPr="00ED16E5">
              <w:rPr>
                <w:rFonts w:ascii="Segoe UI Symbol" w:hAnsi="Segoe UI Symbol" w:cs="Segoe UI Symbol"/>
                <w:sz w:val="17"/>
              </w:rPr>
              <w:t>☐</w:t>
            </w:r>
            <w:r w:rsidRPr="00ED16E5">
              <w:rPr>
                <w:rFonts w:asciiTheme="majorHAnsi" w:hAnsiTheme="majorHAnsi" w:cstheme="majorHAnsi"/>
                <w:sz w:val="17"/>
              </w:rPr>
              <w:t xml:space="preserve"> Non</w:t>
            </w:r>
          </w:p>
        </w:tc>
        <w:tc>
          <w:tcPr>
            <w:tcW w:w="1407" w:type="dxa"/>
            <w:tcMar>
              <w:top w:w="80" w:type="dxa"/>
              <w:left w:w="80" w:type="dxa"/>
              <w:bottom w:w="80" w:type="dxa"/>
              <w:right w:w="80" w:type="dxa"/>
            </w:tcMar>
            <w:vAlign w:val="center"/>
          </w:tcPr>
          <w:p w14:paraId="62CAFF00" w14:textId="50E98212" w:rsidR="00A10E10" w:rsidRPr="00ED16E5" w:rsidRDefault="00A10E10" w:rsidP="00A10E10">
            <w:pPr>
              <w:spacing w:after="0"/>
              <w:rPr>
                <w:rFonts w:asciiTheme="majorHAnsi" w:hAnsiTheme="majorHAnsi" w:cstheme="majorHAnsi"/>
                <w:sz w:val="17"/>
              </w:rPr>
            </w:pPr>
            <w:r w:rsidRPr="00ED16E5">
              <w:rPr>
                <w:rFonts w:ascii="Segoe UI Symbol" w:hAnsi="Segoe UI Symbol" w:cs="Segoe UI Symbol"/>
                <w:sz w:val="17"/>
              </w:rPr>
              <w:t>☐</w:t>
            </w:r>
            <w:r w:rsidRPr="00ED16E5">
              <w:rPr>
                <w:rFonts w:asciiTheme="majorHAnsi" w:hAnsiTheme="majorHAnsi" w:cstheme="majorHAnsi"/>
                <w:sz w:val="17"/>
              </w:rPr>
              <w:t xml:space="preserve"> Oui </w:t>
            </w:r>
            <w:r w:rsidRPr="00ED16E5">
              <w:rPr>
                <w:rFonts w:ascii="Segoe UI Symbol" w:hAnsi="Segoe UI Symbol" w:cs="Segoe UI Symbol"/>
                <w:sz w:val="17"/>
              </w:rPr>
              <w:t>☐</w:t>
            </w:r>
            <w:r w:rsidRPr="00ED16E5">
              <w:rPr>
                <w:rFonts w:asciiTheme="majorHAnsi" w:hAnsiTheme="majorHAnsi" w:cstheme="majorHAnsi"/>
                <w:sz w:val="17"/>
              </w:rPr>
              <w:t xml:space="preserve"> Non</w:t>
            </w:r>
          </w:p>
        </w:tc>
        <w:tc>
          <w:tcPr>
            <w:tcW w:w="1409" w:type="dxa"/>
            <w:tcMar>
              <w:top w:w="80" w:type="dxa"/>
              <w:left w:w="80" w:type="dxa"/>
              <w:bottom w:w="80" w:type="dxa"/>
              <w:right w:w="80" w:type="dxa"/>
            </w:tcMar>
            <w:vAlign w:val="center"/>
          </w:tcPr>
          <w:p w14:paraId="20A58F93" w14:textId="292FCE66" w:rsidR="00A10E10" w:rsidRPr="00ED16E5" w:rsidRDefault="00A10E10" w:rsidP="00A10E10">
            <w:pPr>
              <w:spacing w:after="0"/>
              <w:rPr>
                <w:rFonts w:asciiTheme="majorHAnsi" w:hAnsiTheme="majorHAnsi" w:cstheme="majorHAnsi"/>
                <w:sz w:val="17"/>
              </w:rPr>
            </w:pPr>
            <w:r w:rsidRPr="00ED16E5">
              <w:rPr>
                <w:rFonts w:ascii="Segoe UI Symbol" w:hAnsi="Segoe UI Symbol" w:cs="Segoe UI Symbol"/>
                <w:sz w:val="17"/>
              </w:rPr>
              <w:t>☐</w:t>
            </w:r>
            <w:r w:rsidRPr="00ED16E5">
              <w:rPr>
                <w:rFonts w:asciiTheme="majorHAnsi" w:hAnsiTheme="majorHAnsi" w:cstheme="majorHAnsi"/>
                <w:sz w:val="17"/>
              </w:rPr>
              <w:t xml:space="preserve"> Oui </w:t>
            </w:r>
            <w:r w:rsidRPr="00ED16E5">
              <w:rPr>
                <w:rFonts w:ascii="Segoe UI Symbol" w:hAnsi="Segoe UI Symbol" w:cs="Segoe UI Symbol"/>
                <w:sz w:val="17"/>
              </w:rPr>
              <w:t>☐</w:t>
            </w:r>
            <w:r w:rsidRPr="00ED16E5">
              <w:rPr>
                <w:rFonts w:asciiTheme="majorHAnsi" w:hAnsiTheme="majorHAnsi" w:cstheme="majorHAnsi"/>
                <w:sz w:val="17"/>
              </w:rPr>
              <w:t xml:space="preserve"> Non</w:t>
            </w:r>
          </w:p>
        </w:tc>
        <w:tc>
          <w:tcPr>
            <w:tcW w:w="1772" w:type="dxa"/>
            <w:tcMar>
              <w:top w:w="80" w:type="dxa"/>
              <w:left w:w="80" w:type="dxa"/>
              <w:bottom w:w="80" w:type="dxa"/>
              <w:right w:w="80" w:type="dxa"/>
            </w:tcMar>
            <w:vAlign w:val="center"/>
          </w:tcPr>
          <w:p w14:paraId="0A81B573" w14:textId="2A0DDB13"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270" w:type="dxa"/>
            <w:tcMar>
              <w:top w:w="80" w:type="dxa"/>
              <w:left w:w="80" w:type="dxa"/>
              <w:bottom w:w="80" w:type="dxa"/>
              <w:right w:w="80" w:type="dxa"/>
            </w:tcMar>
            <w:vAlign w:val="center"/>
          </w:tcPr>
          <w:p w14:paraId="2D1AB55A" w14:textId="709A2E55"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r>
      <w:tr w:rsidR="00A10E10" w:rsidRPr="00ED16E5" w14:paraId="3736C276" w14:textId="77777777" w:rsidTr="00A10E10">
        <w:trPr>
          <w:jc w:val="center"/>
        </w:trPr>
        <w:tc>
          <w:tcPr>
            <w:tcW w:w="1832" w:type="dxa"/>
            <w:tcMar>
              <w:top w:w="80" w:type="dxa"/>
              <w:left w:w="80" w:type="dxa"/>
              <w:bottom w:w="80" w:type="dxa"/>
              <w:right w:w="80" w:type="dxa"/>
            </w:tcMar>
            <w:vAlign w:val="center"/>
          </w:tcPr>
          <w:p w14:paraId="041C0D7A" w14:textId="65F06930"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380" w:type="dxa"/>
            <w:tcMar>
              <w:top w:w="80" w:type="dxa"/>
              <w:left w:w="80" w:type="dxa"/>
              <w:bottom w:w="80" w:type="dxa"/>
              <w:right w:w="80" w:type="dxa"/>
            </w:tcMar>
            <w:vAlign w:val="center"/>
          </w:tcPr>
          <w:p w14:paraId="433DC2BC" w14:textId="53004F72" w:rsidR="00A10E10" w:rsidRPr="00ED16E5" w:rsidRDefault="00A10E10" w:rsidP="00A10E10">
            <w:pPr>
              <w:spacing w:after="0"/>
              <w:rPr>
                <w:rFonts w:asciiTheme="majorHAnsi" w:hAnsiTheme="majorHAnsi" w:cstheme="majorHAnsi"/>
                <w:sz w:val="17"/>
              </w:rPr>
            </w:pPr>
            <w:r w:rsidRPr="00ED16E5">
              <w:rPr>
                <w:rFonts w:ascii="Segoe UI Symbol" w:hAnsi="Segoe UI Symbol" w:cs="Segoe UI Symbol"/>
                <w:sz w:val="17"/>
              </w:rPr>
              <w:t>☐</w:t>
            </w:r>
            <w:r w:rsidRPr="00ED16E5">
              <w:rPr>
                <w:rFonts w:asciiTheme="majorHAnsi" w:hAnsiTheme="majorHAnsi" w:cstheme="majorHAnsi"/>
                <w:sz w:val="17"/>
              </w:rPr>
              <w:t xml:space="preserve"> Oui </w:t>
            </w:r>
            <w:r w:rsidRPr="00ED16E5">
              <w:rPr>
                <w:rFonts w:ascii="Segoe UI Symbol" w:hAnsi="Segoe UI Symbol" w:cs="Segoe UI Symbol"/>
                <w:sz w:val="17"/>
              </w:rPr>
              <w:t>☐</w:t>
            </w:r>
            <w:r w:rsidRPr="00ED16E5">
              <w:rPr>
                <w:rFonts w:asciiTheme="majorHAnsi" w:hAnsiTheme="majorHAnsi" w:cstheme="majorHAnsi"/>
                <w:sz w:val="17"/>
              </w:rPr>
              <w:t xml:space="preserve"> Non</w:t>
            </w:r>
          </w:p>
        </w:tc>
        <w:tc>
          <w:tcPr>
            <w:tcW w:w="1407" w:type="dxa"/>
            <w:tcMar>
              <w:top w:w="80" w:type="dxa"/>
              <w:left w:w="80" w:type="dxa"/>
              <w:bottom w:w="80" w:type="dxa"/>
              <w:right w:w="80" w:type="dxa"/>
            </w:tcMar>
            <w:vAlign w:val="center"/>
          </w:tcPr>
          <w:p w14:paraId="33646FBA" w14:textId="4DF4AFAA" w:rsidR="00A10E10" w:rsidRPr="00ED16E5" w:rsidRDefault="00A10E10" w:rsidP="00A10E10">
            <w:pPr>
              <w:spacing w:after="0"/>
              <w:rPr>
                <w:rFonts w:asciiTheme="majorHAnsi" w:hAnsiTheme="majorHAnsi" w:cstheme="majorHAnsi"/>
                <w:sz w:val="17"/>
              </w:rPr>
            </w:pPr>
            <w:r w:rsidRPr="00ED16E5">
              <w:rPr>
                <w:rFonts w:ascii="Segoe UI Symbol" w:hAnsi="Segoe UI Symbol" w:cs="Segoe UI Symbol"/>
                <w:sz w:val="17"/>
              </w:rPr>
              <w:t>☐</w:t>
            </w:r>
            <w:r w:rsidRPr="00ED16E5">
              <w:rPr>
                <w:rFonts w:asciiTheme="majorHAnsi" w:hAnsiTheme="majorHAnsi" w:cstheme="majorHAnsi"/>
                <w:sz w:val="17"/>
              </w:rPr>
              <w:t xml:space="preserve"> Oui </w:t>
            </w:r>
            <w:r w:rsidRPr="00ED16E5">
              <w:rPr>
                <w:rFonts w:ascii="Segoe UI Symbol" w:hAnsi="Segoe UI Symbol" w:cs="Segoe UI Symbol"/>
                <w:sz w:val="17"/>
              </w:rPr>
              <w:t>☐</w:t>
            </w:r>
            <w:r w:rsidRPr="00ED16E5">
              <w:rPr>
                <w:rFonts w:asciiTheme="majorHAnsi" w:hAnsiTheme="majorHAnsi" w:cstheme="majorHAnsi"/>
                <w:sz w:val="17"/>
              </w:rPr>
              <w:t xml:space="preserve"> Non</w:t>
            </w:r>
          </w:p>
        </w:tc>
        <w:tc>
          <w:tcPr>
            <w:tcW w:w="1409" w:type="dxa"/>
            <w:tcMar>
              <w:top w:w="80" w:type="dxa"/>
              <w:left w:w="80" w:type="dxa"/>
              <w:bottom w:w="80" w:type="dxa"/>
              <w:right w:w="80" w:type="dxa"/>
            </w:tcMar>
            <w:vAlign w:val="center"/>
          </w:tcPr>
          <w:p w14:paraId="2F1F0CB6" w14:textId="3F03F223" w:rsidR="00A10E10" w:rsidRPr="00ED16E5" w:rsidRDefault="00A10E10" w:rsidP="00A10E10">
            <w:pPr>
              <w:spacing w:after="0"/>
              <w:rPr>
                <w:rFonts w:asciiTheme="majorHAnsi" w:hAnsiTheme="majorHAnsi" w:cstheme="majorHAnsi"/>
                <w:sz w:val="17"/>
              </w:rPr>
            </w:pPr>
            <w:r w:rsidRPr="00ED16E5">
              <w:rPr>
                <w:rFonts w:ascii="Segoe UI Symbol" w:hAnsi="Segoe UI Symbol" w:cs="Segoe UI Symbol"/>
                <w:sz w:val="17"/>
              </w:rPr>
              <w:t>☐</w:t>
            </w:r>
            <w:r w:rsidRPr="00ED16E5">
              <w:rPr>
                <w:rFonts w:asciiTheme="majorHAnsi" w:hAnsiTheme="majorHAnsi" w:cstheme="majorHAnsi"/>
                <w:sz w:val="17"/>
              </w:rPr>
              <w:t xml:space="preserve"> Oui </w:t>
            </w:r>
            <w:r w:rsidRPr="00ED16E5">
              <w:rPr>
                <w:rFonts w:ascii="Segoe UI Symbol" w:hAnsi="Segoe UI Symbol" w:cs="Segoe UI Symbol"/>
                <w:sz w:val="17"/>
              </w:rPr>
              <w:t>☐</w:t>
            </w:r>
            <w:r w:rsidRPr="00ED16E5">
              <w:rPr>
                <w:rFonts w:asciiTheme="majorHAnsi" w:hAnsiTheme="majorHAnsi" w:cstheme="majorHAnsi"/>
                <w:sz w:val="17"/>
              </w:rPr>
              <w:t xml:space="preserve"> Non</w:t>
            </w:r>
          </w:p>
        </w:tc>
        <w:tc>
          <w:tcPr>
            <w:tcW w:w="1772" w:type="dxa"/>
            <w:tcMar>
              <w:top w:w="80" w:type="dxa"/>
              <w:left w:w="80" w:type="dxa"/>
              <w:bottom w:w="80" w:type="dxa"/>
              <w:right w:w="80" w:type="dxa"/>
            </w:tcMar>
            <w:vAlign w:val="center"/>
          </w:tcPr>
          <w:p w14:paraId="5537694C" w14:textId="156CF957"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270" w:type="dxa"/>
            <w:tcMar>
              <w:top w:w="80" w:type="dxa"/>
              <w:left w:w="80" w:type="dxa"/>
              <w:bottom w:w="80" w:type="dxa"/>
              <w:right w:w="80" w:type="dxa"/>
            </w:tcMar>
            <w:vAlign w:val="center"/>
          </w:tcPr>
          <w:p w14:paraId="49CF77E1" w14:textId="10A6432B"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r>
      <w:tr w:rsidR="00A10E10" w:rsidRPr="00ED16E5" w14:paraId="334F50CD" w14:textId="77777777" w:rsidTr="00A10E10">
        <w:trPr>
          <w:jc w:val="center"/>
        </w:trPr>
        <w:tc>
          <w:tcPr>
            <w:tcW w:w="1832" w:type="dxa"/>
            <w:tcMar>
              <w:top w:w="80" w:type="dxa"/>
              <w:left w:w="80" w:type="dxa"/>
              <w:bottom w:w="80" w:type="dxa"/>
              <w:right w:w="80" w:type="dxa"/>
            </w:tcMar>
            <w:vAlign w:val="center"/>
          </w:tcPr>
          <w:p w14:paraId="4ACF0CE5" w14:textId="556B83D0"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380" w:type="dxa"/>
            <w:tcMar>
              <w:top w:w="80" w:type="dxa"/>
              <w:left w:w="80" w:type="dxa"/>
              <w:bottom w:w="80" w:type="dxa"/>
              <w:right w:w="80" w:type="dxa"/>
            </w:tcMar>
            <w:vAlign w:val="center"/>
          </w:tcPr>
          <w:p w14:paraId="042E99D7" w14:textId="18ACAF70" w:rsidR="00A10E10" w:rsidRPr="00ED16E5" w:rsidRDefault="00A10E10" w:rsidP="00A10E10">
            <w:pPr>
              <w:spacing w:after="0"/>
              <w:rPr>
                <w:rFonts w:asciiTheme="majorHAnsi" w:hAnsiTheme="majorHAnsi" w:cstheme="majorHAnsi"/>
                <w:sz w:val="17"/>
              </w:rPr>
            </w:pPr>
            <w:r w:rsidRPr="00ED16E5">
              <w:rPr>
                <w:rFonts w:ascii="Segoe UI Symbol" w:hAnsi="Segoe UI Symbol" w:cs="Segoe UI Symbol"/>
                <w:sz w:val="17"/>
              </w:rPr>
              <w:t>☐</w:t>
            </w:r>
            <w:r w:rsidRPr="00ED16E5">
              <w:rPr>
                <w:rFonts w:asciiTheme="majorHAnsi" w:hAnsiTheme="majorHAnsi" w:cstheme="majorHAnsi"/>
                <w:sz w:val="17"/>
              </w:rPr>
              <w:t xml:space="preserve"> Oui </w:t>
            </w:r>
            <w:r w:rsidRPr="00ED16E5">
              <w:rPr>
                <w:rFonts w:ascii="Segoe UI Symbol" w:hAnsi="Segoe UI Symbol" w:cs="Segoe UI Symbol"/>
                <w:sz w:val="17"/>
              </w:rPr>
              <w:t>☐</w:t>
            </w:r>
            <w:r w:rsidRPr="00ED16E5">
              <w:rPr>
                <w:rFonts w:asciiTheme="majorHAnsi" w:hAnsiTheme="majorHAnsi" w:cstheme="majorHAnsi"/>
                <w:sz w:val="17"/>
              </w:rPr>
              <w:t xml:space="preserve"> Non</w:t>
            </w:r>
          </w:p>
        </w:tc>
        <w:tc>
          <w:tcPr>
            <w:tcW w:w="1407" w:type="dxa"/>
            <w:tcMar>
              <w:top w:w="80" w:type="dxa"/>
              <w:left w:w="80" w:type="dxa"/>
              <w:bottom w:w="80" w:type="dxa"/>
              <w:right w:w="80" w:type="dxa"/>
            </w:tcMar>
            <w:vAlign w:val="center"/>
          </w:tcPr>
          <w:p w14:paraId="0AD08F1F" w14:textId="33D30C3E" w:rsidR="00A10E10" w:rsidRPr="00ED16E5" w:rsidRDefault="00A10E10" w:rsidP="00A10E10">
            <w:pPr>
              <w:spacing w:after="0"/>
              <w:rPr>
                <w:rFonts w:asciiTheme="majorHAnsi" w:hAnsiTheme="majorHAnsi" w:cstheme="majorHAnsi"/>
                <w:sz w:val="17"/>
              </w:rPr>
            </w:pPr>
            <w:r w:rsidRPr="00ED16E5">
              <w:rPr>
                <w:rFonts w:ascii="Segoe UI Symbol" w:hAnsi="Segoe UI Symbol" w:cs="Segoe UI Symbol"/>
                <w:sz w:val="17"/>
              </w:rPr>
              <w:t>☐</w:t>
            </w:r>
            <w:r w:rsidRPr="00ED16E5">
              <w:rPr>
                <w:rFonts w:asciiTheme="majorHAnsi" w:hAnsiTheme="majorHAnsi" w:cstheme="majorHAnsi"/>
                <w:sz w:val="17"/>
              </w:rPr>
              <w:t xml:space="preserve"> Oui </w:t>
            </w:r>
            <w:r w:rsidRPr="00ED16E5">
              <w:rPr>
                <w:rFonts w:ascii="Segoe UI Symbol" w:hAnsi="Segoe UI Symbol" w:cs="Segoe UI Symbol"/>
                <w:sz w:val="17"/>
              </w:rPr>
              <w:t>☐</w:t>
            </w:r>
            <w:r w:rsidRPr="00ED16E5">
              <w:rPr>
                <w:rFonts w:asciiTheme="majorHAnsi" w:hAnsiTheme="majorHAnsi" w:cstheme="majorHAnsi"/>
                <w:sz w:val="17"/>
              </w:rPr>
              <w:t xml:space="preserve"> Non</w:t>
            </w:r>
          </w:p>
        </w:tc>
        <w:tc>
          <w:tcPr>
            <w:tcW w:w="1409" w:type="dxa"/>
            <w:tcMar>
              <w:top w:w="80" w:type="dxa"/>
              <w:left w:w="80" w:type="dxa"/>
              <w:bottom w:w="80" w:type="dxa"/>
              <w:right w:w="80" w:type="dxa"/>
            </w:tcMar>
            <w:vAlign w:val="center"/>
          </w:tcPr>
          <w:p w14:paraId="7E0F4CB5" w14:textId="428974F9" w:rsidR="00A10E10" w:rsidRPr="00ED16E5" w:rsidRDefault="00A10E10" w:rsidP="00A10E10">
            <w:pPr>
              <w:spacing w:after="0"/>
              <w:rPr>
                <w:rFonts w:asciiTheme="majorHAnsi" w:hAnsiTheme="majorHAnsi" w:cstheme="majorHAnsi"/>
                <w:sz w:val="17"/>
              </w:rPr>
            </w:pPr>
            <w:r w:rsidRPr="00ED16E5">
              <w:rPr>
                <w:rFonts w:ascii="Segoe UI Symbol" w:hAnsi="Segoe UI Symbol" w:cs="Segoe UI Symbol"/>
                <w:sz w:val="17"/>
              </w:rPr>
              <w:t>☐</w:t>
            </w:r>
            <w:r w:rsidRPr="00ED16E5">
              <w:rPr>
                <w:rFonts w:asciiTheme="majorHAnsi" w:hAnsiTheme="majorHAnsi" w:cstheme="majorHAnsi"/>
                <w:sz w:val="17"/>
              </w:rPr>
              <w:t xml:space="preserve"> Oui </w:t>
            </w:r>
            <w:r w:rsidRPr="00ED16E5">
              <w:rPr>
                <w:rFonts w:ascii="Segoe UI Symbol" w:hAnsi="Segoe UI Symbol" w:cs="Segoe UI Symbol"/>
                <w:sz w:val="17"/>
              </w:rPr>
              <w:t>☐</w:t>
            </w:r>
            <w:r w:rsidRPr="00ED16E5">
              <w:rPr>
                <w:rFonts w:asciiTheme="majorHAnsi" w:hAnsiTheme="majorHAnsi" w:cstheme="majorHAnsi"/>
                <w:sz w:val="17"/>
              </w:rPr>
              <w:t xml:space="preserve"> Non</w:t>
            </w:r>
          </w:p>
        </w:tc>
        <w:tc>
          <w:tcPr>
            <w:tcW w:w="1772" w:type="dxa"/>
            <w:tcMar>
              <w:top w:w="80" w:type="dxa"/>
              <w:left w:w="80" w:type="dxa"/>
              <w:bottom w:w="80" w:type="dxa"/>
              <w:right w:w="80" w:type="dxa"/>
            </w:tcMar>
            <w:vAlign w:val="center"/>
          </w:tcPr>
          <w:p w14:paraId="2BFEC1A7" w14:textId="2E59551E"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270" w:type="dxa"/>
            <w:tcMar>
              <w:top w:w="80" w:type="dxa"/>
              <w:left w:w="80" w:type="dxa"/>
              <w:bottom w:w="80" w:type="dxa"/>
              <w:right w:w="80" w:type="dxa"/>
            </w:tcMar>
            <w:vAlign w:val="center"/>
          </w:tcPr>
          <w:p w14:paraId="6757EDEB" w14:textId="34231F83"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r>
      <w:tr w:rsidR="00A10E10" w:rsidRPr="00ED16E5" w14:paraId="424A7D70" w14:textId="77777777" w:rsidTr="00A10E10">
        <w:trPr>
          <w:jc w:val="center"/>
        </w:trPr>
        <w:tc>
          <w:tcPr>
            <w:tcW w:w="1832" w:type="dxa"/>
            <w:tcMar>
              <w:top w:w="80" w:type="dxa"/>
              <w:left w:w="80" w:type="dxa"/>
              <w:bottom w:w="80" w:type="dxa"/>
              <w:right w:w="80" w:type="dxa"/>
            </w:tcMar>
            <w:vAlign w:val="center"/>
          </w:tcPr>
          <w:p w14:paraId="04DB88B1" w14:textId="427CC699"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380" w:type="dxa"/>
            <w:tcMar>
              <w:top w:w="80" w:type="dxa"/>
              <w:left w:w="80" w:type="dxa"/>
              <w:bottom w:w="80" w:type="dxa"/>
              <w:right w:w="80" w:type="dxa"/>
            </w:tcMar>
            <w:vAlign w:val="center"/>
          </w:tcPr>
          <w:p w14:paraId="751794F6" w14:textId="47DBA589" w:rsidR="00A10E10" w:rsidRPr="00ED16E5" w:rsidRDefault="00A10E10" w:rsidP="00A10E10">
            <w:pPr>
              <w:spacing w:after="0"/>
              <w:rPr>
                <w:rFonts w:asciiTheme="majorHAnsi" w:hAnsiTheme="majorHAnsi" w:cstheme="majorHAnsi"/>
                <w:sz w:val="17"/>
              </w:rPr>
            </w:pPr>
            <w:r w:rsidRPr="00ED16E5">
              <w:rPr>
                <w:rFonts w:ascii="Segoe UI Symbol" w:hAnsi="Segoe UI Symbol" w:cs="Segoe UI Symbol"/>
                <w:sz w:val="17"/>
              </w:rPr>
              <w:t>☐</w:t>
            </w:r>
            <w:r w:rsidRPr="00ED16E5">
              <w:rPr>
                <w:rFonts w:asciiTheme="majorHAnsi" w:hAnsiTheme="majorHAnsi" w:cstheme="majorHAnsi"/>
                <w:sz w:val="17"/>
              </w:rPr>
              <w:t xml:space="preserve"> Oui </w:t>
            </w:r>
            <w:r w:rsidRPr="00ED16E5">
              <w:rPr>
                <w:rFonts w:ascii="Segoe UI Symbol" w:hAnsi="Segoe UI Symbol" w:cs="Segoe UI Symbol"/>
                <w:sz w:val="17"/>
              </w:rPr>
              <w:t>☐</w:t>
            </w:r>
            <w:r w:rsidRPr="00ED16E5">
              <w:rPr>
                <w:rFonts w:asciiTheme="majorHAnsi" w:hAnsiTheme="majorHAnsi" w:cstheme="majorHAnsi"/>
                <w:sz w:val="17"/>
              </w:rPr>
              <w:t xml:space="preserve"> Non</w:t>
            </w:r>
          </w:p>
        </w:tc>
        <w:tc>
          <w:tcPr>
            <w:tcW w:w="1407" w:type="dxa"/>
            <w:tcMar>
              <w:top w:w="80" w:type="dxa"/>
              <w:left w:w="80" w:type="dxa"/>
              <w:bottom w:w="80" w:type="dxa"/>
              <w:right w:w="80" w:type="dxa"/>
            </w:tcMar>
            <w:vAlign w:val="center"/>
          </w:tcPr>
          <w:p w14:paraId="24BA9715" w14:textId="506A5D53" w:rsidR="00A10E10" w:rsidRPr="00ED16E5" w:rsidRDefault="00A10E10" w:rsidP="00A10E10">
            <w:pPr>
              <w:spacing w:after="0"/>
              <w:rPr>
                <w:rFonts w:asciiTheme="majorHAnsi" w:hAnsiTheme="majorHAnsi" w:cstheme="majorHAnsi"/>
                <w:sz w:val="17"/>
              </w:rPr>
            </w:pPr>
            <w:r w:rsidRPr="00ED16E5">
              <w:rPr>
                <w:rFonts w:ascii="Segoe UI Symbol" w:hAnsi="Segoe UI Symbol" w:cs="Segoe UI Symbol"/>
                <w:sz w:val="17"/>
              </w:rPr>
              <w:t>☐</w:t>
            </w:r>
            <w:r w:rsidRPr="00ED16E5">
              <w:rPr>
                <w:rFonts w:asciiTheme="majorHAnsi" w:hAnsiTheme="majorHAnsi" w:cstheme="majorHAnsi"/>
                <w:sz w:val="17"/>
              </w:rPr>
              <w:t xml:space="preserve"> Oui </w:t>
            </w:r>
            <w:r w:rsidRPr="00ED16E5">
              <w:rPr>
                <w:rFonts w:ascii="Segoe UI Symbol" w:hAnsi="Segoe UI Symbol" w:cs="Segoe UI Symbol"/>
                <w:sz w:val="17"/>
              </w:rPr>
              <w:t>☐</w:t>
            </w:r>
            <w:r w:rsidRPr="00ED16E5">
              <w:rPr>
                <w:rFonts w:asciiTheme="majorHAnsi" w:hAnsiTheme="majorHAnsi" w:cstheme="majorHAnsi"/>
                <w:sz w:val="17"/>
              </w:rPr>
              <w:t xml:space="preserve"> Non</w:t>
            </w:r>
          </w:p>
        </w:tc>
        <w:tc>
          <w:tcPr>
            <w:tcW w:w="1409" w:type="dxa"/>
            <w:tcMar>
              <w:top w:w="80" w:type="dxa"/>
              <w:left w:w="80" w:type="dxa"/>
              <w:bottom w:w="80" w:type="dxa"/>
              <w:right w:w="80" w:type="dxa"/>
            </w:tcMar>
            <w:vAlign w:val="center"/>
          </w:tcPr>
          <w:p w14:paraId="2542C1E5" w14:textId="1B8B09DA" w:rsidR="00A10E10" w:rsidRPr="00ED16E5" w:rsidRDefault="00A10E10" w:rsidP="00A10E10">
            <w:pPr>
              <w:spacing w:after="0"/>
              <w:rPr>
                <w:rFonts w:asciiTheme="majorHAnsi" w:hAnsiTheme="majorHAnsi" w:cstheme="majorHAnsi"/>
                <w:sz w:val="17"/>
              </w:rPr>
            </w:pPr>
            <w:r w:rsidRPr="00ED16E5">
              <w:rPr>
                <w:rFonts w:ascii="Segoe UI Symbol" w:hAnsi="Segoe UI Symbol" w:cs="Segoe UI Symbol"/>
                <w:sz w:val="17"/>
              </w:rPr>
              <w:t>☐</w:t>
            </w:r>
            <w:r w:rsidRPr="00ED16E5">
              <w:rPr>
                <w:rFonts w:asciiTheme="majorHAnsi" w:hAnsiTheme="majorHAnsi" w:cstheme="majorHAnsi"/>
                <w:sz w:val="17"/>
              </w:rPr>
              <w:t xml:space="preserve"> Oui </w:t>
            </w:r>
            <w:r w:rsidRPr="00ED16E5">
              <w:rPr>
                <w:rFonts w:ascii="Segoe UI Symbol" w:hAnsi="Segoe UI Symbol" w:cs="Segoe UI Symbol"/>
                <w:sz w:val="17"/>
              </w:rPr>
              <w:t>☐</w:t>
            </w:r>
            <w:r w:rsidRPr="00ED16E5">
              <w:rPr>
                <w:rFonts w:asciiTheme="majorHAnsi" w:hAnsiTheme="majorHAnsi" w:cstheme="majorHAnsi"/>
                <w:sz w:val="17"/>
              </w:rPr>
              <w:t xml:space="preserve"> Non</w:t>
            </w:r>
          </w:p>
        </w:tc>
        <w:tc>
          <w:tcPr>
            <w:tcW w:w="1772" w:type="dxa"/>
            <w:tcMar>
              <w:top w:w="80" w:type="dxa"/>
              <w:left w:w="80" w:type="dxa"/>
              <w:bottom w:w="80" w:type="dxa"/>
              <w:right w:w="80" w:type="dxa"/>
            </w:tcMar>
            <w:vAlign w:val="center"/>
          </w:tcPr>
          <w:p w14:paraId="0D1529B0" w14:textId="4005BBB9"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270" w:type="dxa"/>
            <w:tcMar>
              <w:top w:w="80" w:type="dxa"/>
              <w:left w:w="80" w:type="dxa"/>
              <w:bottom w:w="80" w:type="dxa"/>
              <w:right w:w="80" w:type="dxa"/>
            </w:tcMar>
            <w:vAlign w:val="center"/>
          </w:tcPr>
          <w:p w14:paraId="7FED00F4" w14:textId="36FF85A5"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r>
      <w:tr w:rsidR="00A10E10" w:rsidRPr="00ED16E5" w14:paraId="5FE4C40A" w14:textId="77777777" w:rsidTr="00A10E10">
        <w:trPr>
          <w:jc w:val="center"/>
        </w:trPr>
        <w:tc>
          <w:tcPr>
            <w:tcW w:w="1832" w:type="dxa"/>
            <w:tcMar>
              <w:top w:w="80" w:type="dxa"/>
              <w:left w:w="80" w:type="dxa"/>
              <w:bottom w:w="80" w:type="dxa"/>
              <w:right w:w="80" w:type="dxa"/>
            </w:tcMar>
            <w:vAlign w:val="center"/>
          </w:tcPr>
          <w:p w14:paraId="3EBB01A3" w14:textId="03B6D1D4"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380" w:type="dxa"/>
            <w:tcMar>
              <w:top w:w="80" w:type="dxa"/>
              <w:left w:w="80" w:type="dxa"/>
              <w:bottom w:w="80" w:type="dxa"/>
              <w:right w:w="80" w:type="dxa"/>
            </w:tcMar>
            <w:vAlign w:val="center"/>
          </w:tcPr>
          <w:p w14:paraId="273A9CCA" w14:textId="179C5F0D" w:rsidR="00A10E10" w:rsidRPr="00ED16E5" w:rsidRDefault="00A10E10" w:rsidP="00A10E10">
            <w:pPr>
              <w:spacing w:after="0"/>
              <w:rPr>
                <w:rFonts w:asciiTheme="majorHAnsi" w:hAnsiTheme="majorHAnsi" w:cstheme="majorHAnsi"/>
                <w:sz w:val="17"/>
              </w:rPr>
            </w:pPr>
            <w:r w:rsidRPr="00ED16E5">
              <w:rPr>
                <w:rFonts w:ascii="Segoe UI Symbol" w:hAnsi="Segoe UI Symbol" w:cs="Segoe UI Symbol"/>
                <w:sz w:val="17"/>
              </w:rPr>
              <w:t>☐</w:t>
            </w:r>
            <w:r w:rsidRPr="00ED16E5">
              <w:rPr>
                <w:rFonts w:asciiTheme="majorHAnsi" w:hAnsiTheme="majorHAnsi" w:cstheme="majorHAnsi"/>
                <w:sz w:val="17"/>
              </w:rPr>
              <w:t xml:space="preserve"> Oui </w:t>
            </w:r>
            <w:r w:rsidRPr="00ED16E5">
              <w:rPr>
                <w:rFonts w:ascii="Segoe UI Symbol" w:hAnsi="Segoe UI Symbol" w:cs="Segoe UI Symbol"/>
                <w:sz w:val="17"/>
              </w:rPr>
              <w:t>☐</w:t>
            </w:r>
            <w:r w:rsidRPr="00ED16E5">
              <w:rPr>
                <w:rFonts w:asciiTheme="majorHAnsi" w:hAnsiTheme="majorHAnsi" w:cstheme="majorHAnsi"/>
                <w:sz w:val="17"/>
              </w:rPr>
              <w:t xml:space="preserve"> Non</w:t>
            </w:r>
          </w:p>
        </w:tc>
        <w:tc>
          <w:tcPr>
            <w:tcW w:w="1407" w:type="dxa"/>
            <w:tcMar>
              <w:top w:w="80" w:type="dxa"/>
              <w:left w:w="80" w:type="dxa"/>
              <w:bottom w:w="80" w:type="dxa"/>
              <w:right w:w="80" w:type="dxa"/>
            </w:tcMar>
            <w:vAlign w:val="center"/>
          </w:tcPr>
          <w:p w14:paraId="0E9DAB4E" w14:textId="64F72F91" w:rsidR="00A10E10" w:rsidRPr="00ED16E5" w:rsidRDefault="00A10E10" w:rsidP="00A10E10">
            <w:pPr>
              <w:spacing w:after="0"/>
              <w:rPr>
                <w:rFonts w:asciiTheme="majorHAnsi" w:hAnsiTheme="majorHAnsi" w:cstheme="majorHAnsi"/>
                <w:sz w:val="17"/>
              </w:rPr>
            </w:pPr>
            <w:r w:rsidRPr="00ED16E5">
              <w:rPr>
                <w:rFonts w:ascii="Segoe UI Symbol" w:hAnsi="Segoe UI Symbol" w:cs="Segoe UI Symbol"/>
                <w:sz w:val="17"/>
              </w:rPr>
              <w:t>☐</w:t>
            </w:r>
            <w:r w:rsidRPr="00ED16E5">
              <w:rPr>
                <w:rFonts w:asciiTheme="majorHAnsi" w:hAnsiTheme="majorHAnsi" w:cstheme="majorHAnsi"/>
                <w:sz w:val="17"/>
              </w:rPr>
              <w:t xml:space="preserve"> Oui </w:t>
            </w:r>
            <w:r w:rsidRPr="00ED16E5">
              <w:rPr>
                <w:rFonts w:ascii="Segoe UI Symbol" w:hAnsi="Segoe UI Symbol" w:cs="Segoe UI Symbol"/>
                <w:sz w:val="17"/>
              </w:rPr>
              <w:t>☐</w:t>
            </w:r>
            <w:r w:rsidRPr="00ED16E5">
              <w:rPr>
                <w:rFonts w:asciiTheme="majorHAnsi" w:hAnsiTheme="majorHAnsi" w:cstheme="majorHAnsi"/>
                <w:sz w:val="17"/>
              </w:rPr>
              <w:t xml:space="preserve"> Non</w:t>
            </w:r>
          </w:p>
        </w:tc>
        <w:tc>
          <w:tcPr>
            <w:tcW w:w="1409" w:type="dxa"/>
            <w:tcMar>
              <w:top w:w="80" w:type="dxa"/>
              <w:left w:w="80" w:type="dxa"/>
              <w:bottom w:w="80" w:type="dxa"/>
              <w:right w:w="80" w:type="dxa"/>
            </w:tcMar>
            <w:vAlign w:val="center"/>
          </w:tcPr>
          <w:p w14:paraId="51C19279" w14:textId="79E8B034" w:rsidR="00A10E10" w:rsidRPr="00ED16E5" w:rsidRDefault="00A10E10" w:rsidP="00A10E10">
            <w:pPr>
              <w:spacing w:after="0"/>
              <w:rPr>
                <w:rFonts w:asciiTheme="majorHAnsi" w:hAnsiTheme="majorHAnsi" w:cstheme="majorHAnsi"/>
                <w:sz w:val="17"/>
              </w:rPr>
            </w:pPr>
            <w:r w:rsidRPr="00ED16E5">
              <w:rPr>
                <w:rFonts w:ascii="Segoe UI Symbol" w:hAnsi="Segoe UI Symbol" w:cs="Segoe UI Symbol"/>
                <w:sz w:val="17"/>
              </w:rPr>
              <w:t>☐</w:t>
            </w:r>
            <w:r w:rsidRPr="00ED16E5">
              <w:rPr>
                <w:rFonts w:asciiTheme="majorHAnsi" w:hAnsiTheme="majorHAnsi" w:cstheme="majorHAnsi"/>
                <w:sz w:val="17"/>
              </w:rPr>
              <w:t xml:space="preserve"> Oui </w:t>
            </w:r>
            <w:r w:rsidRPr="00ED16E5">
              <w:rPr>
                <w:rFonts w:ascii="Segoe UI Symbol" w:hAnsi="Segoe UI Symbol" w:cs="Segoe UI Symbol"/>
                <w:sz w:val="17"/>
              </w:rPr>
              <w:t>☐</w:t>
            </w:r>
            <w:r w:rsidRPr="00ED16E5">
              <w:rPr>
                <w:rFonts w:asciiTheme="majorHAnsi" w:hAnsiTheme="majorHAnsi" w:cstheme="majorHAnsi"/>
                <w:sz w:val="17"/>
              </w:rPr>
              <w:t xml:space="preserve"> Non</w:t>
            </w:r>
          </w:p>
        </w:tc>
        <w:tc>
          <w:tcPr>
            <w:tcW w:w="1772" w:type="dxa"/>
            <w:tcMar>
              <w:top w:w="80" w:type="dxa"/>
              <w:left w:w="80" w:type="dxa"/>
              <w:bottom w:w="80" w:type="dxa"/>
              <w:right w:w="80" w:type="dxa"/>
            </w:tcMar>
            <w:vAlign w:val="center"/>
          </w:tcPr>
          <w:p w14:paraId="0A1CFC35" w14:textId="6EBCB59F"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270" w:type="dxa"/>
            <w:tcMar>
              <w:top w:w="80" w:type="dxa"/>
              <w:left w:w="80" w:type="dxa"/>
              <w:bottom w:w="80" w:type="dxa"/>
              <w:right w:w="80" w:type="dxa"/>
            </w:tcMar>
            <w:vAlign w:val="center"/>
          </w:tcPr>
          <w:p w14:paraId="15044556" w14:textId="589082FB"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r>
      <w:tr w:rsidR="00A10E10" w:rsidRPr="00ED16E5" w14:paraId="4B71FEE1" w14:textId="77777777" w:rsidTr="00A10E10">
        <w:trPr>
          <w:jc w:val="center"/>
        </w:trPr>
        <w:tc>
          <w:tcPr>
            <w:tcW w:w="1832" w:type="dxa"/>
            <w:tcMar>
              <w:top w:w="80" w:type="dxa"/>
              <w:left w:w="80" w:type="dxa"/>
              <w:bottom w:w="80" w:type="dxa"/>
              <w:right w:w="80" w:type="dxa"/>
            </w:tcMar>
            <w:vAlign w:val="center"/>
          </w:tcPr>
          <w:p w14:paraId="605D786E" w14:textId="548AF397"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380" w:type="dxa"/>
            <w:tcMar>
              <w:top w:w="80" w:type="dxa"/>
              <w:left w:w="80" w:type="dxa"/>
              <w:bottom w:w="80" w:type="dxa"/>
              <w:right w:w="80" w:type="dxa"/>
            </w:tcMar>
            <w:vAlign w:val="center"/>
          </w:tcPr>
          <w:p w14:paraId="7CE1EC86" w14:textId="71AFBB79" w:rsidR="00A10E10" w:rsidRPr="00ED16E5" w:rsidRDefault="00A10E10" w:rsidP="00A10E10">
            <w:pPr>
              <w:spacing w:after="0"/>
              <w:rPr>
                <w:rFonts w:asciiTheme="majorHAnsi" w:hAnsiTheme="majorHAnsi" w:cstheme="majorHAnsi"/>
                <w:sz w:val="17"/>
              </w:rPr>
            </w:pPr>
            <w:r w:rsidRPr="00ED16E5">
              <w:rPr>
                <w:rFonts w:ascii="Segoe UI Symbol" w:hAnsi="Segoe UI Symbol" w:cs="Segoe UI Symbol"/>
                <w:sz w:val="17"/>
              </w:rPr>
              <w:t>☐</w:t>
            </w:r>
            <w:r w:rsidRPr="00ED16E5">
              <w:rPr>
                <w:rFonts w:asciiTheme="majorHAnsi" w:hAnsiTheme="majorHAnsi" w:cstheme="majorHAnsi"/>
                <w:sz w:val="17"/>
              </w:rPr>
              <w:t xml:space="preserve"> Oui </w:t>
            </w:r>
            <w:r w:rsidRPr="00ED16E5">
              <w:rPr>
                <w:rFonts w:ascii="Segoe UI Symbol" w:hAnsi="Segoe UI Symbol" w:cs="Segoe UI Symbol"/>
                <w:sz w:val="17"/>
              </w:rPr>
              <w:t>☐</w:t>
            </w:r>
            <w:r w:rsidRPr="00ED16E5">
              <w:rPr>
                <w:rFonts w:asciiTheme="majorHAnsi" w:hAnsiTheme="majorHAnsi" w:cstheme="majorHAnsi"/>
                <w:sz w:val="17"/>
              </w:rPr>
              <w:t xml:space="preserve"> Non</w:t>
            </w:r>
          </w:p>
        </w:tc>
        <w:tc>
          <w:tcPr>
            <w:tcW w:w="1407" w:type="dxa"/>
            <w:tcMar>
              <w:top w:w="80" w:type="dxa"/>
              <w:left w:w="80" w:type="dxa"/>
              <w:bottom w:w="80" w:type="dxa"/>
              <w:right w:w="80" w:type="dxa"/>
            </w:tcMar>
            <w:vAlign w:val="center"/>
          </w:tcPr>
          <w:p w14:paraId="023BC559" w14:textId="7DB80611" w:rsidR="00A10E10" w:rsidRPr="00ED16E5" w:rsidRDefault="00A10E10" w:rsidP="00A10E10">
            <w:pPr>
              <w:spacing w:after="0"/>
              <w:rPr>
                <w:rFonts w:asciiTheme="majorHAnsi" w:hAnsiTheme="majorHAnsi" w:cstheme="majorHAnsi"/>
                <w:sz w:val="17"/>
              </w:rPr>
            </w:pPr>
            <w:r w:rsidRPr="00ED16E5">
              <w:rPr>
                <w:rFonts w:ascii="Segoe UI Symbol" w:hAnsi="Segoe UI Symbol" w:cs="Segoe UI Symbol"/>
                <w:sz w:val="17"/>
              </w:rPr>
              <w:t>☐</w:t>
            </w:r>
            <w:r w:rsidRPr="00ED16E5">
              <w:rPr>
                <w:rFonts w:asciiTheme="majorHAnsi" w:hAnsiTheme="majorHAnsi" w:cstheme="majorHAnsi"/>
                <w:sz w:val="17"/>
              </w:rPr>
              <w:t xml:space="preserve"> Oui </w:t>
            </w:r>
            <w:r w:rsidRPr="00ED16E5">
              <w:rPr>
                <w:rFonts w:ascii="Segoe UI Symbol" w:hAnsi="Segoe UI Symbol" w:cs="Segoe UI Symbol"/>
                <w:sz w:val="17"/>
              </w:rPr>
              <w:t>☐</w:t>
            </w:r>
            <w:r w:rsidRPr="00ED16E5">
              <w:rPr>
                <w:rFonts w:asciiTheme="majorHAnsi" w:hAnsiTheme="majorHAnsi" w:cstheme="majorHAnsi"/>
                <w:sz w:val="17"/>
              </w:rPr>
              <w:t xml:space="preserve"> Non</w:t>
            </w:r>
          </w:p>
        </w:tc>
        <w:tc>
          <w:tcPr>
            <w:tcW w:w="1409" w:type="dxa"/>
            <w:tcMar>
              <w:top w:w="80" w:type="dxa"/>
              <w:left w:w="80" w:type="dxa"/>
              <w:bottom w:w="80" w:type="dxa"/>
              <w:right w:w="80" w:type="dxa"/>
            </w:tcMar>
            <w:vAlign w:val="center"/>
          </w:tcPr>
          <w:p w14:paraId="4A0E93C4" w14:textId="17CDB6C9" w:rsidR="00A10E10" w:rsidRPr="00ED16E5" w:rsidRDefault="00A10E10" w:rsidP="00A10E10">
            <w:pPr>
              <w:spacing w:after="0"/>
              <w:rPr>
                <w:rFonts w:asciiTheme="majorHAnsi" w:hAnsiTheme="majorHAnsi" w:cstheme="majorHAnsi"/>
                <w:sz w:val="17"/>
              </w:rPr>
            </w:pPr>
            <w:r w:rsidRPr="00ED16E5">
              <w:rPr>
                <w:rFonts w:ascii="Segoe UI Symbol" w:hAnsi="Segoe UI Symbol" w:cs="Segoe UI Symbol"/>
                <w:sz w:val="17"/>
              </w:rPr>
              <w:t>☐</w:t>
            </w:r>
            <w:r w:rsidRPr="00ED16E5">
              <w:rPr>
                <w:rFonts w:asciiTheme="majorHAnsi" w:hAnsiTheme="majorHAnsi" w:cstheme="majorHAnsi"/>
                <w:sz w:val="17"/>
              </w:rPr>
              <w:t xml:space="preserve"> Oui </w:t>
            </w:r>
            <w:r w:rsidRPr="00ED16E5">
              <w:rPr>
                <w:rFonts w:ascii="Segoe UI Symbol" w:hAnsi="Segoe UI Symbol" w:cs="Segoe UI Symbol"/>
                <w:sz w:val="17"/>
              </w:rPr>
              <w:t>☐</w:t>
            </w:r>
            <w:r w:rsidRPr="00ED16E5">
              <w:rPr>
                <w:rFonts w:asciiTheme="majorHAnsi" w:hAnsiTheme="majorHAnsi" w:cstheme="majorHAnsi"/>
                <w:sz w:val="17"/>
              </w:rPr>
              <w:t xml:space="preserve"> Non</w:t>
            </w:r>
          </w:p>
        </w:tc>
        <w:tc>
          <w:tcPr>
            <w:tcW w:w="1772" w:type="dxa"/>
            <w:tcMar>
              <w:top w:w="80" w:type="dxa"/>
              <w:left w:w="80" w:type="dxa"/>
              <w:bottom w:w="80" w:type="dxa"/>
              <w:right w:w="80" w:type="dxa"/>
            </w:tcMar>
            <w:vAlign w:val="center"/>
          </w:tcPr>
          <w:p w14:paraId="2C479508" w14:textId="49E9F331"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270" w:type="dxa"/>
            <w:tcMar>
              <w:top w:w="80" w:type="dxa"/>
              <w:left w:w="80" w:type="dxa"/>
              <w:bottom w:w="80" w:type="dxa"/>
              <w:right w:w="80" w:type="dxa"/>
            </w:tcMar>
            <w:vAlign w:val="center"/>
          </w:tcPr>
          <w:p w14:paraId="512D21AE" w14:textId="2F238527"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r>
      <w:tr w:rsidR="00A10E10" w:rsidRPr="00ED16E5" w14:paraId="56A90377" w14:textId="77777777" w:rsidTr="00A10E10">
        <w:trPr>
          <w:jc w:val="center"/>
        </w:trPr>
        <w:tc>
          <w:tcPr>
            <w:tcW w:w="1832" w:type="dxa"/>
            <w:tcMar>
              <w:top w:w="80" w:type="dxa"/>
              <w:left w:w="80" w:type="dxa"/>
              <w:bottom w:w="80" w:type="dxa"/>
              <w:right w:w="80" w:type="dxa"/>
            </w:tcMar>
            <w:vAlign w:val="center"/>
          </w:tcPr>
          <w:p w14:paraId="6F4BE270" w14:textId="00B807A8"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380" w:type="dxa"/>
            <w:tcMar>
              <w:top w:w="80" w:type="dxa"/>
              <w:left w:w="80" w:type="dxa"/>
              <w:bottom w:w="80" w:type="dxa"/>
              <w:right w:w="80" w:type="dxa"/>
            </w:tcMar>
            <w:vAlign w:val="center"/>
          </w:tcPr>
          <w:p w14:paraId="4D3AE7AF" w14:textId="2F0A6D62" w:rsidR="00A10E10" w:rsidRPr="00ED16E5" w:rsidRDefault="00A10E10" w:rsidP="00A10E10">
            <w:pPr>
              <w:spacing w:after="0"/>
              <w:rPr>
                <w:rFonts w:asciiTheme="majorHAnsi" w:hAnsiTheme="majorHAnsi" w:cstheme="majorHAnsi"/>
                <w:sz w:val="17"/>
              </w:rPr>
            </w:pPr>
            <w:r w:rsidRPr="00ED16E5">
              <w:rPr>
                <w:rFonts w:ascii="Segoe UI Symbol" w:hAnsi="Segoe UI Symbol" w:cs="Segoe UI Symbol"/>
                <w:sz w:val="17"/>
              </w:rPr>
              <w:t>☐</w:t>
            </w:r>
            <w:r w:rsidRPr="00ED16E5">
              <w:rPr>
                <w:rFonts w:asciiTheme="majorHAnsi" w:hAnsiTheme="majorHAnsi" w:cstheme="majorHAnsi"/>
                <w:sz w:val="17"/>
              </w:rPr>
              <w:t xml:space="preserve"> Oui </w:t>
            </w:r>
            <w:r w:rsidRPr="00ED16E5">
              <w:rPr>
                <w:rFonts w:ascii="Segoe UI Symbol" w:hAnsi="Segoe UI Symbol" w:cs="Segoe UI Symbol"/>
                <w:sz w:val="17"/>
              </w:rPr>
              <w:t>☐</w:t>
            </w:r>
            <w:r w:rsidRPr="00ED16E5">
              <w:rPr>
                <w:rFonts w:asciiTheme="majorHAnsi" w:hAnsiTheme="majorHAnsi" w:cstheme="majorHAnsi"/>
                <w:sz w:val="17"/>
              </w:rPr>
              <w:t xml:space="preserve"> Non</w:t>
            </w:r>
          </w:p>
        </w:tc>
        <w:tc>
          <w:tcPr>
            <w:tcW w:w="1407" w:type="dxa"/>
            <w:tcMar>
              <w:top w:w="80" w:type="dxa"/>
              <w:left w:w="80" w:type="dxa"/>
              <w:bottom w:w="80" w:type="dxa"/>
              <w:right w:w="80" w:type="dxa"/>
            </w:tcMar>
            <w:vAlign w:val="center"/>
          </w:tcPr>
          <w:p w14:paraId="67D70E4C" w14:textId="3E1308AB" w:rsidR="00A10E10" w:rsidRPr="00ED16E5" w:rsidRDefault="00A10E10" w:rsidP="00A10E10">
            <w:pPr>
              <w:spacing w:after="0"/>
              <w:rPr>
                <w:rFonts w:asciiTheme="majorHAnsi" w:hAnsiTheme="majorHAnsi" w:cstheme="majorHAnsi"/>
                <w:sz w:val="17"/>
              </w:rPr>
            </w:pPr>
            <w:r w:rsidRPr="00ED16E5">
              <w:rPr>
                <w:rFonts w:ascii="Segoe UI Symbol" w:hAnsi="Segoe UI Symbol" w:cs="Segoe UI Symbol"/>
                <w:sz w:val="17"/>
              </w:rPr>
              <w:t>☐</w:t>
            </w:r>
            <w:r w:rsidRPr="00ED16E5">
              <w:rPr>
                <w:rFonts w:asciiTheme="majorHAnsi" w:hAnsiTheme="majorHAnsi" w:cstheme="majorHAnsi"/>
                <w:sz w:val="17"/>
              </w:rPr>
              <w:t xml:space="preserve"> Oui </w:t>
            </w:r>
            <w:r w:rsidRPr="00ED16E5">
              <w:rPr>
                <w:rFonts w:ascii="Segoe UI Symbol" w:hAnsi="Segoe UI Symbol" w:cs="Segoe UI Symbol"/>
                <w:sz w:val="17"/>
              </w:rPr>
              <w:t>☐</w:t>
            </w:r>
            <w:r w:rsidRPr="00ED16E5">
              <w:rPr>
                <w:rFonts w:asciiTheme="majorHAnsi" w:hAnsiTheme="majorHAnsi" w:cstheme="majorHAnsi"/>
                <w:sz w:val="17"/>
              </w:rPr>
              <w:t xml:space="preserve"> Non</w:t>
            </w:r>
          </w:p>
        </w:tc>
        <w:tc>
          <w:tcPr>
            <w:tcW w:w="1409" w:type="dxa"/>
            <w:tcMar>
              <w:top w:w="80" w:type="dxa"/>
              <w:left w:w="80" w:type="dxa"/>
              <w:bottom w:w="80" w:type="dxa"/>
              <w:right w:w="80" w:type="dxa"/>
            </w:tcMar>
            <w:vAlign w:val="center"/>
          </w:tcPr>
          <w:p w14:paraId="404C5EC3" w14:textId="7B4052B5" w:rsidR="00A10E10" w:rsidRPr="00ED16E5" w:rsidRDefault="00A10E10" w:rsidP="00A10E10">
            <w:pPr>
              <w:spacing w:after="0"/>
              <w:rPr>
                <w:rFonts w:asciiTheme="majorHAnsi" w:hAnsiTheme="majorHAnsi" w:cstheme="majorHAnsi"/>
                <w:sz w:val="17"/>
              </w:rPr>
            </w:pPr>
            <w:r w:rsidRPr="00ED16E5">
              <w:rPr>
                <w:rFonts w:ascii="Segoe UI Symbol" w:hAnsi="Segoe UI Symbol" w:cs="Segoe UI Symbol"/>
                <w:sz w:val="17"/>
              </w:rPr>
              <w:t>☐</w:t>
            </w:r>
            <w:r w:rsidRPr="00ED16E5">
              <w:rPr>
                <w:rFonts w:asciiTheme="majorHAnsi" w:hAnsiTheme="majorHAnsi" w:cstheme="majorHAnsi"/>
                <w:sz w:val="17"/>
              </w:rPr>
              <w:t xml:space="preserve"> Oui </w:t>
            </w:r>
            <w:r w:rsidRPr="00ED16E5">
              <w:rPr>
                <w:rFonts w:ascii="Segoe UI Symbol" w:hAnsi="Segoe UI Symbol" w:cs="Segoe UI Symbol"/>
                <w:sz w:val="17"/>
              </w:rPr>
              <w:t>☐</w:t>
            </w:r>
            <w:r w:rsidRPr="00ED16E5">
              <w:rPr>
                <w:rFonts w:asciiTheme="majorHAnsi" w:hAnsiTheme="majorHAnsi" w:cstheme="majorHAnsi"/>
                <w:sz w:val="17"/>
              </w:rPr>
              <w:t xml:space="preserve"> Non</w:t>
            </w:r>
          </w:p>
        </w:tc>
        <w:tc>
          <w:tcPr>
            <w:tcW w:w="1772" w:type="dxa"/>
            <w:tcMar>
              <w:top w:w="80" w:type="dxa"/>
              <w:left w:w="80" w:type="dxa"/>
              <w:bottom w:w="80" w:type="dxa"/>
              <w:right w:w="80" w:type="dxa"/>
            </w:tcMar>
            <w:vAlign w:val="center"/>
          </w:tcPr>
          <w:p w14:paraId="4CDC40EC" w14:textId="6DB1F651"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270" w:type="dxa"/>
            <w:tcMar>
              <w:top w:w="80" w:type="dxa"/>
              <w:left w:w="80" w:type="dxa"/>
              <w:bottom w:w="80" w:type="dxa"/>
              <w:right w:w="80" w:type="dxa"/>
            </w:tcMar>
            <w:vAlign w:val="center"/>
          </w:tcPr>
          <w:p w14:paraId="38B36EA8" w14:textId="5F437856"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r>
      <w:tr w:rsidR="00A10E10" w:rsidRPr="00ED16E5" w14:paraId="0FB92DEF" w14:textId="77777777" w:rsidTr="00A10E10">
        <w:trPr>
          <w:jc w:val="center"/>
        </w:trPr>
        <w:tc>
          <w:tcPr>
            <w:tcW w:w="1832" w:type="dxa"/>
            <w:tcMar>
              <w:top w:w="80" w:type="dxa"/>
              <w:left w:w="80" w:type="dxa"/>
              <w:bottom w:w="80" w:type="dxa"/>
              <w:right w:w="80" w:type="dxa"/>
            </w:tcMar>
            <w:vAlign w:val="center"/>
          </w:tcPr>
          <w:p w14:paraId="2CF6BD4E" w14:textId="3A6C5F46"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380" w:type="dxa"/>
            <w:tcMar>
              <w:top w:w="80" w:type="dxa"/>
              <w:left w:w="80" w:type="dxa"/>
              <w:bottom w:w="80" w:type="dxa"/>
              <w:right w:w="80" w:type="dxa"/>
            </w:tcMar>
            <w:vAlign w:val="center"/>
          </w:tcPr>
          <w:p w14:paraId="10C92158" w14:textId="6A8FC6B6" w:rsidR="00A10E10" w:rsidRPr="00ED16E5" w:rsidRDefault="00A10E10" w:rsidP="00A10E10">
            <w:pPr>
              <w:spacing w:after="0"/>
              <w:rPr>
                <w:rFonts w:asciiTheme="majorHAnsi" w:hAnsiTheme="majorHAnsi" w:cstheme="majorHAnsi"/>
                <w:sz w:val="17"/>
              </w:rPr>
            </w:pPr>
            <w:r w:rsidRPr="00ED16E5">
              <w:rPr>
                <w:rFonts w:ascii="Segoe UI Symbol" w:hAnsi="Segoe UI Symbol" w:cs="Segoe UI Symbol"/>
                <w:sz w:val="17"/>
              </w:rPr>
              <w:t>☐</w:t>
            </w:r>
            <w:r w:rsidRPr="00ED16E5">
              <w:rPr>
                <w:rFonts w:asciiTheme="majorHAnsi" w:hAnsiTheme="majorHAnsi" w:cstheme="majorHAnsi"/>
                <w:sz w:val="17"/>
              </w:rPr>
              <w:t xml:space="preserve"> Oui </w:t>
            </w:r>
            <w:r w:rsidRPr="00ED16E5">
              <w:rPr>
                <w:rFonts w:ascii="Segoe UI Symbol" w:hAnsi="Segoe UI Symbol" w:cs="Segoe UI Symbol"/>
                <w:sz w:val="17"/>
              </w:rPr>
              <w:t>☐</w:t>
            </w:r>
            <w:r w:rsidRPr="00ED16E5">
              <w:rPr>
                <w:rFonts w:asciiTheme="majorHAnsi" w:hAnsiTheme="majorHAnsi" w:cstheme="majorHAnsi"/>
                <w:sz w:val="17"/>
              </w:rPr>
              <w:t xml:space="preserve"> Non</w:t>
            </w:r>
          </w:p>
        </w:tc>
        <w:tc>
          <w:tcPr>
            <w:tcW w:w="1407" w:type="dxa"/>
            <w:tcMar>
              <w:top w:w="80" w:type="dxa"/>
              <w:left w:w="80" w:type="dxa"/>
              <w:bottom w:w="80" w:type="dxa"/>
              <w:right w:w="80" w:type="dxa"/>
            </w:tcMar>
            <w:vAlign w:val="center"/>
          </w:tcPr>
          <w:p w14:paraId="0F10F5CD" w14:textId="28C71C7E" w:rsidR="00A10E10" w:rsidRPr="00ED16E5" w:rsidRDefault="00A10E10" w:rsidP="00A10E10">
            <w:pPr>
              <w:spacing w:after="0"/>
              <w:rPr>
                <w:rFonts w:asciiTheme="majorHAnsi" w:hAnsiTheme="majorHAnsi" w:cstheme="majorHAnsi"/>
                <w:sz w:val="17"/>
              </w:rPr>
            </w:pPr>
            <w:r w:rsidRPr="00ED16E5">
              <w:rPr>
                <w:rFonts w:ascii="Segoe UI Symbol" w:hAnsi="Segoe UI Symbol" w:cs="Segoe UI Symbol"/>
                <w:sz w:val="17"/>
              </w:rPr>
              <w:t>☐</w:t>
            </w:r>
            <w:r w:rsidRPr="00ED16E5">
              <w:rPr>
                <w:rFonts w:asciiTheme="majorHAnsi" w:hAnsiTheme="majorHAnsi" w:cstheme="majorHAnsi"/>
                <w:sz w:val="17"/>
              </w:rPr>
              <w:t xml:space="preserve"> Oui </w:t>
            </w:r>
            <w:r w:rsidRPr="00ED16E5">
              <w:rPr>
                <w:rFonts w:ascii="Segoe UI Symbol" w:hAnsi="Segoe UI Symbol" w:cs="Segoe UI Symbol"/>
                <w:sz w:val="17"/>
              </w:rPr>
              <w:t>☐</w:t>
            </w:r>
            <w:r w:rsidRPr="00ED16E5">
              <w:rPr>
                <w:rFonts w:asciiTheme="majorHAnsi" w:hAnsiTheme="majorHAnsi" w:cstheme="majorHAnsi"/>
                <w:sz w:val="17"/>
              </w:rPr>
              <w:t xml:space="preserve"> Non</w:t>
            </w:r>
          </w:p>
        </w:tc>
        <w:tc>
          <w:tcPr>
            <w:tcW w:w="1409" w:type="dxa"/>
            <w:tcMar>
              <w:top w:w="80" w:type="dxa"/>
              <w:left w:w="80" w:type="dxa"/>
              <w:bottom w:w="80" w:type="dxa"/>
              <w:right w:w="80" w:type="dxa"/>
            </w:tcMar>
            <w:vAlign w:val="center"/>
          </w:tcPr>
          <w:p w14:paraId="18B2823B" w14:textId="799CE895" w:rsidR="00A10E10" w:rsidRPr="00ED16E5" w:rsidRDefault="00A10E10" w:rsidP="00A10E10">
            <w:pPr>
              <w:spacing w:after="0"/>
              <w:rPr>
                <w:rFonts w:asciiTheme="majorHAnsi" w:hAnsiTheme="majorHAnsi" w:cstheme="majorHAnsi"/>
                <w:sz w:val="17"/>
              </w:rPr>
            </w:pPr>
            <w:r w:rsidRPr="00ED16E5">
              <w:rPr>
                <w:rFonts w:ascii="Segoe UI Symbol" w:hAnsi="Segoe UI Symbol" w:cs="Segoe UI Symbol"/>
                <w:sz w:val="17"/>
              </w:rPr>
              <w:t>☐</w:t>
            </w:r>
            <w:r w:rsidRPr="00ED16E5">
              <w:rPr>
                <w:rFonts w:asciiTheme="majorHAnsi" w:hAnsiTheme="majorHAnsi" w:cstheme="majorHAnsi"/>
                <w:sz w:val="17"/>
              </w:rPr>
              <w:t xml:space="preserve"> Oui </w:t>
            </w:r>
            <w:r w:rsidRPr="00ED16E5">
              <w:rPr>
                <w:rFonts w:ascii="Segoe UI Symbol" w:hAnsi="Segoe UI Symbol" w:cs="Segoe UI Symbol"/>
                <w:sz w:val="17"/>
              </w:rPr>
              <w:t>☐</w:t>
            </w:r>
            <w:r w:rsidRPr="00ED16E5">
              <w:rPr>
                <w:rFonts w:asciiTheme="majorHAnsi" w:hAnsiTheme="majorHAnsi" w:cstheme="majorHAnsi"/>
                <w:sz w:val="17"/>
              </w:rPr>
              <w:t xml:space="preserve"> Non</w:t>
            </w:r>
          </w:p>
        </w:tc>
        <w:tc>
          <w:tcPr>
            <w:tcW w:w="1772" w:type="dxa"/>
            <w:tcMar>
              <w:top w:w="80" w:type="dxa"/>
              <w:left w:w="80" w:type="dxa"/>
              <w:bottom w:w="80" w:type="dxa"/>
              <w:right w:w="80" w:type="dxa"/>
            </w:tcMar>
            <w:vAlign w:val="center"/>
          </w:tcPr>
          <w:p w14:paraId="133AD339" w14:textId="1393A207"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270" w:type="dxa"/>
            <w:tcMar>
              <w:top w:w="80" w:type="dxa"/>
              <w:left w:w="80" w:type="dxa"/>
              <w:bottom w:w="80" w:type="dxa"/>
              <w:right w:w="80" w:type="dxa"/>
            </w:tcMar>
            <w:vAlign w:val="center"/>
          </w:tcPr>
          <w:p w14:paraId="52C5F79D" w14:textId="21BBB0CD"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r>
      <w:tr w:rsidR="009F2D75" w:rsidRPr="00ED16E5" w14:paraId="0EF3C0D4" w14:textId="77777777" w:rsidTr="00A10E10">
        <w:trPr>
          <w:jc w:val="center"/>
        </w:trPr>
        <w:tc>
          <w:tcPr>
            <w:tcW w:w="1832" w:type="dxa"/>
            <w:tcMar>
              <w:top w:w="80" w:type="dxa"/>
              <w:left w:w="80" w:type="dxa"/>
              <w:bottom w:w="80" w:type="dxa"/>
              <w:right w:w="80" w:type="dxa"/>
            </w:tcMar>
            <w:vAlign w:val="center"/>
          </w:tcPr>
          <w:p w14:paraId="572847C0"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1380" w:type="dxa"/>
            <w:tcMar>
              <w:top w:w="80" w:type="dxa"/>
              <w:left w:w="80" w:type="dxa"/>
              <w:bottom w:w="80" w:type="dxa"/>
              <w:right w:w="80" w:type="dxa"/>
            </w:tcMar>
            <w:vAlign w:val="center"/>
          </w:tcPr>
          <w:p w14:paraId="3F556B44" w14:textId="77777777" w:rsidR="009F2D75" w:rsidRPr="00ED16E5" w:rsidRDefault="00702437">
            <w:pPr>
              <w:spacing w:after="0"/>
              <w:rPr>
                <w:rFonts w:asciiTheme="majorHAnsi" w:hAnsiTheme="majorHAnsi" w:cstheme="majorHAnsi"/>
              </w:rPr>
            </w:pPr>
            <w:r w:rsidRPr="00ED16E5">
              <w:rPr>
                <w:rFonts w:ascii="Segoe UI Symbol" w:hAnsi="Segoe UI Symbol" w:cs="Segoe UI Symbol"/>
                <w:sz w:val="17"/>
              </w:rPr>
              <w:t>☐</w:t>
            </w:r>
            <w:r w:rsidRPr="00ED16E5">
              <w:rPr>
                <w:rFonts w:asciiTheme="majorHAnsi" w:hAnsiTheme="majorHAnsi" w:cstheme="majorHAnsi"/>
                <w:sz w:val="17"/>
              </w:rPr>
              <w:t xml:space="preserve"> Oui </w:t>
            </w:r>
            <w:r w:rsidRPr="00ED16E5">
              <w:rPr>
                <w:rFonts w:ascii="Segoe UI Symbol" w:hAnsi="Segoe UI Symbol" w:cs="Segoe UI Symbol"/>
                <w:sz w:val="17"/>
              </w:rPr>
              <w:t>☐</w:t>
            </w:r>
            <w:r w:rsidRPr="00ED16E5">
              <w:rPr>
                <w:rFonts w:asciiTheme="majorHAnsi" w:hAnsiTheme="majorHAnsi" w:cstheme="majorHAnsi"/>
                <w:sz w:val="17"/>
              </w:rPr>
              <w:t xml:space="preserve"> Non</w:t>
            </w:r>
          </w:p>
        </w:tc>
        <w:tc>
          <w:tcPr>
            <w:tcW w:w="1407" w:type="dxa"/>
            <w:tcMar>
              <w:top w:w="80" w:type="dxa"/>
              <w:left w:w="80" w:type="dxa"/>
              <w:bottom w:w="80" w:type="dxa"/>
              <w:right w:w="80" w:type="dxa"/>
            </w:tcMar>
            <w:vAlign w:val="center"/>
          </w:tcPr>
          <w:p w14:paraId="4B00D35D" w14:textId="77777777" w:rsidR="009F2D75" w:rsidRPr="00ED16E5" w:rsidRDefault="00702437">
            <w:pPr>
              <w:spacing w:after="0"/>
              <w:rPr>
                <w:rFonts w:asciiTheme="majorHAnsi" w:hAnsiTheme="majorHAnsi" w:cstheme="majorHAnsi"/>
              </w:rPr>
            </w:pPr>
            <w:r w:rsidRPr="00ED16E5">
              <w:rPr>
                <w:rFonts w:ascii="Segoe UI Symbol" w:hAnsi="Segoe UI Symbol" w:cs="Segoe UI Symbol"/>
                <w:sz w:val="17"/>
              </w:rPr>
              <w:t>☐</w:t>
            </w:r>
            <w:r w:rsidRPr="00ED16E5">
              <w:rPr>
                <w:rFonts w:asciiTheme="majorHAnsi" w:hAnsiTheme="majorHAnsi" w:cstheme="majorHAnsi"/>
                <w:sz w:val="17"/>
              </w:rPr>
              <w:t xml:space="preserve"> Oui </w:t>
            </w:r>
            <w:r w:rsidRPr="00ED16E5">
              <w:rPr>
                <w:rFonts w:ascii="Segoe UI Symbol" w:hAnsi="Segoe UI Symbol" w:cs="Segoe UI Symbol"/>
                <w:sz w:val="17"/>
              </w:rPr>
              <w:t>☐</w:t>
            </w:r>
            <w:r w:rsidRPr="00ED16E5">
              <w:rPr>
                <w:rFonts w:asciiTheme="majorHAnsi" w:hAnsiTheme="majorHAnsi" w:cstheme="majorHAnsi"/>
                <w:sz w:val="17"/>
              </w:rPr>
              <w:t xml:space="preserve"> Non</w:t>
            </w:r>
          </w:p>
        </w:tc>
        <w:tc>
          <w:tcPr>
            <w:tcW w:w="1409" w:type="dxa"/>
            <w:tcMar>
              <w:top w:w="80" w:type="dxa"/>
              <w:left w:w="80" w:type="dxa"/>
              <w:bottom w:w="80" w:type="dxa"/>
              <w:right w:w="80" w:type="dxa"/>
            </w:tcMar>
            <w:vAlign w:val="center"/>
          </w:tcPr>
          <w:p w14:paraId="79B97172" w14:textId="77777777" w:rsidR="009F2D75" w:rsidRPr="00ED16E5" w:rsidRDefault="00702437">
            <w:pPr>
              <w:spacing w:after="0"/>
              <w:rPr>
                <w:rFonts w:asciiTheme="majorHAnsi" w:hAnsiTheme="majorHAnsi" w:cstheme="majorHAnsi"/>
              </w:rPr>
            </w:pPr>
            <w:r w:rsidRPr="00ED16E5">
              <w:rPr>
                <w:rFonts w:ascii="Segoe UI Symbol" w:hAnsi="Segoe UI Symbol" w:cs="Segoe UI Symbol"/>
                <w:sz w:val="17"/>
              </w:rPr>
              <w:t>☐</w:t>
            </w:r>
            <w:r w:rsidRPr="00ED16E5">
              <w:rPr>
                <w:rFonts w:asciiTheme="majorHAnsi" w:hAnsiTheme="majorHAnsi" w:cstheme="majorHAnsi"/>
                <w:sz w:val="17"/>
              </w:rPr>
              <w:t xml:space="preserve"> Oui </w:t>
            </w:r>
            <w:r w:rsidRPr="00ED16E5">
              <w:rPr>
                <w:rFonts w:ascii="Segoe UI Symbol" w:hAnsi="Segoe UI Symbol" w:cs="Segoe UI Symbol"/>
                <w:sz w:val="17"/>
              </w:rPr>
              <w:t>☐</w:t>
            </w:r>
            <w:r w:rsidRPr="00ED16E5">
              <w:rPr>
                <w:rFonts w:asciiTheme="majorHAnsi" w:hAnsiTheme="majorHAnsi" w:cstheme="majorHAnsi"/>
                <w:sz w:val="17"/>
              </w:rPr>
              <w:t xml:space="preserve"> Non</w:t>
            </w:r>
          </w:p>
        </w:tc>
        <w:tc>
          <w:tcPr>
            <w:tcW w:w="1772" w:type="dxa"/>
            <w:tcMar>
              <w:top w:w="80" w:type="dxa"/>
              <w:left w:w="80" w:type="dxa"/>
              <w:bottom w:w="80" w:type="dxa"/>
              <w:right w:w="80" w:type="dxa"/>
            </w:tcMar>
            <w:vAlign w:val="center"/>
          </w:tcPr>
          <w:p w14:paraId="5A421A5F"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2270" w:type="dxa"/>
            <w:tcMar>
              <w:top w:w="80" w:type="dxa"/>
              <w:left w:w="80" w:type="dxa"/>
              <w:bottom w:w="80" w:type="dxa"/>
              <w:right w:w="80" w:type="dxa"/>
            </w:tcMar>
            <w:vAlign w:val="center"/>
          </w:tcPr>
          <w:p w14:paraId="34FAA75F"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r>
      <w:tr w:rsidR="009F2D75" w:rsidRPr="00ED16E5" w14:paraId="562C2C53" w14:textId="77777777" w:rsidTr="00A10E10">
        <w:trPr>
          <w:jc w:val="center"/>
        </w:trPr>
        <w:tc>
          <w:tcPr>
            <w:tcW w:w="1832" w:type="dxa"/>
            <w:tcMar>
              <w:top w:w="80" w:type="dxa"/>
              <w:left w:w="80" w:type="dxa"/>
              <w:bottom w:w="80" w:type="dxa"/>
              <w:right w:w="80" w:type="dxa"/>
            </w:tcMar>
            <w:vAlign w:val="center"/>
          </w:tcPr>
          <w:p w14:paraId="38394C46"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1380" w:type="dxa"/>
            <w:tcMar>
              <w:top w:w="80" w:type="dxa"/>
              <w:left w:w="80" w:type="dxa"/>
              <w:bottom w:w="80" w:type="dxa"/>
              <w:right w:w="80" w:type="dxa"/>
            </w:tcMar>
            <w:vAlign w:val="center"/>
          </w:tcPr>
          <w:p w14:paraId="092FE94F" w14:textId="77777777" w:rsidR="009F2D75" w:rsidRPr="00ED16E5" w:rsidRDefault="00702437">
            <w:pPr>
              <w:spacing w:after="0"/>
              <w:rPr>
                <w:rFonts w:asciiTheme="majorHAnsi" w:hAnsiTheme="majorHAnsi" w:cstheme="majorHAnsi"/>
              </w:rPr>
            </w:pPr>
            <w:r w:rsidRPr="00ED16E5">
              <w:rPr>
                <w:rFonts w:ascii="Segoe UI Symbol" w:hAnsi="Segoe UI Symbol" w:cs="Segoe UI Symbol"/>
                <w:sz w:val="17"/>
              </w:rPr>
              <w:t>☐</w:t>
            </w:r>
            <w:r w:rsidRPr="00ED16E5">
              <w:rPr>
                <w:rFonts w:asciiTheme="majorHAnsi" w:hAnsiTheme="majorHAnsi" w:cstheme="majorHAnsi"/>
                <w:sz w:val="17"/>
              </w:rPr>
              <w:t xml:space="preserve"> Oui </w:t>
            </w:r>
            <w:r w:rsidRPr="00ED16E5">
              <w:rPr>
                <w:rFonts w:ascii="Segoe UI Symbol" w:hAnsi="Segoe UI Symbol" w:cs="Segoe UI Symbol"/>
                <w:sz w:val="17"/>
              </w:rPr>
              <w:t>☐</w:t>
            </w:r>
            <w:r w:rsidRPr="00ED16E5">
              <w:rPr>
                <w:rFonts w:asciiTheme="majorHAnsi" w:hAnsiTheme="majorHAnsi" w:cstheme="majorHAnsi"/>
                <w:sz w:val="17"/>
              </w:rPr>
              <w:t xml:space="preserve"> Non</w:t>
            </w:r>
          </w:p>
        </w:tc>
        <w:tc>
          <w:tcPr>
            <w:tcW w:w="1407" w:type="dxa"/>
            <w:tcMar>
              <w:top w:w="80" w:type="dxa"/>
              <w:left w:w="80" w:type="dxa"/>
              <w:bottom w:w="80" w:type="dxa"/>
              <w:right w:w="80" w:type="dxa"/>
            </w:tcMar>
            <w:vAlign w:val="center"/>
          </w:tcPr>
          <w:p w14:paraId="0E1620F1" w14:textId="77777777" w:rsidR="009F2D75" w:rsidRPr="00ED16E5" w:rsidRDefault="00702437">
            <w:pPr>
              <w:spacing w:after="0"/>
              <w:rPr>
                <w:rFonts w:asciiTheme="majorHAnsi" w:hAnsiTheme="majorHAnsi" w:cstheme="majorHAnsi"/>
              </w:rPr>
            </w:pPr>
            <w:r w:rsidRPr="00ED16E5">
              <w:rPr>
                <w:rFonts w:ascii="Segoe UI Symbol" w:hAnsi="Segoe UI Symbol" w:cs="Segoe UI Symbol"/>
                <w:sz w:val="17"/>
              </w:rPr>
              <w:t>☐</w:t>
            </w:r>
            <w:r w:rsidRPr="00ED16E5">
              <w:rPr>
                <w:rFonts w:asciiTheme="majorHAnsi" w:hAnsiTheme="majorHAnsi" w:cstheme="majorHAnsi"/>
                <w:sz w:val="17"/>
              </w:rPr>
              <w:t xml:space="preserve"> Oui </w:t>
            </w:r>
            <w:r w:rsidRPr="00ED16E5">
              <w:rPr>
                <w:rFonts w:ascii="Segoe UI Symbol" w:hAnsi="Segoe UI Symbol" w:cs="Segoe UI Symbol"/>
                <w:sz w:val="17"/>
              </w:rPr>
              <w:t>☐</w:t>
            </w:r>
            <w:r w:rsidRPr="00ED16E5">
              <w:rPr>
                <w:rFonts w:asciiTheme="majorHAnsi" w:hAnsiTheme="majorHAnsi" w:cstheme="majorHAnsi"/>
                <w:sz w:val="17"/>
              </w:rPr>
              <w:t xml:space="preserve"> Non</w:t>
            </w:r>
          </w:p>
        </w:tc>
        <w:tc>
          <w:tcPr>
            <w:tcW w:w="1409" w:type="dxa"/>
            <w:tcMar>
              <w:top w:w="80" w:type="dxa"/>
              <w:left w:w="80" w:type="dxa"/>
              <w:bottom w:w="80" w:type="dxa"/>
              <w:right w:w="80" w:type="dxa"/>
            </w:tcMar>
            <w:vAlign w:val="center"/>
          </w:tcPr>
          <w:p w14:paraId="01FA7B98" w14:textId="77777777" w:rsidR="009F2D75" w:rsidRPr="00ED16E5" w:rsidRDefault="00702437">
            <w:pPr>
              <w:spacing w:after="0"/>
              <w:rPr>
                <w:rFonts w:asciiTheme="majorHAnsi" w:hAnsiTheme="majorHAnsi" w:cstheme="majorHAnsi"/>
              </w:rPr>
            </w:pPr>
            <w:r w:rsidRPr="00ED16E5">
              <w:rPr>
                <w:rFonts w:ascii="Segoe UI Symbol" w:hAnsi="Segoe UI Symbol" w:cs="Segoe UI Symbol"/>
                <w:sz w:val="17"/>
              </w:rPr>
              <w:t>☐</w:t>
            </w:r>
            <w:r w:rsidRPr="00ED16E5">
              <w:rPr>
                <w:rFonts w:asciiTheme="majorHAnsi" w:hAnsiTheme="majorHAnsi" w:cstheme="majorHAnsi"/>
                <w:sz w:val="17"/>
              </w:rPr>
              <w:t xml:space="preserve"> Oui </w:t>
            </w:r>
            <w:r w:rsidRPr="00ED16E5">
              <w:rPr>
                <w:rFonts w:ascii="Segoe UI Symbol" w:hAnsi="Segoe UI Symbol" w:cs="Segoe UI Symbol"/>
                <w:sz w:val="17"/>
              </w:rPr>
              <w:t>☐</w:t>
            </w:r>
            <w:r w:rsidRPr="00ED16E5">
              <w:rPr>
                <w:rFonts w:asciiTheme="majorHAnsi" w:hAnsiTheme="majorHAnsi" w:cstheme="majorHAnsi"/>
                <w:sz w:val="17"/>
              </w:rPr>
              <w:t xml:space="preserve"> Non</w:t>
            </w:r>
          </w:p>
        </w:tc>
        <w:tc>
          <w:tcPr>
            <w:tcW w:w="1772" w:type="dxa"/>
            <w:tcMar>
              <w:top w:w="80" w:type="dxa"/>
              <w:left w:w="80" w:type="dxa"/>
              <w:bottom w:w="80" w:type="dxa"/>
              <w:right w:w="80" w:type="dxa"/>
            </w:tcMar>
            <w:vAlign w:val="center"/>
          </w:tcPr>
          <w:p w14:paraId="016438FC"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2270" w:type="dxa"/>
            <w:tcMar>
              <w:top w:w="80" w:type="dxa"/>
              <w:left w:w="80" w:type="dxa"/>
              <w:bottom w:w="80" w:type="dxa"/>
              <w:right w:w="80" w:type="dxa"/>
            </w:tcMar>
            <w:vAlign w:val="center"/>
          </w:tcPr>
          <w:p w14:paraId="7CEAC8F4"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r>
      <w:tr w:rsidR="009F2D75" w:rsidRPr="00ED16E5" w14:paraId="32578E6F" w14:textId="77777777" w:rsidTr="00A10E10">
        <w:trPr>
          <w:jc w:val="center"/>
        </w:trPr>
        <w:tc>
          <w:tcPr>
            <w:tcW w:w="1832" w:type="dxa"/>
            <w:tcMar>
              <w:top w:w="80" w:type="dxa"/>
              <w:left w:w="80" w:type="dxa"/>
              <w:bottom w:w="80" w:type="dxa"/>
              <w:right w:w="80" w:type="dxa"/>
            </w:tcMar>
            <w:vAlign w:val="center"/>
          </w:tcPr>
          <w:p w14:paraId="77AD4457"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1380" w:type="dxa"/>
            <w:tcMar>
              <w:top w:w="80" w:type="dxa"/>
              <w:left w:w="80" w:type="dxa"/>
              <w:bottom w:w="80" w:type="dxa"/>
              <w:right w:w="80" w:type="dxa"/>
            </w:tcMar>
            <w:vAlign w:val="center"/>
          </w:tcPr>
          <w:p w14:paraId="4D23B5CA" w14:textId="77777777" w:rsidR="009F2D75" w:rsidRPr="00ED16E5" w:rsidRDefault="00702437">
            <w:pPr>
              <w:spacing w:after="0"/>
              <w:rPr>
                <w:rFonts w:asciiTheme="majorHAnsi" w:hAnsiTheme="majorHAnsi" w:cstheme="majorHAnsi"/>
              </w:rPr>
            </w:pPr>
            <w:r w:rsidRPr="00ED16E5">
              <w:rPr>
                <w:rFonts w:ascii="Segoe UI Symbol" w:hAnsi="Segoe UI Symbol" w:cs="Segoe UI Symbol"/>
                <w:sz w:val="17"/>
              </w:rPr>
              <w:t>☐</w:t>
            </w:r>
            <w:r w:rsidRPr="00ED16E5">
              <w:rPr>
                <w:rFonts w:asciiTheme="majorHAnsi" w:hAnsiTheme="majorHAnsi" w:cstheme="majorHAnsi"/>
                <w:sz w:val="17"/>
              </w:rPr>
              <w:t xml:space="preserve"> Oui </w:t>
            </w:r>
            <w:r w:rsidRPr="00ED16E5">
              <w:rPr>
                <w:rFonts w:ascii="Segoe UI Symbol" w:hAnsi="Segoe UI Symbol" w:cs="Segoe UI Symbol"/>
                <w:sz w:val="17"/>
              </w:rPr>
              <w:t>☐</w:t>
            </w:r>
            <w:r w:rsidRPr="00ED16E5">
              <w:rPr>
                <w:rFonts w:asciiTheme="majorHAnsi" w:hAnsiTheme="majorHAnsi" w:cstheme="majorHAnsi"/>
                <w:sz w:val="17"/>
              </w:rPr>
              <w:t xml:space="preserve"> Non</w:t>
            </w:r>
          </w:p>
        </w:tc>
        <w:tc>
          <w:tcPr>
            <w:tcW w:w="1407" w:type="dxa"/>
            <w:tcMar>
              <w:top w:w="80" w:type="dxa"/>
              <w:left w:w="80" w:type="dxa"/>
              <w:bottom w:w="80" w:type="dxa"/>
              <w:right w:w="80" w:type="dxa"/>
            </w:tcMar>
            <w:vAlign w:val="center"/>
          </w:tcPr>
          <w:p w14:paraId="6E01EDB5" w14:textId="77777777" w:rsidR="009F2D75" w:rsidRPr="00ED16E5" w:rsidRDefault="00702437">
            <w:pPr>
              <w:spacing w:after="0"/>
              <w:rPr>
                <w:rFonts w:asciiTheme="majorHAnsi" w:hAnsiTheme="majorHAnsi" w:cstheme="majorHAnsi"/>
              </w:rPr>
            </w:pPr>
            <w:r w:rsidRPr="00ED16E5">
              <w:rPr>
                <w:rFonts w:ascii="Segoe UI Symbol" w:hAnsi="Segoe UI Symbol" w:cs="Segoe UI Symbol"/>
                <w:sz w:val="17"/>
              </w:rPr>
              <w:t>☐</w:t>
            </w:r>
            <w:r w:rsidRPr="00ED16E5">
              <w:rPr>
                <w:rFonts w:asciiTheme="majorHAnsi" w:hAnsiTheme="majorHAnsi" w:cstheme="majorHAnsi"/>
                <w:sz w:val="17"/>
              </w:rPr>
              <w:t xml:space="preserve"> Oui </w:t>
            </w:r>
            <w:r w:rsidRPr="00ED16E5">
              <w:rPr>
                <w:rFonts w:ascii="Segoe UI Symbol" w:hAnsi="Segoe UI Symbol" w:cs="Segoe UI Symbol"/>
                <w:sz w:val="17"/>
              </w:rPr>
              <w:t>☐</w:t>
            </w:r>
            <w:r w:rsidRPr="00ED16E5">
              <w:rPr>
                <w:rFonts w:asciiTheme="majorHAnsi" w:hAnsiTheme="majorHAnsi" w:cstheme="majorHAnsi"/>
                <w:sz w:val="17"/>
              </w:rPr>
              <w:t xml:space="preserve"> Non</w:t>
            </w:r>
          </w:p>
        </w:tc>
        <w:tc>
          <w:tcPr>
            <w:tcW w:w="1409" w:type="dxa"/>
            <w:tcMar>
              <w:top w:w="80" w:type="dxa"/>
              <w:left w:w="80" w:type="dxa"/>
              <w:bottom w:w="80" w:type="dxa"/>
              <w:right w:w="80" w:type="dxa"/>
            </w:tcMar>
            <w:vAlign w:val="center"/>
          </w:tcPr>
          <w:p w14:paraId="5B092519" w14:textId="77777777" w:rsidR="009F2D75" w:rsidRPr="00ED16E5" w:rsidRDefault="00702437">
            <w:pPr>
              <w:spacing w:after="0"/>
              <w:rPr>
                <w:rFonts w:asciiTheme="majorHAnsi" w:hAnsiTheme="majorHAnsi" w:cstheme="majorHAnsi"/>
              </w:rPr>
            </w:pPr>
            <w:r w:rsidRPr="00ED16E5">
              <w:rPr>
                <w:rFonts w:ascii="Segoe UI Symbol" w:hAnsi="Segoe UI Symbol" w:cs="Segoe UI Symbol"/>
                <w:sz w:val="17"/>
              </w:rPr>
              <w:t>☐</w:t>
            </w:r>
            <w:r w:rsidRPr="00ED16E5">
              <w:rPr>
                <w:rFonts w:asciiTheme="majorHAnsi" w:hAnsiTheme="majorHAnsi" w:cstheme="majorHAnsi"/>
                <w:sz w:val="17"/>
              </w:rPr>
              <w:t xml:space="preserve"> Oui </w:t>
            </w:r>
            <w:r w:rsidRPr="00ED16E5">
              <w:rPr>
                <w:rFonts w:ascii="Segoe UI Symbol" w:hAnsi="Segoe UI Symbol" w:cs="Segoe UI Symbol"/>
                <w:sz w:val="17"/>
              </w:rPr>
              <w:t>☐</w:t>
            </w:r>
            <w:r w:rsidRPr="00ED16E5">
              <w:rPr>
                <w:rFonts w:asciiTheme="majorHAnsi" w:hAnsiTheme="majorHAnsi" w:cstheme="majorHAnsi"/>
                <w:sz w:val="17"/>
              </w:rPr>
              <w:t xml:space="preserve"> Non</w:t>
            </w:r>
          </w:p>
        </w:tc>
        <w:tc>
          <w:tcPr>
            <w:tcW w:w="1772" w:type="dxa"/>
            <w:tcMar>
              <w:top w:w="80" w:type="dxa"/>
              <w:left w:w="80" w:type="dxa"/>
              <w:bottom w:w="80" w:type="dxa"/>
              <w:right w:w="80" w:type="dxa"/>
            </w:tcMar>
            <w:vAlign w:val="center"/>
          </w:tcPr>
          <w:p w14:paraId="08E1231A"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2270" w:type="dxa"/>
            <w:tcMar>
              <w:top w:w="80" w:type="dxa"/>
              <w:left w:w="80" w:type="dxa"/>
              <w:bottom w:w="80" w:type="dxa"/>
              <w:right w:w="80" w:type="dxa"/>
            </w:tcMar>
            <w:vAlign w:val="center"/>
          </w:tcPr>
          <w:p w14:paraId="400C48F4"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r>
    </w:tbl>
    <w:p w14:paraId="64001156" w14:textId="77777777" w:rsidR="009F2D75" w:rsidRPr="00ED16E5" w:rsidRDefault="009F2D75">
      <w:pPr>
        <w:rPr>
          <w:rFonts w:asciiTheme="majorHAnsi" w:hAnsiTheme="majorHAnsi" w:cstheme="majorHAnsi"/>
        </w:rPr>
      </w:pPr>
    </w:p>
    <w:p w14:paraId="71A60859" w14:textId="6D58CCCA" w:rsidR="009F2D75" w:rsidRPr="00ED16E5" w:rsidRDefault="00702437">
      <w:pPr>
        <w:pStyle w:val="Titre1"/>
        <w:rPr>
          <w:rFonts w:cstheme="majorHAnsi"/>
        </w:rPr>
      </w:pPr>
      <w:r w:rsidRPr="00ED16E5">
        <w:rPr>
          <w:rFonts w:cstheme="majorHAnsi"/>
        </w:rPr>
        <w:t xml:space="preserve">4 – Liste des </w:t>
      </w:r>
      <w:proofErr w:type="spellStart"/>
      <w:r w:rsidRPr="00ED16E5">
        <w:rPr>
          <w:rFonts w:cstheme="majorHAnsi"/>
        </w:rPr>
        <w:t>Sauveteur·se·s</w:t>
      </w:r>
      <w:proofErr w:type="spellEnd"/>
      <w:r w:rsidRPr="00ED16E5">
        <w:rPr>
          <w:rFonts w:cstheme="majorHAnsi"/>
        </w:rPr>
        <w:t xml:space="preserve"> Secouristes du Travail</w:t>
      </w:r>
    </w:p>
    <w:tbl>
      <w:tblPr>
        <w:tblStyle w:val="Grilledutableau"/>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21"/>
        <w:gridCol w:w="2052"/>
        <w:gridCol w:w="2052"/>
        <w:gridCol w:w="1588"/>
        <w:gridCol w:w="2557"/>
      </w:tblGrid>
      <w:tr w:rsidR="009F2D75" w:rsidRPr="00ED16E5" w14:paraId="3621E170" w14:textId="77777777" w:rsidTr="00A10E10">
        <w:trPr>
          <w:jc w:val="center"/>
        </w:trPr>
        <w:tc>
          <w:tcPr>
            <w:tcW w:w="1821" w:type="dxa"/>
            <w:shd w:val="clear" w:color="auto" w:fill="D01050"/>
            <w:tcMar>
              <w:top w:w="80" w:type="dxa"/>
              <w:left w:w="80" w:type="dxa"/>
              <w:bottom w:w="80" w:type="dxa"/>
              <w:right w:w="80" w:type="dxa"/>
            </w:tcMar>
            <w:vAlign w:val="center"/>
          </w:tcPr>
          <w:p w14:paraId="099B450F"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Site</w:t>
            </w:r>
          </w:p>
        </w:tc>
        <w:tc>
          <w:tcPr>
            <w:tcW w:w="2052" w:type="dxa"/>
            <w:shd w:val="clear" w:color="auto" w:fill="D01050"/>
            <w:tcMar>
              <w:top w:w="80" w:type="dxa"/>
              <w:left w:w="80" w:type="dxa"/>
              <w:bottom w:w="80" w:type="dxa"/>
              <w:right w:w="80" w:type="dxa"/>
            </w:tcMar>
            <w:vAlign w:val="center"/>
          </w:tcPr>
          <w:p w14:paraId="24B4F458"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Prénom NOM</w:t>
            </w:r>
          </w:p>
        </w:tc>
        <w:tc>
          <w:tcPr>
            <w:tcW w:w="2052" w:type="dxa"/>
            <w:shd w:val="clear" w:color="auto" w:fill="D01050"/>
            <w:tcMar>
              <w:top w:w="80" w:type="dxa"/>
              <w:left w:w="80" w:type="dxa"/>
              <w:bottom w:w="80" w:type="dxa"/>
              <w:right w:w="80" w:type="dxa"/>
            </w:tcMar>
            <w:vAlign w:val="center"/>
          </w:tcPr>
          <w:p w14:paraId="4D0E87AB"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Fonction / service</w:t>
            </w:r>
          </w:p>
        </w:tc>
        <w:tc>
          <w:tcPr>
            <w:tcW w:w="1588" w:type="dxa"/>
            <w:shd w:val="clear" w:color="auto" w:fill="D01050"/>
            <w:tcMar>
              <w:top w:w="80" w:type="dxa"/>
              <w:left w:w="80" w:type="dxa"/>
              <w:bottom w:w="80" w:type="dxa"/>
              <w:right w:w="80" w:type="dxa"/>
            </w:tcMar>
            <w:vAlign w:val="center"/>
          </w:tcPr>
          <w:p w14:paraId="417791B3"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Téléphone</w:t>
            </w:r>
          </w:p>
        </w:tc>
        <w:tc>
          <w:tcPr>
            <w:tcW w:w="2557" w:type="dxa"/>
            <w:shd w:val="clear" w:color="auto" w:fill="D01050"/>
            <w:tcMar>
              <w:top w:w="80" w:type="dxa"/>
              <w:left w:w="80" w:type="dxa"/>
              <w:bottom w:w="80" w:type="dxa"/>
              <w:right w:w="80" w:type="dxa"/>
            </w:tcMar>
            <w:vAlign w:val="center"/>
          </w:tcPr>
          <w:p w14:paraId="231D4D0E"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Présence habituelle / observations</w:t>
            </w:r>
          </w:p>
        </w:tc>
      </w:tr>
      <w:tr w:rsidR="009F2D75" w:rsidRPr="00ED16E5" w14:paraId="239B8CC5" w14:textId="77777777" w:rsidTr="00A10E10">
        <w:trPr>
          <w:jc w:val="center"/>
        </w:trPr>
        <w:tc>
          <w:tcPr>
            <w:tcW w:w="1821" w:type="dxa"/>
            <w:tcMar>
              <w:top w:w="80" w:type="dxa"/>
              <w:left w:w="80" w:type="dxa"/>
              <w:bottom w:w="80" w:type="dxa"/>
              <w:right w:w="80" w:type="dxa"/>
            </w:tcMar>
            <w:vAlign w:val="center"/>
          </w:tcPr>
          <w:p w14:paraId="4CD246E0"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2052" w:type="dxa"/>
            <w:tcMar>
              <w:top w:w="80" w:type="dxa"/>
              <w:left w:w="80" w:type="dxa"/>
              <w:bottom w:w="80" w:type="dxa"/>
              <w:right w:w="80" w:type="dxa"/>
            </w:tcMar>
            <w:vAlign w:val="center"/>
          </w:tcPr>
          <w:p w14:paraId="39F5DA44"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2052" w:type="dxa"/>
            <w:tcMar>
              <w:top w:w="80" w:type="dxa"/>
              <w:left w:w="80" w:type="dxa"/>
              <w:bottom w:w="80" w:type="dxa"/>
              <w:right w:w="80" w:type="dxa"/>
            </w:tcMar>
            <w:vAlign w:val="center"/>
          </w:tcPr>
          <w:p w14:paraId="27C322D8"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1588" w:type="dxa"/>
            <w:tcMar>
              <w:top w:w="80" w:type="dxa"/>
              <w:left w:w="80" w:type="dxa"/>
              <w:bottom w:w="80" w:type="dxa"/>
              <w:right w:w="80" w:type="dxa"/>
            </w:tcMar>
            <w:vAlign w:val="center"/>
          </w:tcPr>
          <w:p w14:paraId="041C7E88"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2557" w:type="dxa"/>
            <w:tcMar>
              <w:top w:w="80" w:type="dxa"/>
              <w:left w:w="80" w:type="dxa"/>
              <w:bottom w:w="80" w:type="dxa"/>
              <w:right w:w="80" w:type="dxa"/>
            </w:tcMar>
            <w:vAlign w:val="center"/>
          </w:tcPr>
          <w:p w14:paraId="542ED483"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r>
      <w:tr w:rsidR="009F2D75" w:rsidRPr="00ED16E5" w14:paraId="4AAF2922" w14:textId="77777777" w:rsidTr="00A10E10">
        <w:trPr>
          <w:jc w:val="center"/>
        </w:trPr>
        <w:tc>
          <w:tcPr>
            <w:tcW w:w="1821" w:type="dxa"/>
            <w:tcMar>
              <w:top w:w="80" w:type="dxa"/>
              <w:left w:w="80" w:type="dxa"/>
              <w:bottom w:w="80" w:type="dxa"/>
              <w:right w:w="80" w:type="dxa"/>
            </w:tcMar>
            <w:vAlign w:val="center"/>
          </w:tcPr>
          <w:p w14:paraId="2174199D"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2052" w:type="dxa"/>
            <w:tcMar>
              <w:top w:w="80" w:type="dxa"/>
              <w:left w:w="80" w:type="dxa"/>
              <w:bottom w:w="80" w:type="dxa"/>
              <w:right w:w="80" w:type="dxa"/>
            </w:tcMar>
            <w:vAlign w:val="center"/>
          </w:tcPr>
          <w:p w14:paraId="7E0770C7"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2052" w:type="dxa"/>
            <w:tcMar>
              <w:top w:w="80" w:type="dxa"/>
              <w:left w:w="80" w:type="dxa"/>
              <w:bottom w:w="80" w:type="dxa"/>
              <w:right w:w="80" w:type="dxa"/>
            </w:tcMar>
            <w:vAlign w:val="center"/>
          </w:tcPr>
          <w:p w14:paraId="7E7E6CD6"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1588" w:type="dxa"/>
            <w:tcMar>
              <w:top w:w="80" w:type="dxa"/>
              <w:left w:w="80" w:type="dxa"/>
              <w:bottom w:w="80" w:type="dxa"/>
              <w:right w:w="80" w:type="dxa"/>
            </w:tcMar>
            <w:vAlign w:val="center"/>
          </w:tcPr>
          <w:p w14:paraId="53225955"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2557" w:type="dxa"/>
            <w:tcMar>
              <w:top w:w="80" w:type="dxa"/>
              <w:left w:w="80" w:type="dxa"/>
              <w:bottom w:w="80" w:type="dxa"/>
              <w:right w:w="80" w:type="dxa"/>
            </w:tcMar>
            <w:vAlign w:val="center"/>
          </w:tcPr>
          <w:p w14:paraId="67C9FB00"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r>
      <w:tr w:rsidR="009F2D75" w:rsidRPr="00ED16E5" w14:paraId="51C1D78E" w14:textId="77777777" w:rsidTr="00A10E10">
        <w:trPr>
          <w:jc w:val="center"/>
        </w:trPr>
        <w:tc>
          <w:tcPr>
            <w:tcW w:w="1821" w:type="dxa"/>
            <w:tcMar>
              <w:top w:w="80" w:type="dxa"/>
              <w:left w:w="80" w:type="dxa"/>
              <w:bottom w:w="80" w:type="dxa"/>
              <w:right w:w="80" w:type="dxa"/>
            </w:tcMar>
            <w:vAlign w:val="center"/>
          </w:tcPr>
          <w:p w14:paraId="3CC9DA0A"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2052" w:type="dxa"/>
            <w:tcMar>
              <w:top w:w="80" w:type="dxa"/>
              <w:left w:w="80" w:type="dxa"/>
              <w:bottom w:w="80" w:type="dxa"/>
              <w:right w:w="80" w:type="dxa"/>
            </w:tcMar>
            <w:vAlign w:val="center"/>
          </w:tcPr>
          <w:p w14:paraId="26BE7F8F"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2052" w:type="dxa"/>
            <w:tcMar>
              <w:top w:w="80" w:type="dxa"/>
              <w:left w:w="80" w:type="dxa"/>
              <w:bottom w:w="80" w:type="dxa"/>
              <w:right w:w="80" w:type="dxa"/>
            </w:tcMar>
            <w:vAlign w:val="center"/>
          </w:tcPr>
          <w:p w14:paraId="75306730"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1588" w:type="dxa"/>
            <w:tcMar>
              <w:top w:w="80" w:type="dxa"/>
              <w:left w:w="80" w:type="dxa"/>
              <w:bottom w:w="80" w:type="dxa"/>
              <w:right w:w="80" w:type="dxa"/>
            </w:tcMar>
            <w:vAlign w:val="center"/>
          </w:tcPr>
          <w:p w14:paraId="5CF39F43"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2557" w:type="dxa"/>
            <w:tcMar>
              <w:top w:w="80" w:type="dxa"/>
              <w:left w:w="80" w:type="dxa"/>
              <w:bottom w:w="80" w:type="dxa"/>
              <w:right w:w="80" w:type="dxa"/>
            </w:tcMar>
            <w:vAlign w:val="center"/>
          </w:tcPr>
          <w:p w14:paraId="0931ACE1"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r>
      <w:tr w:rsidR="009F2D75" w:rsidRPr="00ED16E5" w14:paraId="2B416C56" w14:textId="77777777" w:rsidTr="00A10E10">
        <w:trPr>
          <w:jc w:val="center"/>
        </w:trPr>
        <w:tc>
          <w:tcPr>
            <w:tcW w:w="1821" w:type="dxa"/>
            <w:tcMar>
              <w:top w:w="80" w:type="dxa"/>
              <w:left w:w="80" w:type="dxa"/>
              <w:bottom w:w="80" w:type="dxa"/>
              <w:right w:w="80" w:type="dxa"/>
            </w:tcMar>
            <w:vAlign w:val="center"/>
          </w:tcPr>
          <w:p w14:paraId="147735AF"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2052" w:type="dxa"/>
            <w:tcMar>
              <w:top w:w="80" w:type="dxa"/>
              <w:left w:w="80" w:type="dxa"/>
              <w:bottom w:w="80" w:type="dxa"/>
              <w:right w:w="80" w:type="dxa"/>
            </w:tcMar>
            <w:vAlign w:val="center"/>
          </w:tcPr>
          <w:p w14:paraId="3C533EE9"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2052" w:type="dxa"/>
            <w:tcMar>
              <w:top w:w="80" w:type="dxa"/>
              <w:left w:w="80" w:type="dxa"/>
              <w:bottom w:w="80" w:type="dxa"/>
              <w:right w:w="80" w:type="dxa"/>
            </w:tcMar>
            <w:vAlign w:val="center"/>
          </w:tcPr>
          <w:p w14:paraId="60A13D4B"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1588" w:type="dxa"/>
            <w:tcMar>
              <w:top w:w="80" w:type="dxa"/>
              <w:left w:w="80" w:type="dxa"/>
              <w:bottom w:w="80" w:type="dxa"/>
              <w:right w:w="80" w:type="dxa"/>
            </w:tcMar>
            <w:vAlign w:val="center"/>
          </w:tcPr>
          <w:p w14:paraId="24B95F7B"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2557" w:type="dxa"/>
            <w:tcMar>
              <w:top w:w="80" w:type="dxa"/>
              <w:left w:w="80" w:type="dxa"/>
              <w:bottom w:w="80" w:type="dxa"/>
              <w:right w:w="80" w:type="dxa"/>
            </w:tcMar>
            <w:vAlign w:val="center"/>
          </w:tcPr>
          <w:p w14:paraId="7690C779"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r>
      <w:tr w:rsidR="00A10E10" w:rsidRPr="00ED16E5" w14:paraId="13585CEA" w14:textId="77777777" w:rsidTr="00A10E10">
        <w:trPr>
          <w:jc w:val="center"/>
        </w:trPr>
        <w:tc>
          <w:tcPr>
            <w:tcW w:w="1821" w:type="dxa"/>
            <w:tcMar>
              <w:top w:w="80" w:type="dxa"/>
              <w:left w:w="80" w:type="dxa"/>
              <w:bottom w:w="80" w:type="dxa"/>
              <w:right w:w="80" w:type="dxa"/>
            </w:tcMar>
            <w:vAlign w:val="center"/>
          </w:tcPr>
          <w:p w14:paraId="683F6234" w14:textId="33BFFF3D"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052" w:type="dxa"/>
            <w:tcMar>
              <w:top w:w="80" w:type="dxa"/>
              <w:left w:w="80" w:type="dxa"/>
              <w:bottom w:w="80" w:type="dxa"/>
              <w:right w:w="80" w:type="dxa"/>
            </w:tcMar>
            <w:vAlign w:val="center"/>
          </w:tcPr>
          <w:p w14:paraId="62A74147" w14:textId="67AF8C3E"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052" w:type="dxa"/>
            <w:tcMar>
              <w:top w:w="80" w:type="dxa"/>
              <w:left w:w="80" w:type="dxa"/>
              <w:bottom w:w="80" w:type="dxa"/>
              <w:right w:w="80" w:type="dxa"/>
            </w:tcMar>
            <w:vAlign w:val="center"/>
          </w:tcPr>
          <w:p w14:paraId="45801935" w14:textId="54A4127F"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588" w:type="dxa"/>
            <w:tcMar>
              <w:top w:w="80" w:type="dxa"/>
              <w:left w:w="80" w:type="dxa"/>
              <w:bottom w:w="80" w:type="dxa"/>
              <w:right w:w="80" w:type="dxa"/>
            </w:tcMar>
            <w:vAlign w:val="center"/>
          </w:tcPr>
          <w:p w14:paraId="5E53ECFB" w14:textId="35666229"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557" w:type="dxa"/>
            <w:tcMar>
              <w:top w:w="80" w:type="dxa"/>
              <w:left w:w="80" w:type="dxa"/>
              <w:bottom w:w="80" w:type="dxa"/>
              <w:right w:w="80" w:type="dxa"/>
            </w:tcMar>
            <w:vAlign w:val="center"/>
          </w:tcPr>
          <w:p w14:paraId="54B73425" w14:textId="33D0986F"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r>
      <w:tr w:rsidR="00A10E10" w:rsidRPr="00ED16E5" w14:paraId="34A158BF" w14:textId="77777777" w:rsidTr="00A10E10">
        <w:trPr>
          <w:jc w:val="center"/>
        </w:trPr>
        <w:tc>
          <w:tcPr>
            <w:tcW w:w="1821" w:type="dxa"/>
            <w:tcMar>
              <w:top w:w="80" w:type="dxa"/>
              <w:left w:w="80" w:type="dxa"/>
              <w:bottom w:w="80" w:type="dxa"/>
              <w:right w:w="80" w:type="dxa"/>
            </w:tcMar>
            <w:vAlign w:val="center"/>
          </w:tcPr>
          <w:p w14:paraId="3FF13EF2" w14:textId="6474B67C"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052" w:type="dxa"/>
            <w:tcMar>
              <w:top w:w="80" w:type="dxa"/>
              <w:left w:w="80" w:type="dxa"/>
              <w:bottom w:w="80" w:type="dxa"/>
              <w:right w:w="80" w:type="dxa"/>
            </w:tcMar>
            <w:vAlign w:val="center"/>
          </w:tcPr>
          <w:p w14:paraId="25089DC3" w14:textId="6C899CEB"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052" w:type="dxa"/>
            <w:tcMar>
              <w:top w:w="80" w:type="dxa"/>
              <w:left w:w="80" w:type="dxa"/>
              <w:bottom w:w="80" w:type="dxa"/>
              <w:right w:w="80" w:type="dxa"/>
            </w:tcMar>
            <w:vAlign w:val="center"/>
          </w:tcPr>
          <w:p w14:paraId="5698FF21" w14:textId="7655D675"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588" w:type="dxa"/>
            <w:tcMar>
              <w:top w:w="80" w:type="dxa"/>
              <w:left w:w="80" w:type="dxa"/>
              <w:bottom w:w="80" w:type="dxa"/>
              <w:right w:w="80" w:type="dxa"/>
            </w:tcMar>
            <w:vAlign w:val="center"/>
          </w:tcPr>
          <w:p w14:paraId="46808528" w14:textId="561146B5"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557" w:type="dxa"/>
            <w:tcMar>
              <w:top w:w="80" w:type="dxa"/>
              <w:left w:w="80" w:type="dxa"/>
              <w:bottom w:w="80" w:type="dxa"/>
              <w:right w:w="80" w:type="dxa"/>
            </w:tcMar>
            <w:vAlign w:val="center"/>
          </w:tcPr>
          <w:p w14:paraId="4B812626" w14:textId="6FD25F80"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r>
      <w:tr w:rsidR="00A10E10" w:rsidRPr="00ED16E5" w14:paraId="322AD782" w14:textId="77777777" w:rsidTr="00A10E10">
        <w:trPr>
          <w:jc w:val="center"/>
        </w:trPr>
        <w:tc>
          <w:tcPr>
            <w:tcW w:w="1821" w:type="dxa"/>
            <w:tcMar>
              <w:top w:w="80" w:type="dxa"/>
              <w:left w:w="80" w:type="dxa"/>
              <w:bottom w:w="80" w:type="dxa"/>
              <w:right w:w="80" w:type="dxa"/>
            </w:tcMar>
            <w:vAlign w:val="center"/>
          </w:tcPr>
          <w:p w14:paraId="2CD6622B" w14:textId="74A691DB"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052" w:type="dxa"/>
            <w:tcMar>
              <w:top w:w="80" w:type="dxa"/>
              <w:left w:w="80" w:type="dxa"/>
              <w:bottom w:w="80" w:type="dxa"/>
              <w:right w:w="80" w:type="dxa"/>
            </w:tcMar>
            <w:vAlign w:val="center"/>
          </w:tcPr>
          <w:p w14:paraId="3780C9BD" w14:textId="35366F2D"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052" w:type="dxa"/>
            <w:tcMar>
              <w:top w:w="80" w:type="dxa"/>
              <w:left w:w="80" w:type="dxa"/>
              <w:bottom w:w="80" w:type="dxa"/>
              <w:right w:w="80" w:type="dxa"/>
            </w:tcMar>
            <w:vAlign w:val="center"/>
          </w:tcPr>
          <w:p w14:paraId="62C82163" w14:textId="0453EB7E"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588" w:type="dxa"/>
            <w:tcMar>
              <w:top w:w="80" w:type="dxa"/>
              <w:left w:w="80" w:type="dxa"/>
              <w:bottom w:w="80" w:type="dxa"/>
              <w:right w:w="80" w:type="dxa"/>
            </w:tcMar>
            <w:vAlign w:val="center"/>
          </w:tcPr>
          <w:p w14:paraId="32B5C8FA" w14:textId="227DE198"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557" w:type="dxa"/>
            <w:tcMar>
              <w:top w:w="80" w:type="dxa"/>
              <w:left w:w="80" w:type="dxa"/>
              <w:bottom w:w="80" w:type="dxa"/>
              <w:right w:w="80" w:type="dxa"/>
            </w:tcMar>
            <w:vAlign w:val="center"/>
          </w:tcPr>
          <w:p w14:paraId="02EBFBE3" w14:textId="52444D20"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r>
      <w:tr w:rsidR="00A10E10" w:rsidRPr="00ED16E5" w14:paraId="5D0C0C3E" w14:textId="77777777" w:rsidTr="00A10E10">
        <w:trPr>
          <w:jc w:val="center"/>
        </w:trPr>
        <w:tc>
          <w:tcPr>
            <w:tcW w:w="1821" w:type="dxa"/>
            <w:tcMar>
              <w:top w:w="80" w:type="dxa"/>
              <w:left w:w="80" w:type="dxa"/>
              <w:bottom w:w="80" w:type="dxa"/>
              <w:right w:w="80" w:type="dxa"/>
            </w:tcMar>
            <w:vAlign w:val="center"/>
          </w:tcPr>
          <w:p w14:paraId="309A57DE" w14:textId="214F945A"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052" w:type="dxa"/>
            <w:tcMar>
              <w:top w:w="80" w:type="dxa"/>
              <w:left w:w="80" w:type="dxa"/>
              <w:bottom w:w="80" w:type="dxa"/>
              <w:right w:w="80" w:type="dxa"/>
            </w:tcMar>
            <w:vAlign w:val="center"/>
          </w:tcPr>
          <w:p w14:paraId="2C29AEA0" w14:textId="04FAFE5D"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052" w:type="dxa"/>
            <w:tcMar>
              <w:top w:w="80" w:type="dxa"/>
              <w:left w:w="80" w:type="dxa"/>
              <w:bottom w:w="80" w:type="dxa"/>
              <w:right w:w="80" w:type="dxa"/>
            </w:tcMar>
            <w:vAlign w:val="center"/>
          </w:tcPr>
          <w:p w14:paraId="561CF4D5" w14:textId="2BFCFC12"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588" w:type="dxa"/>
            <w:tcMar>
              <w:top w:w="80" w:type="dxa"/>
              <w:left w:w="80" w:type="dxa"/>
              <w:bottom w:w="80" w:type="dxa"/>
              <w:right w:w="80" w:type="dxa"/>
            </w:tcMar>
            <w:vAlign w:val="center"/>
          </w:tcPr>
          <w:p w14:paraId="2FE97EE0" w14:textId="235F008E"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557" w:type="dxa"/>
            <w:tcMar>
              <w:top w:w="80" w:type="dxa"/>
              <w:left w:w="80" w:type="dxa"/>
              <w:bottom w:w="80" w:type="dxa"/>
              <w:right w:w="80" w:type="dxa"/>
            </w:tcMar>
            <w:vAlign w:val="center"/>
          </w:tcPr>
          <w:p w14:paraId="2BB515A4" w14:textId="0EA4FC0A"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r>
      <w:tr w:rsidR="00A10E10" w:rsidRPr="00ED16E5" w14:paraId="19BF63A5" w14:textId="77777777" w:rsidTr="00A10E10">
        <w:trPr>
          <w:jc w:val="center"/>
        </w:trPr>
        <w:tc>
          <w:tcPr>
            <w:tcW w:w="1821" w:type="dxa"/>
            <w:tcMar>
              <w:top w:w="80" w:type="dxa"/>
              <w:left w:w="80" w:type="dxa"/>
              <w:bottom w:w="80" w:type="dxa"/>
              <w:right w:w="80" w:type="dxa"/>
            </w:tcMar>
            <w:vAlign w:val="center"/>
          </w:tcPr>
          <w:p w14:paraId="6BC0C8DA" w14:textId="3DE03352"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052" w:type="dxa"/>
            <w:tcMar>
              <w:top w:w="80" w:type="dxa"/>
              <w:left w:w="80" w:type="dxa"/>
              <w:bottom w:w="80" w:type="dxa"/>
              <w:right w:w="80" w:type="dxa"/>
            </w:tcMar>
            <w:vAlign w:val="center"/>
          </w:tcPr>
          <w:p w14:paraId="5DE63EF1" w14:textId="5D1D9B6B"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052" w:type="dxa"/>
            <w:tcMar>
              <w:top w:w="80" w:type="dxa"/>
              <w:left w:w="80" w:type="dxa"/>
              <w:bottom w:w="80" w:type="dxa"/>
              <w:right w:w="80" w:type="dxa"/>
            </w:tcMar>
            <w:vAlign w:val="center"/>
          </w:tcPr>
          <w:p w14:paraId="6509852E" w14:textId="53E02E6A"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588" w:type="dxa"/>
            <w:tcMar>
              <w:top w:w="80" w:type="dxa"/>
              <w:left w:w="80" w:type="dxa"/>
              <w:bottom w:w="80" w:type="dxa"/>
              <w:right w:w="80" w:type="dxa"/>
            </w:tcMar>
            <w:vAlign w:val="center"/>
          </w:tcPr>
          <w:p w14:paraId="3947298D" w14:textId="5A616A7A"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557" w:type="dxa"/>
            <w:tcMar>
              <w:top w:w="80" w:type="dxa"/>
              <w:left w:w="80" w:type="dxa"/>
              <w:bottom w:w="80" w:type="dxa"/>
              <w:right w:w="80" w:type="dxa"/>
            </w:tcMar>
            <w:vAlign w:val="center"/>
          </w:tcPr>
          <w:p w14:paraId="7A11D904" w14:textId="663EBF95"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r>
      <w:tr w:rsidR="00A10E10" w:rsidRPr="00ED16E5" w14:paraId="69CAFFF2" w14:textId="77777777" w:rsidTr="00A10E10">
        <w:trPr>
          <w:jc w:val="center"/>
        </w:trPr>
        <w:tc>
          <w:tcPr>
            <w:tcW w:w="1821" w:type="dxa"/>
            <w:tcMar>
              <w:top w:w="80" w:type="dxa"/>
              <w:left w:w="80" w:type="dxa"/>
              <w:bottom w:w="80" w:type="dxa"/>
              <w:right w:w="80" w:type="dxa"/>
            </w:tcMar>
            <w:vAlign w:val="center"/>
          </w:tcPr>
          <w:p w14:paraId="5E5E67B6" w14:textId="10489B3D"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052" w:type="dxa"/>
            <w:tcMar>
              <w:top w:w="80" w:type="dxa"/>
              <w:left w:w="80" w:type="dxa"/>
              <w:bottom w:w="80" w:type="dxa"/>
              <w:right w:w="80" w:type="dxa"/>
            </w:tcMar>
            <w:vAlign w:val="center"/>
          </w:tcPr>
          <w:p w14:paraId="66BDA8DA" w14:textId="4C781A0C"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052" w:type="dxa"/>
            <w:tcMar>
              <w:top w:w="80" w:type="dxa"/>
              <w:left w:w="80" w:type="dxa"/>
              <w:bottom w:w="80" w:type="dxa"/>
              <w:right w:w="80" w:type="dxa"/>
            </w:tcMar>
            <w:vAlign w:val="center"/>
          </w:tcPr>
          <w:p w14:paraId="15039714" w14:textId="368C229D"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588" w:type="dxa"/>
            <w:tcMar>
              <w:top w:w="80" w:type="dxa"/>
              <w:left w:w="80" w:type="dxa"/>
              <w:bottom w:w="80" w:type="dxa"/>
              <w:right w:w="80" w:type="dxa"/>
            </w:tcMar>
            <w:vAlign w:val="center"/>
          </w:tcPr>
          <w:p w14:paraId="45C7929D" w14:textId="3918BC39"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557" w:type="dxa"/>
            <w:tcMar>
              <w:top w:w="80" w:type="dxa"/>
              <w:left w:w="80" w:type="dxa"/>
              <w:bottom w:w="80" w:type="dxa"/>
              <w:right w:w="80" w:type="dxa"/>
            </w:tcMar>
            <w:vAlign w:val="center"/>
          </w:tcPr>
          <w:p w14:paraId="14505B4B" w14:textId="04F9B2B9"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r>
      <w:tr w:rsidR="00A10E10" w:rsidRPr="00ED16E5" w14:paraId="1710DB9D" w14:textId="77777777" w:rsidTr="00A10E10">
        <w:trPr>
          <w:jc w:val="center"/>
        </w:trPr>
        <w:tc>
          <w:tcPr>
            <w:tcW w:w="1821" w:type="dxa"/>
            <w:tcMar>
              <w:top w:w="80" w:type="dxa"/>
              <w:left w:w="80" w:type="dxa"/>
              <w:bottom w:w="80" w:type="dxa"/>
              <w:right w:w="80" w:type="dxa"/>
            </w:tcMar>
            <w:vAlign w:val="center"/>
          </w:tcPr>
          <w:p w14:paraId="2BC9CD7E" w14:textId="7A4A18C7"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052" w:type="dxa"/>
            <w:tcMar>
              <w:top w:w="80" w:type="dxa"/>
              <w:left w:w="80" w:type="dxa"/>
              <w:bottom w:w="80" w:type="dxa"/>
              <w:right w:w="80" w:type="dxa"/>
            </w:tcMar>
            <w:vAlign w:val="center"/>
          </w:tcPr>
          <w:p w14:paraId="77DD27CC" w14:textId="07A585A1"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052" w:type="dxa"/>
            <w:tcMar>
              <w:top w:w="80" w:type="dxa"/>
              <w:left w:w="80" w:type="dxa"/>
              <w:bottom w:w="80" w:type="dxa"/>
              <w:right w:w="80" w:type="dxa"/>
            </w:tcMar>
            <w:vAlign w:val="center"/>
          </w:tcPr>
          <w:p w14:paraId="7A4CB2D2" w14:textId="7404245D"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588" w:type="dxa"/>
            <w:tcMar>
              <w:top w:w="80" w:type="dxa"/>
              <w:left w:w="80" w:type="dxa"/>
              <w:bottom w:w="80" w:type="dxa"/>
              <w:right w:w="80" w:type="dxa"/>
            </w:tcMar>
            <w:vAlign w:val="center"/>
          </w:tcPr>
          <w:p w14:paraId="6B7509EA" w14:textId="5DF3EA6F"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557" w:type="dxa"/>
            <w:tcMar>
              <w:top w:w="80" w:type="dxa"/>
              <w:left w:w="80" w:type="dxa"/>
              <w:bottom w:w="80" w:type="dxa"/>
              <w:right w:w="80" w:type="dxa"/>
            </w:tcMar>
            <w:vAlign w:val="center"/>
          </w:tcPr>
          <w:p w14:paraId="040A37F1" w14:textId="71759ED4"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r>
      <w:tr w:rsidR="00A10E10" w:rsidRPr="00ED16E5" w14:paraId="2A081543" w14:textId="77777777" w:rsidTr="00A10E10">
        <w:trPr>
          <w:jc w:val="center"/>
        </w:trPr>
        <w:tc>
          <w:tcPr>
            <w:tcW w:w="1821" w:type="dxa"/>
            <w:tcMar>
              <w:top w:w="80" w:type="dxa"/>
              <w:left w:w="80" w:type="dxa"/>
              <w:bottom w:w="80" w:type="dxa"/>
              <w:right w:w="80" w:type="dxa"/>
            </w:tcMar>
            <w:vAlign w:val="center"/>
          </w:tcPr>
          <w:p w14:paraId="7CC5DF50" w14:textId="485B2A8B"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052" w:type="dxa"/>
            <w:tcMar>
              <w:top w:w="80" w:type="dxa"/>
              <w:left w:w="80" w:type="dxa"/>
              <w:bottom w:w="80" w:type="dxa"/>
              <w:right w:w="80" w:type="dxa"/>
            </w:tcMar>
            <w:vAlign w:val="center"/>
          </w:tcPr>
          <w:p w14:paraId="4E14F2A1" w14:textId="6C7BF654"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052" w:type="dxa"/>
            <w:tcMar>
              <w:top w:w="80" w:type="dxa"/>
              <w:left w:w="80" w:type="dxa"/>
              <w:bottom w:w="80" w:type="dxa"/>
              <w:right w:w="80" w:type="dxa"/>
            </w:tcMar>
            <w:vAlign w:val="center"/>
          </w:tcPr>
          <w:p w14:paraId="14ACD9FD" w14:textId="6AA5DA91"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588" w:type="dxa"/>
            <w:tcMar>
              <w:top w:w="80" w:type="dxa"/>
              <w:left w:w="80" w:type="dxa"/>
              <w:bottom w:w="80" w:type="dxa"/>
              <w:right w:w="80" w:type="dxa"/>
            </w:tcMar>
            <w:vAlign w:val="center"/>
          </w:tcPr>
          <w:p w14:paraId="46338E09" w14:textId="77BED5CC"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557" w:type="dxa"/>
            <w:tcMar>
              <w:top w:w="80" w:type="dxa"/>
              <w:left w:w="80" w:type="dxa"/>
              <w:bottom w:w="80" w:type="dxa"/>
              <w:right w:w="80" w:type="dxa"/>
            </w:tcMar>
            <w:vAlign w:val="center"/>
          </w:tcPr>
          <w:p w14:paraId="42DCC1EA" w14:textId="6F1CED3D"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r>
    </w:tbl>
    <w:p w14:paraId="07E5F0FE" w14:textId="77777777" w:rsidR="009F2D75" w:rsidRPr="00ED16E5" w:rsidRDefault="009F2D75">
      <w:pPr>
        <w:rPr>
          <w:rFonts w:asciiTheme="majorHAnsi" w:hAnsiTheme="majorHAnsi" w:cstheme="majorHAnsi"/>
        </w:rPr>
      </w:pPr>
    </w:p>
    <w:p w14:paraId="1B5AFA45" w14:textId="77777777" w:rsidR="009F2D75" w:rsidRPr="00ED16E5" w:rsidRDefault="00702437">
      <w:pPr>
        <w:rPr>
          <w:rFonts w:asciiTheme="majorHAnsi" w:hAnsiTheme="majorHAnsi" w:cstheme="majorHAnsi"/>
        </w:rPr>
      </w:pPr>
      <w:r w:rsidRPr="00ED16E5">
        <w:rPr>
          <w:rFonts w:asciiTheme="majorHAnsi" w:hAnsiTheme="majorHAnsi" w:cstheme="majorHAnsi"/>
        </w:rPr>
        <w:br w:type="page"/>
      </w:r>
    </w:p>
    <w:p w14:paraId="0C3FF32D" w14:textId="3FE7702D" w:rsidR="009F2D75" w:rsidRPr="00ED16E5" w:rsidRDefault="00702437">
      <w:pPr>
        <w:pStyle w:val="Titre1"/>
        <w:rPr>
          <w:rFonts w:cstheme="majorHAnsi"/>
        </w:rPr>
      </w:pPr>
      <w:r w:rsidRPr="00ED16E5">
        <w:rPr>
          <w:rFonts w:cstheme="majorHAnsi"/>
        </w:rPr>
        <w:lastRenderedPageBreak/>
        <w:t>5 – Suivi des alertes et décisions</w:t>
      </w:r>
    </w:p>
    <w:tbl>
      <w:tblPr>
        <w:tblStyle w:val="Grilledutableau"/>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379"/>
        <w:gridCol w:w="1542"/>
        <w:gridCol w:w="1679"/>
        <w:gridCol w:w="2253"/>
        <w:gridCol w:w="1921"/>
        <w:gridCol w:w="1296"/>
      </w:tblGrid>
      <w:tr w:rsidR="009F2D75" w:rsidRPr="00ED16E5" w14:paraId="2BD2DFFF" w14:textId="77777777" w:rsidTr="00A10E10">
        <w:trPr>
          <w:jc w:val="center"/>
        </w:trPr>
        <w:tc>
          <w:tcPr>
            <w:tcW w:w="1379" w:type="dxa"/>
            <w:shd w:val="clear" w:color="auto" w:fill="D01050"/>
            <w:tcMar>
              <w:top w:w="80" w:type="dxa"/>
              <w:left w:w="80" w:type="dxa"/>
              <w:bottom w:w="80" w:type="dxa"/>
              <w:right w:w="80" w:type="dxa"/>
            </w:tcMar>
            <w:vAlign w:val="center"/>
          </w:tcPr>
          <w:p w14:paraId="0C60AB1D"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Date</w:t>
            </w:r>
          </w:p>
        </w:tc>
        <w:tc>
          <w:tcPr>
            <w:tcW w:w="1542" w:type="dxa"/>
            <w:shd w:val="clear" w:color="auto" w:fill="D01050"/>
            <w:tcMar>
              <w:top w:w="80" w:type="dxa"/>
              <w:left w:w="80" w:type="dxa"/>
              <w:bottom w:w="80" w:type="dxa"/>
              <w:right w:w="80" w:type="dxa"/>
            </w:tcMar>
            <w:vAlign w:val="center"/>
          </w:tcPr>
          <w:p w14:paraId="73913FFD"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Niveau de vigilance</w:t>
            </w:r>
          </w:p>
        </w:tc>
        <w:tc>
          <w:tcPr>
            <w:tcW w:w="1679" w:type="dxa"/>
            <w:shd w:val="clear" w:color="auto" w:fill="D01050"/>
            <w:tcMar>
              <w:top w:w="80" w:type="dxa"/>
              <w:left w:w="80" w:type="dxa"/>
              <w:bottom w:w="80" w:type="dxa"/>
              <w:right w:w="80" w:type="dxa"/>
            </w:tcMar>
            <w:vAlign w:val="center"/>
          </w:tcPr>
          <w:p w14:paraId="2650BF8D"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Services concernés</w:t>
            </w:r>
          </w:p>
        </w:tc>
        <w:tc>
          <w:tcPr>
            <w:tcW w:w="2253" w:type="dxa"/>
            <w:shd w:val="clear" w:color="auto" w:fill="D01050"/>
            <w:tcMar>
              <w:top w:w="80" w:type="dxa"/>
              <w:left w:w="80" w:type="dxa"/>
              <w:bottom w:w="80" w:type="dxa"/>
              <w:right w:w="80" w:type="dxa"/>
            </w:tcMar>
            <w:vAlign w:val="center"/>
          </w:tcPr>
          <w:p w14:paraId="02D15AC5"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Mesures activées</w:t>
            </w:r>
          </w:p>
        </w:tc>
        <w:tc>
          <w:tcPr>
            <w:tcW w:w="1921" w:type="dxa"/>
            <w:shd w:val="clear" w:color="auto" w:fill="D01050"/>
            <w:tcMar>
              <w:top w:w="80" w:type="dxa"/>
              <w:left w:w="80" w:type="dxa"/>
              <w:bottom w:w="80" w:type="dxa"/>
              <w:right w:w="80" w:type="dxa"/>
            </w:tcMar>
            <w:vAlign w:val="center"/>
          </w:tcPr>
          <w:p w14:paraId="3493E32D"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Décision / responsable</w:t>
            </w:r>
          </w:p>
        </w:tc>
        <w:tc>
          <w:tcPr>
            <w:tcW w:w="1296" w:type="dxa"/>
            <w:shd w:val="clear" w:color="auto" w:fill="D01050"/>
            <w:tcMar>
              <w:top w:w="80" w:type="dxa"/>
              <w:left w:w="80" w:type="dxa"/>
              <w:bottom w:w="80" w:type="dxa"/>
              <w:right w:w="80" w:type="dxa"/>
            </w:tcMar>
            <w:vAlign w:val="center"/>
          </w:tcPr>
          <w:p w14:paraId="287F0440"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Heure de diffusion</w:t>
            </w:r>
          </w:p>
        </w:tc>
      </w:tr>
      <w:tr w:rsidR="009F2D75" w:rsidRPr="00ED16E5" w14:paraId="3F8B8C6A" w14:textId="77777777" w:rsidTr="00A10E10">
        <w:trPr>
          <w:jc w:val="center"/>
        </w:trPr>
        <w:tc>
          <w:tcPr>
            <w:tcW w:w="1379" w:type="dxa"/>
            <w:tcMar>
              <w:top w:w="80" w:type="dxa"/>
              <w:left w:w="80" w:type="dxa"/>
              <w:bottom w:w="80" w:type="dxa"/>
              <w:right w:w="80" w:type="dxa"/>
            </w:tcMar>
            <w:vAlign w:val="center"/>
          </w:tcPr>
          <w:p w14:paraId="53E7FDD2"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[JJ/MM/AAAA]</w:t>
            </w:r>
          </w:p>
        </w:tc>
        <w:tc>
          <w:tcPr>
            <w:tcW w:w="1542" w:type="dxa"/>
            <w:tcMar>
              <w:top w:w="80" w:type="dxa"/>
              <w:left w:w="80" w:type="dxa"/>
              <w:bottom w:w="80" w:type="dxa"/>
              <w:right w:w="80" w:type="dxa"/>
            </w:tcMar>
            <w:vAlign w:val="center"/>
          </w:tcPr>
          <w:p w14:paraId="0601465F"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[Vert / jaune / orange / rouge]</w:t>
            </w:r>
          </w:p>
        </w:tc>
        <w:tc>
          <w:tcPr>
            <w:tcW w:w="1679" w:type="dxa"/>
            <w:tcMar>
              <w:top w:w="80" w:type="dxa"/>
              <w:left w:w="80" w:type="dxa"/>
              <w:bottom w:w="80" w:type="dxa"/>
              <w:right w:w="80" w:type="dxa"/>
            </w:tcMar>
            <w:vAlign w:val="center"/>
          </w:tcPr>
          <w:p w14:paraId="79F55F42"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2253" w:type="dxa"/>
            <w:tcMar>
              <w:top w:w="80" w:type="dxa"/>
              <w:left w:w="80" w:type="dxa"/>
              <w:bottom w:w="80" w:type="dxa"/>
              <w:right w:w="80" w:type="dxa"/>
            </w:tcMar>
            <w:vAlign w:val="center"/>
          </w:tcPr>
          <w:p w14:paraId="55546262"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1921" w:type="dxa"/>
            <w:tcMar>
              <w:top w:w="80" w:type="dxa"/>
              <w:left w:w="80" w:type="dxa"/>
              <w:bottom w:w="80" w:type="dxa"/>
              <w:right w:w="80" w:type="dxa"/>
            </w:tcMar>
            <w:vAlign w:val="center"/>
          </w:tcPr>
          <w:p w14:paraId="214F29BD"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1296" w:type="dxa"/>
            <w:tcMar>
              <w:top w:w="80" w:type="dxa"/>
              <w:left w:w="80" w:type="dxa"/>
              <w:bottom w:w="80" w:type="dxa"/>
              <w:right w:w="80" w:type="dxa"/>
            </w:tcMar>
            <w:vAlign w:val="center"/>
          </w:tcPr>
          <w:p w14:paraId="7500ECDB"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r>
      <w:tr w:rsidR="009F2D75" w:rsidRPr="00ED16E5" w14:paraId="719C92F0" w14:textId="77777777" w:rsidTr="00A10E10">
        <w:trPr>
          <w:jc w:val="center"/>
        </w:trPr>
        <w:tc>
          <w:tcPr>
            <w:tcW w:w="1379" w:type="dxa"/>
            <w:tcMar>
              <w:top w:w="80" w:type="dxa"/>
              <w:left w:w="80" w:type="dxa"/>
              <w:bottom w:w="80" w:type="dxa"/>
              <w:right w:w="80" w:type="dxa"/>
            </w:tcMar>
            <w:vAlign w:val="center"/>
          </w:tcPr>
          <w:p w14:paraId="679685EA"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[JJ/MM/AAAA]</w:t>
            </w:r>
          </w:p>
        </w:tc>
        <w:tc>
          <w:tcPr>
            <w:tcW w:w="1542" w:type="dxa"/>
            <w:tcMar>
              <w:top w:w="80" w:type="dxa"/>
              <w:left w:w="80" w:type="dxa"/>
              <w:bottom w:w="80" w:type="dxa"/>
              <w:right w:w="80" w:type="dxa"/>
            </w:tcMar>
            <w:vAlign w:val="center"/>
          </w:tcPr>
          <w:p w14:paraId="149C3FD2"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[Vert / jaune / orange / rouge]</w:t>
            </w:r>
          </w:p>
        </w:tc>
        <w:tc>
          <w:tcPr>
            <w:tcW w:w="1679" w:type="dxa"/>
            <w:tcMar>
              <w:top w:w="80" w:type="dxa"/>
              <w:left w:w="80" w:type="dxa"/>
              <w:bottom w:w="80" w:type="dxa"/>
              <w:right w:w="80" w:type="dxa"/>
            </w:tcMar>
            <w:vAlign w:val="center"/>
          </w:tcPr>
          <w:p w14:paraId="49491EA6"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2253" w:type="dxa"/>
            <w:tcMar>
              <w:top w:w="80" w:type="dxa"/>
              <w:left w:w="80" w:type="dxa"/>
              <w:bottom w:w="80" w:type="dxa"/>
              <w:right w:w="80" w:type="dxa"/>
            </w:tcMar>
            <w:vAlign w:val="center"/>
          </w:tcPr>
          <w:p w14:paraId="1529AB76"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1921" w:type="dxa"/>
            <w:tcMar>
              <w:top w:w="80" w:type="dxa"/>
              <w:left w:w="80" w:type="dxa"/>
              <w:bottom w:w="80" w:type="dxa"/>
              <w:right w:w="80" w:type="dxa"/>
            </w:tcMar>
            <w:vAlign w:val="center"/>
          </w:tcPr>
          <w:p w14:paraId="7AA38995"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1296" w:type="dxa"/>
            <w:tcMar>
              <w:top w:w="80" w:type="dxa"/>
              <w:left w:w="80" w:type="dxa"/>
              <w:bottom w:w="80" w:type="dxa"/>
              <w:right w:w="80" w:type="dxa"/>
            </w:tcMar>
            <w:vAlign w:val="center"/>
          </w:tcPr>
          <w:p w14:paraId="6EE2106A"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r>
      <w:tr w:rsidR="009F2D75" w:rsidRPr="00ED16E5" w14:paraId="000E3C7C" w14:textId="77777777" w:rsidTr="00A10E10">
        <w:trPr>
          <w:jc w:val="center"/>
        </w:trPr>
        <w:tc>
          <w:tcPr>
            <w:tcW w:w="1379" w:type="dxa"/>
            <w:tcMar>
              <w:top w:w="80" w:type="dxa"/>
              <w:left w:w="80" w:type="dxa"/>
              <w:bottom w:w="80" w:type="dxa"/>
              <w:right w:w="80" w:type="dxa"/>
            </w:tcMar>
            <w:vAlign w:val="center"/>
          </w:tcPr>
          <w:p w14:paraId="1EBDF8B3"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[JJ/MM/AAAA]</w:t>
            </w:r>
          </w:p>
        </w:tc>
        <w:tc>
          <w:tcPr>
            <w:tcW w:w="1542" w:type="dxa"/>
            <w:tcMar>
              <w:top w:w="80" w:type="dxa"/>
              <w:left w:w="80" w:type="dxa"/>
              <w:bottom w:w="80" w:type="dxa"/>
              <w:right w:w="80" w:type="dxa"/>
            </w:tcMar>
            <w:vAlign w:val="center"/>
          </w:tcPr>
          <w:p w14:paraId="78FABA13"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[Vert / jaune / orange / rouge]</w:t>
            </w:r>
          </w:p>
        </w:tc>
        <w:tc>
          <w:tcPr>
            <w:tcW w:w="1679" w:type="dxa"/>
            <w:tcMar>
              <w:top w:w="80" w:type="dxa"/>
              <w:left w:w="80" w:type="dxa"/>
              <w:bottom w:w="80" w:type="dxa"/>
              <w:right w:w="80" w:type="dxa"/>
            </w:tcMar>
            <w:vAlign w:val="center"/>
          </w:tcPr>
          <w:p w14:paraId="45C15CF1"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2253" w:type="dxa"/>
            <w:tcMar>
              <w:top w:w="80" w:type="dxa"/>
              <w:left w:w="80" w:type="dxa"/>
              <w:bottom w:w="80" w:type="dxa"/>
              <w:right w:w="80" w:type="dxa"/>
            </w:tcMar>
            <w:vAlign w:val="center"/>
          </w:tcPr>
          <w:p w14:paraId="26177513"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1921" w:type="dxa"/>
            <w:tcMar>
              <w:top w:w="80" w:type="dxa"/>
              <w:left w:w="80" w:type="dxa"/>
              <w:bottom w:w="80" w:type="dxa"/>
              <w:right w:w="80" w:type="dxa"/>
            </w:tcMar>
            <w:vAlign w:val="center"/>
          </w:tcPr>
          <w:p w14:paraId="6CF3267A"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1296" w:type="dxa"/>
            <w:tcMar>
              <w:top w:w="80" w:type="dxa"/>
              <w:left w:w="80" w:type="dxa"/>
              <w:bottom w:w="80" w:type="dxa"/>
              <w:right w:w="80" w:type="dxa"/>
            </w:tcMar>
            <w:vAlign w:val="center"/>
          </w:tcPr>
          <w:p w14:paraId="47180896"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r>
      <w:tr w:rsidR="00A10E10" w:rsidRPr="00ED16E5" w14:paraId="32FCA988" w14:textId="77777777" w:rsidTr="00A10E10">
        <w:trPr>
          <w:jc w:val="center"/>
        </w:trPr>
        <w:tc>
          <w:tcPr>
            <w:tcW w:w="1379" w:type="dxa"/>
            <w:tcMar>
              <w:top w:w="80" w:type="dxa"/>
              <w:left w:w="80" w:type="dxa"/>
              <w:bottom w:w="80" w:type="dxa"/>
              <w:right w:w="80" w:type="dxa"/>
            </w:tcMar>
            <w:vAlign w:val="center"/>
          </w:tcPr>
          <w:p w14:paraId="262346AE" w14:textId="1D59041B"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[JJ/MM/AAAA]</w:t>
            </w:r>
          </w:p>
        </w:tc>
        <w:tc>
          <w:tcPr>
            <w:tcW w:w="1542" w:type="dxa"/>
            <w:tcMar>
              <w:top w:w="80" w:type="dxa"/>
              <w:left w:w="80" w:type="dxa"/>
              <w:bottom w:w="80" w:type="dxa"/>
              <w:right w:w="80" w:type="dxa"/>
            </w:tcMar>
            <w:vAlign w:val="center"/>
          </w:tcPr>
          <w:p w14:paraId="325B3F41" w14:textId="7AFF396D"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[Vert / jaune / orange / rouge]</w:t>
            </w:r>
          </w:p>
        </w:tc>
        <w:tc>
          <w:tcPr>
            <w:tcW w:w="1679" w:type="dxa"/>
            <w:tcMar>
              <w:top w:w="80" w:type="dxa"/>
              <w:left w:w="80" w:type="dxa"/>
              <w:bottom w:w="80" w:type="dxa"/>
              <w:right w:w="80" w:type="dxa"/>
            </w:tcMar>
            <w:vAlign w:val="center"/>
          </w:tcPr>
          <w:p w14:paraId="7196635F" w14:textId="2C4AFE97"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253" w:type="dxa"/>
            <w:tcMar>
              <w:top w:w="80" w:type="dxa"/>
              <w:left w:w="80" w:type="dxa"/>
              <w:bottom w:w="80" w:type="dxa"/>
              <w:right w:w="80" w:type="dxa"/>
            </w:tcMar>
            <w:vAlign w:val="center"/>
          </w:tcPr>
          <w:p w14:paraId="316F2DA5" w14:textId="5415A139"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921" w:type="dxa"/>
            <w:tcMar>
              <w:top w:w="80" w:type="dxa"/>
              <w:left w:w="80" w:type="dxa"/>
              <w:bottom w:w="80" w:type="dxa"/>
              <w:right w:w="80" w:type="dxa"/>
            </w:tcMar>
            <w:vAlign w:val="center"/>
          </w:tcPr>
          <w:p w14:paraId="1136EFC8" w14:textId="5CD6F4A7"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296" w:type="dxa"/>
            <w:tcMar>
              <w:top w:w="80" w:type="dxa"/>
              <w:left w:w="80" w:type="dxa"/>
              <w:bottom w:w="80" w:type="dxa"/>
              <w:right w:w="80" w:type="dxa"/>
            </w:tcMar>
            <w:vAlign w:val="center"/>
          </w:tcPr>
          <w:p w14:paraId="03998129" w14:textId="3D74888E"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r>
      <w:tr w:rsidR="00A10E10" w:rsidRPr="00ED16E5" w14:paraId="1776A55A" w14:textId="77777777" w:rsidTr="00A10E10">
        <w:trPr>
          <w:jc w:val="center"/>
        </w:trPr>
        <w:tc>
          <w:tcPr>
            <w:tcW w:w="1379" w:type="dxa"/>
            <w:tcMar>
              <w:top w:w="80" w:type="dxa"/>
              <w:left w:w="80" w:type="dxa"/>
              <w:bottom w:w="80" w:type="dxa"/>
              <w:right w:w="80" w:type="dxa"/>
            </w:tcMar>
            <w:vAlign w:val="center"/>
          </w:tcPr>
          <w:p w14:paraId="2200A39F" w14:textId="3AA779EA"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[JJ/MM/AAAA]</w:t>
            </w:r>
          </w:p>
        </w:tc>
        <w:tc>
          <w:tcPr>
            <w:tcW w:w="1542" w:type="dxa"/>
            <w:tcMar>
              <w:top w:w="80" w:type="dxa"/>
              <w:left w:w="80" w:type="dxa"/>
              <w:bottom w:w="80" w:type="dxa"/>
              <w:right w:w="80" w:type="dxa"/>
            </w:tcMar>
            <w:vAlign w:val="center"/>
          </w:tcPr>
          <w:p w14:paraId="0D91BCBE" w14:textId="45FCE70A"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[Vert / jaune / orange / rouge]</w:t>
            </w:r>
          </w:p>
        </w:tc>
        <w:tc>
          <w:tcPr>
            <w:tcW w:w="1679" w:type="dxa"/>
            <w:tcMar>
              <w:top w:w="80" w:type="dxa"/>
              <w:left w:w="80" w:type="dxa"/>
              <w:bottom w:w="80" w:type="dxa"/>
              <w:right w:w="80" w:type="dxa"/>
            </w:tcMar>
            <w:vAlign w:val="center"/>
          </w:tcPr>
          <w:p w14:paraId="2B027E6C" w14:textId="12384D17"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253" w:type="dxa"/>
            <w:tcMar>
              <w:top w:w="80" w:type="dxa"/>
              <w:left w:w="80" w:type="dxa"/>
              <w:bottom w:w="80" w:type="dxa"/>
              <w:right w:w="80" w:type="dxa"/>
            </w:tcMar>
            <w:vAlign w:val="center"/>
          </w:tcPr>
          <w:p w14:paraId="19B8ADF5" w14:textId="14F238C2"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921" w:type="dxa"/>
            <w:tcMar>
              <w:top w:w="80" w:type="dxa"/>
              <w:left w:w="80" w:type="dxa"/>
              <w:bottom w:w="80" w:type="dxa"/>
              <w:right w:w="80" w:type="dxa"/>
            </w:tcMar>
            <w:vAlign w:val="center"/>
          </w:tcPr>
          <w:p w14:paraId="5CF656BC" w14:textId="2B78364E"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296" w:type="dxa"/>
            <w:tcMar>
              <w:top w:w="80" w:type="dxa"/>
              <w:left w:w="80" w:type="dxa"/>
              <w:bottom w:w="80" w:type="dxa"/>
              <w:right w:w="80" w:type="dxa"/>
            </w:tcMar>
            <w:vAlign w:val="center"/>
          </w:tcPr>
          <w:p w14:paraId="716A561E" w14:textId="3DC82148"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r>
      <w:tr w:rsidR="00A10E10" w:rsidRPr="00ED16E5" w14:paraId="29157411" w14:textId="77777777" w:rsidTr="00A10E10">
        <w:trPr>
          <w:jc w:val="center"/>
        </w:trPr>
        <w:tc>
          <w:tcPr>
            <w:tcW w:w="1379" w:type="dxa"/>
            <w:tcMar>
              <w:top w:w="80" w:type="dxa"/>
              <w:left w:w="80" w:type="dxa"/>
              <w:bottom w:w="80" w:type="dxa"/>
              <w:right w:w="80" w:type="dxa"/>
            </w:tcMar>
            <w:vAlign w:val="center"/>
          </w:tcPr>
          <w:p w14:paraId="3DB22944" w14:textId="41B1A3EB"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[JJ/MM/AAAA]</w:t>
            </w:r>
          </w:p>
        </w:tc>
        <w:tc>
          <w:tcPr>
            <w:tcW w:w="1542" w:type="dxa"/>
            <w:tcMar>
              <w:top w:w="80" w:type="dxa"/>
              <w:left w:w="80" w:type="dxa"/>
              <w:bottom w:w="80" w:type="dxa"/>
              <w:right w:w="80" w:type="dxa"/>
            </w:tcMar>
            <w:vAlign w:val="center"/>
          </w:tcPr>
          <w:p w14:paraId="76E5D8B0" w14:textId="56EA4344"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[Vert / jaune / orange / rouge]</w:t>
            </w:r>
          </w:p>
        </w:tc>
        <w:tc>
          <w:tcPr>
            <w:tcW w:w="1679" w:type="dxa"/>
            <w:tcMar>
              <w:top w:w="80" w:type="dxa"/>
              <w:left w:w="80" w:type="dxa"/>
              <w:bottom w:w="80" w:type="dxa"/>
              <w:right w:w="80" w:type="dxa"/>
            </w:tcMar>
            <w:vAlign w:val="center"/>
          </w:tcPr>
          <w:p w14:paraId="6AB6C09C" w14:textId="742359D2"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253" w:type="dxa"/>
            <w:tcMar>
              <w:top w:w="80" w:type="dxa"/>
              <w:left w:w="80" w:type="dxa"/>
              <w:bottom w:w="80" w:type="dxa"/>
              <w:right w:w="80" w:type="dxa"/>
            </w:tcMar>
            <w:vAlign w:val="center"/>
          </w:tcPr>
          <w:p w14:paraId="00081770" w14:textId="0B39D07E"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921" w:type="dxa"/>
            <w:tcMar>
              <w:top w:w="80" w:type="dxa"/>
              <w:left w:w="80" w:type="dxa"/>
              <w:bottom w:w="80" w:type="dxa"/>
              <w:right w:w="80" w:type="dxa"/>
            </w:tcMar>
            <w:vAlign w:val="center"/>
          </w:tcPr>
          <w:p w14:paraId="5177D357" w14:textId="44002759"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296" w:type="dxa"/>
            <w:tcMar>
              <w:top w:w="80" w:type="dxa"/>
              <w:left w:w="80" w:type="dxa"/>
              <w:bottom w:w="80" w:type="dxa"/>
              <w:right w:w="80" w:type="dxa"/>
            </w:tcMar>
            <w:vAlign w:val="center"/>
          </w:tcPr>
          <w:p w14:paraId="7CF39E86" w14:textId="54F2564D"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r>
      <w:tr w:rsidR="00A10E10" w:rsidRPr="00ED16E5" w14:paraId="07CE88E2" w14:textId="77777777" w:rsidTr="00A10E10">
        <w:trPr>
          <w:jc w:val="center"/>
        </w:trPr>
        <w:tc>
          <w:tcPr>
            <w:tcW w:w="1379" w:type="dxa"/>
            <w:tcMar>
              <w:top w:w="80" w:type="dxa"/>
              <w:left w:w="80" w:type="dxa"/>
              <w:bottom w:w="80" w:type="dxa"/>
              <w:right w:w="80" w:type="dxa"/>
            </w:tcMar>
            <w:vAlign w:val="center"/>
          </w:tcPr>
          <w:p w14:paraId="2EF95404" w14:textId="16C0416E"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[JJ/MM/AAAA]</w:t>
            </w:r>
          </w:p>
        </w:tc>
        <w:tc>
          <w:tcPr>
            <w:tcW w:w="1542" w:type="dxa"/>
            <w:tcMar>
              <w:top w:w="80" w:type="dxa"/>
              <w:left w:w="80" w:type="dxa"/>
              <w:bottom w:w="80" w:type="dxa"/>
              <w:right w:w="80" w:type="dxa"/>
            </w:tcMar>
            <w:vAlign w:val="center"/>
          </w:tcPr>
          <w:p w14:paraId="2E18E23D" w14:textId="689ADA25"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[Vert / jaune / orange / rouge]</w:t>
            </w:r>
          </w:p>
        </w:tc>
        <w:tc>
          <w:tcPr>
            <w:tcW w:w="1679" w:type="dxa"/>
            <w:tcMar>
              <w:top w:w="80" w:type="dxa"/>
              <w:left w:w="80" w:type="dxa"/>
              <w:bottom w:w="80" w:type="dxa"/>
              <w:right w:w="80" w:type="dxa"/>
            </w:tcMar>
            <w:vAlign w:val="center"/>
          </w:tcPr>
          <w:p w14:paraId="0BAC0E43" w14:textId="17AFBEB2"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253" w:type="dxa"/>
            <w:tcMar>
              <w:top w:w="80" w:type="dxa"/>
              <w:left w:w="80" w:type="dxa"/>
              <w:bottom w:w="80" w:type="dxa"/>
              <w:right w:w="80" w:type="dxa"/>
            </w:tcMar>
            <w:vAlign w:val="center"/>
          </w:tcPr>
          <w:p w14:paraId="62ABDA7B" w14:textId="4C3372CD"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921" w:type="dxa"/>
            <w:tcMar>
              <w:top w:w="80" w:type="dxa"/>
              <w:left w:w="80" w:type="dxa"/>
              <w:bottom w:w="80" w:type="dxa"/>
              <w:right w:w="80" w:type="dxa"/>
            </w:tcMar>
            <w:vAlign w:val="center"/>
          </w:tcPr>
          <w:p w14:paraId="75E99F16" w14:textId="6CC80EE4"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296" w:type="dxa"/>
            <w:tcMar>
              <w:top w:w="80" w:type="dxa"/>
              <w:left w:w="80" w:type="dxa"/>
              <w:bottom w:w="80" w:type="dxa"/>
              <w:right w:w="80" w:type="dxa"/>
            </w:tcMar>
            <w:vAlign w:val="center"/>
          </w:tcPr>
          <w:p w14:paraId="1E88F93E" w14:textId="51F03AA9"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r>
      <w:tr w:rsidR="00A10E10" w:rsidRPr="00ED16E5" w14:paraId="514399C4" w14:textId="77777777" w:rsidTr="00A10E10">
        <w:trPr>
          <w:jc w:val="center"/>
        </w:trPr>
        <w:tc>
          <w:tcPr>
            <w:tcW w:w="1379" w:type="dxa"/>
            <w:tcMar>
              <w:top w:w="80" w:type="dxa"/>
              <w:left w:w="80" w:type="dxa"/>
              <w:bottom w:w="80" w:type="dxa"/>
              <w:right w:w="80" w:type="dxa"/>
            </w:tcMar>
            <w:vAlign w:val="center"/>
          </w:tcPr>
          <w:p w14:paraId="1965F2E9" w14:textId="08074CB9"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[JJ/MM/AAAA]</w:t>
            </w:r>
          </w:p>
        </w:tc>
        <w:tc>
          <w:tcPr>
            <w:tcW w:w="1542" w:type="dxa"/>
            <w:tcMar>
              <w:top w:w="80" w:type="dxa"/>
              <w:left w:w="80" w:type="dxa"/>
              <w:bottom w:w="80" w:type="dxa"/>
              <w:right w:w="80" w:type="dxa"/>
            </w:tcMar>
            <w:vAlign w:val="center"/>
          </w:tcPr>
          <w:p w14:paraId="77249FF2" w14:textId="1B171B31"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[Vert / jaune / orange / rouge]</w:t>
            </w:r>
          </w:p>
        </w:tc>
        <w:tc>
          <w:tcPr>
            <w:tcW w:w="1679" w:type="dxa"/>
            <w:tcMar>
              <w:top w:w="80" w:type="dxa"/>
              <w:left w:w="80" w:type="dxa"/>
              <w:bottom w:w="80" w:type="dxa"/>
              <w:right w:w="80" w:type="dxa"/>
            </w:tcMar>
            <w:vAlign w:val="center"/>
          </w:tcPr>
          <w:p w14:paraId="5318F5CF" w14:textId="607AF34D"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253" w:type="dxa"/>
            <w:tcMar>
              <w:top w:w="80" w:type="dxa"/>
              <w:left w:w="80" w:type="dxa"/>
              <w:bottom w:w="80" w:type="dxa"/>
              <w:right w:w="80" w:type="dxa"/>
            </w:tcMar>
            <w:vAlign w:val="center"/>
          </w:tcPr>
          <w:p w14:paraId="7F9AD971" w14:textId="67D4BC45"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921" w:type="dxa"/>
            <w:tcMar>
              <w:top w:w="80" w:type="dxa"/>
              <w:left w:w="80" w:type="dxa"/>
              <w:bottom w:w="80" w:type="dxa"/>
              <w:right w:w="80" w:type="dxa"/>
            </w:tcMar>
            <w:vAlign w:val="center"/>
          </w:tcPr>
          <w:p w14:paraId="7294BCAF" w14:textId="67478119"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296" w:type="dxa"/>
            <w:tcMar>
              <w:top w:w="80" w:type="dxa"/>
              <w:left w:w="80" w:type="dxa"/>
              <w:bottom w:w="80" w:type="dxa"/>
              <w:right w:w="80" w:type="dxa"/>
            </w:tcMar>
            <w:vAlign w:val="center"/>
          </w:tcPr>
          <w:p w14:paraId="4F17707F" w14:textId="3D309AB6"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r>
      <w:tr w:rsidR="00A10E10" w:rsidRPr="00ED16E5" w14:paraId="63E58CEA" w14:textId="77777777" w:rsidTr="00A10E10">
        <w:trPr>
          <w:jc w:val="center"/>
        </w:trPr>
        <w:tc>
          <w:tcPr>
            <w:tcW w:w="1379" w:type="dxa"/>
            <w:tcMar>
              <w:top w:w="80" w:type="dxa"/>
              <w:left w:w="80" w:type="dxa"/>
              <w:bottom w:w="80" w:type="dxa"/>
              <w:right w:w="80" w:type="dxa"/>
            </w:tcMar>
            <w:vAlign w:val="center"/>
          </w:tcPr>
          <w:p w14:paraId="296EE80B" w14:textId="0CAC10E9"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[JJ/MM/AAAA]</w:t>
            </w:r>
          </w:p>
        </w:tc>
        <w:tc>
          <w:tcPr>
            <w:tcW w:w="1542" w:type="dxa"/>
            <w:tcMar>
              <w:top w:w="80" w:type="dxa"/>
              <w:left w:w="80" w:type="dxa"/>
              <w:bottom w:w="80" w:type="dxa"/>
              <w:right w:w="80" w:type="dxa"/>
            </w:tcMar>
            <w:vAlign w:val="center"/>
          </w:tcPr>
          <w:p w14:paraId="1EC8C0CB" w14:textId="4011777D"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[Vert / jaune / orange / rouge]</w:t>
            </w:r>
          </w:p>
        </w:tc>
        <w:tc>
          <w:tcPr>
            <w:tcW w:w="1679" w:type="dxa"/>
            <w:tcMar>
              <w:top w:w="80" w:type="dxa"/>
              <w:left w:w="80" w:type="dxa"/>
              <w:bottom w:w="80" w:type="dxa"/>
              <w:right w:w="80" w:type="dxa"/>
            </w:tcMar>
            <w:vAlign w:val="center"/>
          </w:tcPr>
          <w:p w14:paraId="1698FA93" w14:textId="7921BCC4"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253" w:type="dxa"/>
            <w:tcMar>
              <w:top w:w="80" w:type="dxa"/>
              <w:left w:w="80" w:type="dxa"/>
              <w:bottom w:w="80" w:type="dxa"/>
              <w:right w:w="80" w:type="dxa"/>
            </w:tcMar>
            <w:vAlign w:val="center"/>
          </w:tcPr>
          <w:p w14:paraId="05D1902E" w14:textId="1E539A8D"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921" w:type="dxa"/>
            <w:tcMar>
              <w:top w:w="80" w:type="dxa"/>
              <w:left w:w="80" w:type="dxa"/>
              <w:bottom w:w="80" w:type="dxa"/>
              <w:right w:w="80" w:type="dxa"/>
            </w:tcMar>
            <w:vAlign w:val="center"/>
          </w:tcPr>
          <w:p w14:paraId="5394DFB8" w14:textId="085CC3B4"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296" w:type="dxa"/>
            <w:tcMar>
              <w:top w:w="80" w:type="dxa"/>
              <w:left w:w="80" w:type="dxa"/>
              <w:bottom w:w="80" w:type="dxa"/>
              <w:right w:w="80" w:type="dxa"/>
            </w:tcMar>
            <w:vAlign w:val="center"/>
          </w:tcPr>
          <w:p w14:paraId="115779BA" w14:textId="69CC97DF"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r>
      <w:tr w:rsidR="00A10E10" w:rsidRPr="00ED16E5" w14:paraId="7248F154" w14:textId="77777777" w:rsidTr="00A10E10">
        <w:trPr>
          <w:jc w:val="center"/>
        </w:trPr>
        <w:tc>
          <w:tcPr>
            <w:tcW w:w="1379" w:type="dxa"/>
            <w:tcMar>
              <w:top w:w="80" w:type="dxa"/>
              <w:left w:w="80" w:type="dxa"/>
              <w:bottom w:w="80" w:type="dxa"/>
              <w:right w:w="80" w:type="dxa"/>
            </w:tcMar>
            <w:vAlign w:val="center"/>
          </w:tcPr>
          <w:p w14:paraId="785BDD9F" w14:textId="68EB2ACA"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[JJ/MM/AAAA]</w:t>
            </w:r>
          </w:p>
        </w:tc>
        <w:tc>
          <w:tcPr>
            <w:tcW w:w="1542" w:type="dxa"/>
            <w:tcMar>
              <w:top w:w="80" w:type="dxa"/>
              <w:left w:w="80" w:type="dxa"/>
              <w:bottom w:w="80" w:type="dxa"/>
              <w:right w:w="80" w:type="dxa"/>
            </w:tcMar>
            <w:vAlign w:val="center"/>
          </w:tcPr>
          <w:p w14:paraId="77521D30" w14:textId="20D56CFD"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[Vert / jaune / orange / rouge]</w:t>
            </w:r>
          </w:p>
        </w:tc>
        <w:tc>
          <w:tcPr>
            <w:tcW w:w="1679" w:type="dxa"/>
            <w:tcMar>
              <w:top w:w="80" w:type="dxa"/>
              <w:left w:w="80" w:type="dxa"/>
              <w:bottom w:w="80" w:type="dxa"/>
              <w:right w:w="80" w:type="dxa"/>
            </w:tcMar>
            <w:vAlign w:val="center"/>
          </w:tcPr>
          <w:p w14:paraId="2436A12B" w14:textId="36C2E513"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253" w:type="dxa"/>
            <w:tcMar>
              <w:top w:w="80" w:type="dxa"/>
              <w:left w:w="80" w:type="dxa"/>
              <w:bottom w:w="80" w:type="dxa"/>
              <w:right w:w="80" w:type="dxa"/>
            </w:tcMar>
            <w:vAlign w:val="center"/>
          </w:tcPr>
          <w:p w14:paraId="5ED1A34B" w14:textId="6DDAE876"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921" w:type="dxa"/>
            <w:tcMar>
              <w:top w:w="80" w:type="dxa"/>
              <w:left w:w="80" w:type="dxa"/>
              <w:bottom w:w="80" w:type="dxa"/>
              <w:right w:w="80" w:type="dxa"/>
            </w:tcMar>
            <w:vAlign w:val="center"/>
          </w:tcPr>
          <w:p w14:paraId="2B7268B0" w14:textId="0214D98D"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296" w:type="dxa"/>
            <w:tcMar>
              <w:top w:w="80" w:type="dxa"/>
              <w:left w:w="80" w:type="dxa"/>
              <w:bottom w:w="80" w:type="dxa"/>
              <w:right w:w="80" w:type="dxa"/>
            </w:tcMar>
            <w:vAlign w:val="center"/>
          </w:tcPr>
          <w:p w14:paraId="5F26E5C0" w14:textId="74EAB23D"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r>
      <w:tr w:rsidR="00A10E10" w:rsidRPr="00ED16E5" w14:paraId="1D940C56" w14:textId="77777777" w:rsidTr="00A10E10">
        <w:trPr>
          <w:jc w:val="center"/>
        </w:trPr>
        <w:tc>
          <w:tcPr>
            <w:tcW w:w="1379" w:type="dxa"/>
            <w:tcMar>
              <w:top w:w="80" w:type="dxa"/>
              <w:left w:w="80" w:type="dxa"/>
              <w:bottom w:w="80" w:type="dxa"/>
              <w:right w:w="80" w:type="dxa"/>
            </w:tcMar>
            <w:vAlign w:val="center"/>
          </w:tcPr>
          <w:p w14:paraId="735F2A02" w14:textId="6AC4BAF5"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[JJ/MM/AAAA]</w:t>
            </w:r>
          </w:p>
        </w:tc>
        <w:tc>
          <w:tcPr>
            <w:tcW w:w="1542" w:type="dxa"/>
            <w:tcMar>
              <w:top w:w="80" w:type="dxa"/>
              <w:left w:w="80" w:type="dxa"/>
              <w:bottom w:w="80" w:type="dxa"/>
              <w:right w:w="80" w:type="dxa"/>
            </w:tcMar>
            <w:vAlign w:val="center"/>
          </w:tcPr>
          <w:p w14:paraId="24DB90BB" w14:textId="18453008"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[Vert / jaune / orange / rouge]</w:t>
            </w:r>
          </w:p>
        </w:tc>
        <w:tc>
          <w:tcPr>
            <w:tcW w:w="1679" w:type="dxa"/>
            <w:tcMar>
              <w:top w:w="80" w:type="dxa"/>
              <w:left w:w="80" w:type="dxa"/>
              <w:bottom w:w="80" w:type="dxa"/>
              <w:right w:w="80" w:type="dxa"/>
            </w:tcMar>
            <w:vAlign w:val="center"/>
          </w:tcPr>
          <w:p w14:paraId="164C0F1B" w14:textId="31507375"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253" w:type="dxa"/>
            <w:tcMar>
              <w:top w:w="80" w:type="dxa"/>
              <w:left w:w="80" w:type="dxa"/>
              <w:bottom w:w="80" w:type="dxa"/>
              <w:right w:w="80" w:type="dxa"/>
            </w:tcMar>
            <w:vAlign w:val="center"/>
          </w:tcPr>
          <w:p w14:paraId="7EEC48FC" w14:textId="766A0D18"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921" w:type="dxa"/>
            <w:tcMar>
              <w:top w:w="80" w:type="dxa"/>
              <w:left w:w="80" w:type="dxa"/>
              <w:bottom w:w="80" w:type="dxa"/>
              <w:right w:w="80" w:type="dxa"/>
            </w:tcMar>
            <w:vAlign w:val="center"/>
          </w:tcPr>
          <w:p w14:paraId="49B8E501" w14:textId="5D853765"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296" w:type="dxa"/>
            <w:tcMar>
              <w:top w:w="80" w:type="dxa"/>
              <w:left w:w="80" w:type="dxa"/>
              <w:bottom w:w="80" w:type="dxa"/>
              <w:right w:w="80" w:type="dxa"/>
            </w:tcMar>
            <w:vAlign w:val="center"/>
          </w:tcPr>
          <w:p w14:paraId="55364223" w14:textId="5AAB0A43"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r>
      <w:tr w:rsidR="00A10E10" w:rsidRPr="00ED16E5" w14:paraId="27BA7470" w14:textId="77777777" w:rsidTr="00A10E10">
        <w:trPr>
          <w:jc w:val="center"/>
        </w:trPr>
        <w:tc>
          <w:tcPr>
            <w:tcW w:w="1379" w:type="dxa"/>
            <w:tcMar>
              <w:top w:w="80" w:type="dxa"/>
              <w:left w:w="80" w:type="dxa"/>
              <w:bottom w:w="80" w:type="dxa"/>
              <w:right w:w="80" w:type="dxa"/>
            </w:tcMar>
            <w:vAlign w:val="center"/>
          </w:tcPr>
          <w:p w14:paraId="53AA0DFE" w14:textId="6EB58DBE"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[JJ/MM/AAAA]</w:t>
            </w:r>
          </w:p>
        </w:tc>
        <w:tc>
          <w:tcPr>
            <w:tcW w:w="1542" w:type="dxa"/>
            <w:tcMar>
              <w:top w:w="80" w:type="dxa"/>
              <w:left w:w="80" w:type="dxa"/>
              <w:bottom w:w="80" w:type="dxa"/>
              <w:right w:w="80" w:type="dxa"/>
            </w:tcMar>
            <w:vAlign w:val="center"/>
          </w:tcPr>
          <w:p w14:paraId="3DE79F71" w14:textId="460BB752"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[Vert / jaune / orange / rouge]</w:t>
            </w:r>
          </w:p>
        </w:tc>
        <w:tc>
          <w:tcPr>
            <w:tcW w:w="1679" w:type="dxa"/>
            <w:tcMar>
              <w:top w:w="80" w:type="dxa"/>
              <w:left w:w="80" w:type="dxa"/>
              <w:bottom w:w="80" w:type="dxa"/>
              <w:right w:w="80" w:type="dxa"/>
            </w:tcMar>
            <w:vAlign w:val="center"/>
          </w:tcPr>
          <w:p w14:paraId="79DC878A" w14:textId="4A84A406"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253" w:type="dxa"/>
            <w:tcMar>
              <w:top w:w="80" w:type="dxa"/>
              <w:left w:w="80" w:type="dxa"/>
              <w:bottom w:w="80" w:type="dxa"/>
              <w:right w:w="80" w:type="dxa"/>
            </w:tcMar>
            <w:vAlign w:val="center"/>
          </w:tcPr>
          <w:p w14:paraId="1C48C301" w14:textId="5D954ED9"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921" w:type="dxa"/>
            <w:tcMar>
              <w:top w:w="80" w:type="dxa"/>
              <w:left w:w="80" w:type="dxa"/>
              <w:bottom w:w="80" w:type="dxa"/>
              <w:right w:w="80" w:type="dxa"/>
            </w:tcMar>
            <w:vAlign w:val="center"/>
          </w:tcPr>
          <w:p w14:paraId="2E6DB93B" w14:textId="43FEBE69"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296" w:type="dxa"/>
            <w:tcMar>
              <w:top w:w="80" w:type="dxa"/>
              <w:left w:w="80" w:type="dxa"/>
              <w:bottom w:w="80" w:type="dxa"/>
              <w:right w:w="80" w:type="dxa"/>
            </w:tcMar>
            <w:vAlign w:val="center"/>
          </w:tcPr>
          <w:p w14:paraId="4267EB4B" w14:textId="1EDBAB59"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r>
      <w:tr w:rsidR="00A10E10" w:rsidRPr="00ED16E5" w14:paraId="29FD91E5" w14:textId="77777777" w:rsidTr="00A10E10">
        <w:trPr>
          <w:jc w:val="center"/>
        </w:trPr>
        <w:tc>
          <w:tcPr>
            <w:tcW w:w="1379" w:type="dxa"/>
            <w:tcMar>
              <w:top w:w="80" w:type="dxa"/>
              <w:left w:w="80" w:type="dxa"/>
              <w:bottom w:w="80" w:type="dxa"/>
              <w:right w:w="80" w:type="dxa"/>
            </w:tcMar>
            <w:vAlign w:val="center"/>
          </w:tcPr>
          <w:p w14:paraId="75DEE9A4" w14:textId="5AA76481"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[JJ/MM/AAAA]</w:t>
            </w:r>
          </w:p>
        </w:tc>
        <w:tc>
          <w:tcPr>
            <w:tcW w:w="1542" w:type="dxa"/>
            <w:tcMar>
              <w:top w:w="80" w:type="dxa"/>
              <w:left w:w="80" w:type="dxa"/>
              <w:bottom w:w="80" w:type="dxa"/>
              <w:right w:w="80" w:type="dxa"/>
            </w:tcMar>
            <w:vAlign w:val="center"/>
          </w:tcPr>
          <w:p w14:paraId="03B6284D" w14:textId="62C78027"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[Vert / jaune / orange / rouge]</w:t>
            </w:r>
          </w:p>
        </w:tc>
        <w:tc>
          <w:tcPr>
            <w:tcW w:w="1679" w:type="dxa"/>
            <w:tcMar>
              <w:top w:w="80" w:type="dxa"/>
              <w:left w:w="80" w:type="dxa"/>
              <w:bottom w:w="80" w:type="dxa"/>
              <w:right w:w="80" w:type="dxa"/>
            </w:tcMar>
            <w:vAlign w:val="center"/>
          </w:tcPr>
          <w:p w14:paraId="7E34BEDA" w14:textId="1A8C4976"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253" w:type="dxa"/>
            <w:tcMar>
              <w:top w:w="80" w:type="dxa"/>
              <w:left w:w="80" w:type="dxa"/>
              <w:bottom w:w="80" w:type="dxa"/>
              <w:right w:w="80" w:type="dxa"/>
            </w:tcMar>
            <w:vAlign w:val="center"/>
          </w:tcPr>
          <w:p w14:paraId="488AA9D4" w14:textId="12EAFFEC"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921" w:type="dxa"/>
            <w:tcMar>
              <w:top w:w="80" w:type="dxa"/>
              <w:left w:w="80" w:type="dxa"/>
              <w:bottom w:w="80" w:type="dxa"/>
              <w:right w:w="80" w:type="dxa"/>
            </w:tcMar>
            <w:vAlign w:val="center"/>
          </w:tcPr>
          <w:p w14:paraId="0AA214F1" w14:textId="5C68C238"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296" w:type="dxa"/>
            <w:tcMar>
              <w:top w:w="80" w:type="dxa"/>
              <w:left w:w="80" w:type="dxa"/>
              <w:bottom w:w="80" w:type="dxa"/>
              <w:right w:w="80" w:type="dxa"/>
            </w:tcMar>
            <w:vAlign w:val="center"/>
          </w:tcPr>
          <w:p w14:paraId="070A1CBF" w14:textId="39EFD51B"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r>
      <w:tr w:rsidR="00A10E10" w:rsidRPr="00ED16E5" w14:paraId="5993123E" w14:textId="77777777" w:rsidTr="00A10E10">
        <w:trPr>
          <w:jc w:val="center"/>
        </w:trPr>
        <w:tc>
          <w:tcPr>
            <w:tcW w:w="1379" w:type="dxa"/>
            <w:tcMar>
              <w:top w:w="80" w:type="dxa"/>
              <w:left w:w="80" w:type="dxa"/>
              <w:bottom w:w="80" w:type="dxa"/>
              <w:right w:w="80" w:type="dxa"/>
            </w:tcMar>
            <w:vAlign w:val="center"/>
          </w:tcPr>
          <w:p w14:paraId="7FD2D51B" w14:textId="40CF42D4"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[JJ/MM/AAAA]</w:t>
            </w:r>
          </w:p>
        </w:tc>
        <w:tc>
          <w:tcPr>
            <w:tcW w:w="1542" w:type="dxa"/>
            <w:tcMar>
              <w:top w:w="80" w:type="dxa"/>
              <w:left w:w="80" w:type="dxa"/>
              <w:bottom w:w="80" w:type="dxa"/>
              <w:right w:w="80" w:type="dxa"/>
            </w:tcMar>
            <w:vAlign w:val="center"/>
          </w:tcPr>
          <w:p w14:paraId="5646619F" w14:textId="6A438692"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[Vert / jaune / orange / rouge]</w:t>
            </w:r>
          </w:p>
        </w:tc>
        <w:tc>
          <w:tcPr>
            <w:tcW w:w="1679" w:type="dxa"/>
            <w:tcMar>
              <w:top w:w="80" w:type="dxa"/>
              <w:left w:w="80" w:type="dxa"/>
              <w:bottom w:w="80" w:type="dxa"/>
              <w:right w:w="80" w:type="dxa"/>
            </w:tcMar>
            <w:vAlign w:val="center"/>
          </w:tcPr>
          <w:p w14:paraId="651BF17E" w14:textId="3B8E7AC9"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253" w:type="dxa"/>
            <w:tcMar>
              <w:top w:w="80" w:type="dxa"/>
              <w:left w:w="80" w:type="dxa"/>
              <w:bottom w:w="80" w:type="dxa"/>
              <w:right w:w="80" w:type="dxa"/>
            </w:tcMar>
            <w:vAlign w:val="center"/>
          </w:tcPr>
          <w:p w14:paraId="7C0C5BB7" w14:textId="64095280"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921" w:type="dxa"/>
            <w:tcMar>
              <w:top w:w="80" w:type="dxa"/>
              <w:left w:w="80" w:type="dxa"/>
              <w:bottom w:w="80" w:type="dxa"/>
              <w:right w:w="80" w:type="dxa"/>
            </w:tcMar>
            <w:vAlign w:val="center"/>
          </w:tcPr>
          <w:p w14:paraId="01277FBC" w14:textId="54AEDE67"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296" w:type="dxa"/>
            <w:tcMar>
              <w:top w:w="80" w:type="dxa"/>
              <w:left w:w="80" w:type="dxa"/>
              <w:bottom w:w="80" w:type="dxa"/>
              <w:right w:w="80" w:type="dxa"/>
            </w:tcMar>
            <w:vAlign w:val="center"/>
          </w:tcPr>
          <w:p w14:paraId="635BF356" w14:textId="5396F074"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r>
      <w:tr w:rsidR="00A10E10" w:rsidRPr="00ED16E5" w14:paraId="795C5798" w14:textId="77777777" w:rsidTr="00A10E10">
        <w:trPr>
          <w:jc w:val="center"/>
        </w:trPr>
        <w:tc>
          <w:tcPr>
            <w:tcW w:w="1379" w:type="dxa"/>
            <w:tcMar>
              <w:top w:w="80" w:type="dxa"/>
              <w:left w:w="80" w:type="dxa"/>
              <w:bottom w:w="80" w:type="dxa"/>
              <w:right w:w="80" w:type="dxa"/>
            </w:tcMar>
            <w:vAlign w:val="center"/>
          </w:tcPr>
          <w:p w14:paraId="7A2FBE52" w14:textId="60938694"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[JJ/MM/AAAA]</w:t>
            </w:r>
          </w:p>
        </w:tc>
        <w:tc>
          <w:tcPr>
            <w:tcW w:w="1542" w:type="dxa"/>
            <w:tcMar>
              <w:top w:w="80" w:type="dxa"/>
              <w:left w:w="80" w:type="dxa"/>
              <w:bottom w:w="80" w:type="dxa"/>
              <w:right w:w="80" w:type="dxa"/>
            </w:tcMar>
            <w:vAlign w:val="center"/>
          </w:tcPr>
          <w:p w14:paraId="14A53BEA" w14:textId="169EBFF3"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[Vert / jaune / orange / rouge]</w:t>
            </w:r>
          </w:p>
        </w:tc>
        <w:tc>
          <w:tcPr>
            <w:tcW w:w="1679" w:type="dxa"/>
            <w:tcMar>
              <w:top w:w="80" w:type="dxa"/>
              <w:left w:w="80" w:type="dxa"/>
              <w:bottom w:w="80" w:type="dxa"/>
              <w:right w:w="80" w:type="dxa"/>
            </w:tcMar>
            <w:vAlign w:val="center"/>
          </w:tcPr>
          <w:p w14:paraId="21F837AF" w14:textId="63367B22"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253" w:type="dxa"/>
            <w:tcMar>
              <w:top w:w="80" w:type="dxa"/>
              <w:left w:w="80" w:type="dxa"/>
              <w:bottom w:w="80" w:type="dxa"/>
              <w:right w:w="80" w:type="dxa"/>
            </w:tcMar>
            <w:vAlign w:val="center"/>
          </w:tcPr>
          <w:p w14:paraId="4A7CE67A" w14:textId="3C1EA77C"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921" w:type="dxa"/>
            <w:tcMar>
              <w:top w:w="80" w:type="dxa"/>
              <w:left w:w="80" w:type="dxa"/>
              <w:bottom w:w="80" w:type="dxa"/>
              <w:right w:w="80" w:type="dxa"/>
            </w:tcMar>
            <w:vAlign w:val="center"/>
          </w:tcPr>
          <w:p w14:paraId="34A2AF1D" w14:textId="7F0C1B9B"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296" w:type="dxa"/>
            <w:tcMar>
              <w:top w:w="80" w:type="dxa"/>
              <w:left w:w="80" w:type="dxa"/>
              <w:bottom w:w="80" w:type="dxa"/>
              <w:right w:w="80" w:type="dxa"/>
            </w:tcMar>
            <w:vAlign w:val="center"/>
          </w:tcPr>
          <w:p w14:paraId="6024A860" w14:textId="0E8C082A"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r>
      <w:tr w:rsidR="00A10E10" w:rsidRPr="00ED16E5" w14:paraId="667107ED" w14:textId="77777777" w:rsidTr="00A10E10">
        <w:trPr>
          <w:jc w:val="center"/>
        </w:trPr>
        <w:tc>
          <w:tcPr>
            <w:tcW w:w="1379" w:type="dxa"/>
            <w:tcMar>
              <w:top w:w="80" w:type="dxa"/>
              <w:left w:w="80" w:type="dxa"/>
              <w:bottom w:w="80" w:type="dxa"/>
              <w:right w:w="80" w:type="dxa"/>
            </w:tcMar>
            <w:vAlign w:val="center"/>
          </w:tcPr>
          <w:p w14:paraId="6699518F" w14:textId="2D21FAAA"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[JJ/MM/AAAA]</w:t>
            </w:r>
          </w:p>
        </w:tc>
        <w:tc>
          <w:tcPr>
            <w:tcW w:w="1542" w:type="dxa"/>
            <w:tcMar>
              <w:top w:w="80" w:type="dxa"/>
              <w:left w:w="80" w:type="dxa"/>
              <w:bottom w:w="80" w:type="dxa"/>
              <w:right w:w="80" w:type="dxa"/>
            </w:tcMar>
            <w:vAlign w:val="center"/>
          </w:tcPr>
          <w:p w14:paraId="22DAD828" w14:textId="0B9A2992"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[Vert / jaune / orange / rouge]</w:t>
            </w:r>
          </w:p>
        </w:tc>
        <w:tc>
          <w:tcPr>
            <w:tcW w:w="1679" w:type="dxa"/>
            <w:tcMar>
              <w:top w:w="80" w:type="dxa"/>
              <w:left w:w="80" w:type="dxa"/>
              <w:bottom w:w="80" w:type="dxa"/>
              <w:right w:w="80" w:type="dxa"/>
            </w:tcMar>
            <w:vAlign w:val="center"/>
          </w:tcPr>
          <w:p w14:paraId="40A33E03" w14:textId="34398967"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253" w:type="dxa"/>
            <w:tcMar>
              <w:top w:w="80" w:type="dxa"/>
              <w:left w:w="80" w:type="dxa"/>
              <w:bottom w:w="80" w:type="dxa"/>
              <w:right w:w="80" w:type="dxa"/>
            </w:tcMar>
            <w:vAlign w:val="center"/>
          </w:tcPr>
          <w:p w14:paraId="518EDDDE" w14:textId="1E58F336"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921" w:type="dxa"/>
            <w:tcMar>
              <w:top w:w="80" w:type="dxa"/>
              <w:left w:w="80" w:type="dxa"/>
              <w:bottom w:w="80" w:type="dxa"/>
              <w:right w:w="80" w:type="dxa"/>
            </w:tcMar>
            <w:vAlign w:val="center"/>
          </w:tcPr>
          <w:p w14:paraId="70E27340" w14:textId="55771A56"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296" w:type="dxa"/>
            <w:tcMar>
              <w:top w:w="80" w:type="dxa"/>
              <w:left w:w="80" w:type="dxa"/>
              <w:bottom w:w="80" w:type="dxa"/>
              <w:right w:w="80" w:type="dxa"/>
            </w:tcMar>
            <w:vAlign w:val="center"/>
          </w:tcPr>
          <w:p w14:paraId="3A6C43C7" w14:textId="553A262A"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r>
      <w:tr w:rsidR="00A10E10" w:rsidRPr="00ED16E5" w14:paraId="68182845" w14:textId="77777777" w:rsidTr="00A10E10">
        <w:trPr>
          <w:jc w:val="center"/>
        </w:trPr>
        <w:tc>
          <w:tcPr>
            <w:tcW w:w="1379" w:type="dxa"/>
            <w:tcMar>
              <w:top w:w="80" w:type="dxa"/>
              <w:left w:w="80" w:type="dxa"/>
              <w:bottom w:w="80" w:type="dxa"/>
              <w:right w:w="80" w:type="dxa"/>
            </w:tcMar>
            <w:vAlign w:val="center"/>
          </w:tcPr>
          <w:p w14:paraId="1949F8C0" w14:textId="32D6F9B1"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[JJ/MM/AAAA]</w:t>
            </w:r>
          </w:p>
        </w:tc>
        <w:tc>
          <w:tcPr>
            <w:tcW w:w="1542" w:type="dxa"/>
            <w:tcMar>
              <w:top w:w="80" w:type="dxa"/>
              <w:left w:w="80" w:type="dxa"/>
              <w:bottom w:w="80" w:type="dxa"/>
              <w:right w:w="80" w:type="dxa"/>
            </w:tcMar>
            <w:vAlign w:val="center"/>
          </w:tcPr>
          <w:p w14:paraId="45D89592" w14:textId="7C35CC5F"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[Vert / jaune / orange / rouge]</w:t>
            </w:r>
          </w:p>
        </w:tc>
        <w:tc>
          <w:tcPr>
            <w:tcW w:w="1679" w:type="dxa"/>
            <w:tcMar>
              <w:top w:w="80" w:type="dxa"/>
              <w:left w:w="80" w:type="dxa"/>
              <w:bottom w:w="80" w:type="dxa"/>
              <w:right w:w="80" w:type="dxa"/>
            </w:tcMar>
            <w:vAlign w:val="center"/>
          </w:tcPr>
          <w:p w14:paraId="20EEE83E" w14:textId="36EE46E2"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253" w:type="dxa"/>
            <w:tcMar>
              <w:top w:w="80" w:type="dxa"/>
              <w:left w:w="80" w:type="dxa"/>
              <w:bottom w:w="80" w:type="dxa"/>
              <w:right w:w="80" w:type="dxa"/>
            </w:tcMar>
            <w:vAlign w:val="center"/>
          </w:tcPr>
          <w:p w14:paraId="08506313" w14:textId="6E221501"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921" w:type="dxa"/>
            <w:tcMar>
              <w:top w:w="80" w:type="dxa"/>
              <w:left w:w="80" w:type="dxa"/>
              <w:bottom w:w="80" w:type="dxa"/>
              <w:right w:w="80" w:type="dxa"/>
            </w:tcMar>
            <w:vAlign w:val="center"/>
          </w:tcPr>
          <w:p w14:paraId="0EF58D7F" w14:textId="2C8CBD74"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296" w:type="dxa"/>
            <w:tcMar>
              <w:top w:w="80" w:type="dxa"/>
              <w:left w:w="80" w:type="dxa"/>
              <w:bottom w:w="80" w:type="dxa"/>
              <w:right w:w="80" w:type="dxa"/>
            </w:tcMar>
            <w:vAlign w:val="center"/>
          </w:tcPr>
          <w:p w14:paraId="7D420073" w14:textId="2E4CC8CF"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r>
      <w:tr w:rsidR="00A10E10" w:rsidRPr="00ED16E5" w14:paraId="66591577" w14:textId="77777777" w:rsidTr="00A10E10">
        <w:trPr>
          <w:jc w:val="center"/>
        </w:trPr>
        <w:tc>
          <w:tcPr>
            <w:tcW w:w="1379" w:type="dxa"/>
            <w:tcMar>
              <w:top w:w="80" w:type="dxa"/>
              <w:left w:w="80" w:type="dxa"/>
              <w:bottom w:w="80" w:type="dxa"/>
              <w:right w:w="80" w:type="dxa"/>
            </w:tcMar>
            <w:vAlign w:val="center"/>
          </w:tcPr>
          <w:p w14:paraId="01CDDFDF" w14:textId="52C0737B"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[JJ/MM/AAAA]</w:t>
            </w:r>
          </w:p>
        </w:tc>
        <w:tc>
          <w:tcPr>
            <w:tcW w:w="1542" w:type="dxa"/>
            <w:tcMar>
              <w:top w:w="80" w:type="dxa"/>
              <w:left w:w="80" w:type="dxa"/>
              <w:bottom w:w="80" w:type="dxa"/>
              <w:right w:w="80" w:type="dxa"/>
            </w:tcMar>
            <w:vAlign w:val="center"/>
          </w:tcPr>
          <w:p w14:paraId="52122AB4" w14:textId="3C1B1E0F"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[Vert / jaune / orange / rouge]</w:t>
            </w:r>
          </w:p>
        </w:tc>
        <w:tc>
          <w:tcPr>
            <w:tcW w:w="1679" w:type="dxa"/>
            <w:tcMar>
              <w:top w:w="80" w:type="dxa"/>
              <w:left w:w="80" w:type="dxa"/>
              <w:bottom w:w="80" w:type="dxa"/>
              <w:right w:w="80" w:type="dxa"/>
            </w:tcMar>
            <w:vAlign w:val="center"/>
          </w:tcPr>
          <w:p w14:paraId="1DFD1A2E" w14:textId="775D0042"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253" w:type="dxa"/>
            <w:tcMar>
              <w:top w:w="80" w:type="dxa"/>
              <w:left w:w="80" w:type="dxa"/>
              <w:bottom w:w="80" w:type="dxa"/>
              <w:right w:w="80" w:type="dxa"/>
            </w:tcMar>
            <w:vAlign w:val="center"/>
          </w:tcPr>
          <w:p w14:paraId="11E21893" w14:textId="45DFE9E0"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921" w:type="dxa"/>
            <w:tcMar>
              <w:top w:w="80" w:type="dxa"/>
              <w:left w:w="80" w:type="dxa"/>
              <w:bottom w:w="80" w:type="dxa"/>
              <w:right w:w="80" w:type="dxa"/>
            </w:tcMar>
            <w:vAlign w:val="center"/>
          </w:tcPr>
          <w:p w14:paraId="29D58C48" w14:textId="3A1C00A1"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296" w:type="dxa"/>
            <w:tcMar>
              <w:top w:w="80" w:type="dxa"/>
              <w:left w:w="80" w:type="dxa"/>
              <w:bottom w:w="80" w:type="dxa"/>
              <w:right w:w="80" w:type="dxa"/>
            </w:tcMar>
            <w:vAlign w:val="center"/>
          </w:tcPr>
          <w:p w14:paraId="00736793" w14:textId="5F50FA8D"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r>
      <w:tr w:rsidR="00A10E10" w:rsidRPr="00ED16E5" w14:paraId="3EA9F4A4" w14:textId="77777777" w:rsidTr="00A10E10">
        <w:trPr>
          <w:jc w:val="center"/>
        </w:trPr>
        <w:tc>
          <w:tcPr>
            <w:tcW w:w="1379" w:type="dxa"/>
            <w:tcMar>
              <w:top w:w="80" w:type="dxa"/>
              <w:left w:w="80" w:type="dxa"/>
              <w:bottom w:w="80" w:type="dxa"/>
              <w:right w:w="80" w:type="dxa"/>
            </w:tcMar>
            <w:vAlign w:val="center"/>
          </w:tcPr>
          <w:p w14:paraId="029976BD" w14:textId="40A8D9CD"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[JJ/MM/AAAA]</w:t>
            </w:r>
          </w:p>
        </w:tc>
        <w:tc>
          <w:tcPr>
            <w:tcW w:w="1542" w:type="dxa"/>
            <w:tcMar>
              <w:top w:w="80" w:type="dxa"/>
              <w:left w:w="80" w:type="dxa"/>
              <w:bottom w:w="80" w:type="dxa"/>
              <w:right w:w="80" w:type="dxa"/>
            </w:tcMar>
            <w:vAlign w:val="center"/>
          </w:tcPr>
          <w:p w14:paraId="546CDCF1" w14:textId="28B85A80"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[Vert / jaune / orange / rouge]</w:t>
            </w:r>
          </w:p>
        </w:tc>
        <w:tc>
          <w:tcPr>
            <w:tcW w:w="1679" w:type="dxa"/>
            <w:tcMar>
              <w:top w:w="80" w:type="dxa"/>
              <w:left w:w="80" w:type="dxa"/>
              <w:bottom w:w="80" w:type="dxa"/>
              <w:right w:w="80" w:type="dxa"/>
            </w:tcMar>
            <w:vAlign w:val="center"/>
          </w:tcPr>
          <w:p w14:paraId="6F64F0CD" w14:textId="4374AFD9"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253" w:type="dxa"/>
            <w:tcMar>
              <w:top w:w="80" w:type="dxa"/>
              <w:left w:w="80" w:type="dxa"/>
              <w:bottom w:w="80" w:type="dxa"/>
              <w:right w:w="80" w:type="dxa"/>
            </w:tcMar>
            <w:vAlign w:val="center"/>
          </w:tcPr>
          <w:p w14:paraId="0E76E4DB" w14:textId="6E8AFF61"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921" w:type="dxa"/>
            <w:tcMar>
              <w:top w:w="80" w:type="dxa"/>
              <w:left w:w="80" w:type="dxa"/>
              <w:bottom w:w="80" w:type="dxa"/>
              <w:right w:w="80" w:type="dxa"/>
            </w:tcMar>
            <w:vAlign w:val="center"/>
          </w:tcPr>
          <w:p w14:paraId="02366D1F" w14:textId="65742D7D"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296" w:type="dxa"/>
            <w:tcMar>
              <w:top w:w="80" w:type="dxa"/>
              <w:left w:w="80" w:type="dxa"/>
              <w:bottom w:w="80" w:type="dxa"/>
              <w:right w:w="80" w:type="dxa"/>
            </w:tcMar>
            <w:vAlign w:val="center"/>
          </w:tcPr>
          <w:p w14:paraId="7D04DD47" w14:textId="3501FAFD"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r>
      <w:tr w:rsidR="00A10E10" w:rsidRPr="00ED16E5" w14:paraId="46A4A4E6" w14:textId="77777777" w:rsidTr="00A10E10">
        <w:trPr>
          <w:jc w:val="center"/>
        </w:trPr>
        <w:tc>
          <w:tcPr>
            <w:tcW w:w="1379" w:type="dxa"/>
            <w:tcMar>
              <w:top w:w="80" w:type="dxa"/>
              <w:left w:w="80" w:type="dxa"/>
              <w:bottom w:w="80" w:type="dxa"/>
              <w:right w:w="80" w:type="dxa"/>
            </w:tcMar>
            <w:vAlign w:val="center"/>
          </w:tcPr>
          <w:p w14:paraId="191B0E1F" w14:textId="280688F0"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[JJ/MM/AAAA]</w:t>
            </w:r>
          </w:p>
        </w:tc>
        <w:tc>
          <w:tcPr>
            <w:tcW w:w="1542" w:type="dxa"/>
            <w:tcMar>
              <w:top w:w="80" w:type="dxa"/>
              <w:left w:w="80" w:type="dxa"/>
              <w:bottom w:w="80" w:type="dxa"/>
              <w:right w:w="80" w:type="dxa"/>
            </w:tcMar>
            <w:vAlign w:val="center"/>
          </w:tcPr>
          <w:p w14:paraId="3DF98D3C" w14:textId="1DC02E8A"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[Vert / jaune / orange / rouge]</w:t>
            </w:r>
          </w:p>
        </w:tc>
        <w:tc>
          <w:tcPr>
            <w:tcW w:w="1679" w:type="dxa"/>
            <w:tcMar>
              <w:top w:w="80" w:type="dxa"/>
              <w:left w:w="80" w:type="dxa"/>
              <w:bottom w:w="80" w:type="dxa"/>
              <w:right w:w="80" w:type="dxa"/>
            </w:tcMar>
            <w:vAlign w:val="center"/>
          </w:tcPr>
          <w:p w14:paraId="29AC05B3" w14:textId="70C62551"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253" w:type="dxa"/>
            <w:tcMar>
              <w:top w:w="80" w:type="dxa"/>
              <w:left w:w="80" w:type="dxa"/>
              <w:bottom w:w="80" w:type="dxa"/>
              <w:right w:w="80" w:type="dxa"/>
            </w:tcMar>
            <w:vAlign w:val="center"/>
          </w:tcPr>
          <w:p w14:paraId="476361C5" w14:textId="7C9295AC"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921" w:type="dxa"/>
            <w:tcMar>
              <w:top w:w="80" w:type="dxa"/>
              <w:left w:w="80" w:type="dxa"/>
              <w:bottom w:w="80" w:type="dxa"/>
              <w:right w:w="80" w:type="dxa"/>
            </w:tcMar>
            <w:vAlign w:val="center"/>
          </w:tcPr>
          <w:p w14:paraId="4AAA8FD1" w14:textId="1E84F46D"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296" w:type="dxa"/>
            <w:tcMar>
              <w:top w:w="80" w:type="dxa"/>
              <w:left w:w="80" w:type="dxa"/>
              <w:bottom w:w="80" w:type="dxa"/>
              <w:right w:w="80" w:type="dxa"/>
            </w:tcMar>
            <w:vAlign w:val="center"/>
          </w:tcPr>
          <w:p w14:paraId="0C5C292F" w14:textId="6DA1C6B2"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r>
      <w:tr w:rsidR="00A10E10" w:rsidRPr="00ED16E5" w14:paraId="04CD8D5A" w14:textId="77777777" w:rsidTr="00A10E10">
        <w:trPr>
          <w:jc w:val="center"/>
        </w:trPr>
        <w:tc>
          <w:tcPr>
            <w:tcW w:w="1379" w:type="dxa"/>
            <w:tcMar>
              <w:top w:w="80" w:type="dxa"/>
              <w:left w:w="80" w:type="dxa"/>
              <w:bottom w:w="80" w:type="dxa"/>
              <w:right w:w="80" w:type="dxa"/>
            </w:tcMar>
            <w:vAlign w:val="center"/>
          </w:tcPr>
          <w:p w14:paraId="3556E791" w14:textId="72509758"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[JJ/MM/AAAA]</w:t>
            </w:r>
          </w:p>
        </w:tc>
        <w:tc>
          <w:tcPr>
            <w:tcW w:w="1542" w:type="dxa"/>
            <w:tcMar>
              <w:top w:w="80" w:type="dxa"/>
              <w:left w:w="80" w:type="dxa"/>
              <w:bottom w:w="80" w:type="dxa"/>
              <w:right w:w="80" w:type="dxa"/>
            </w:tcMar>
            <w:vAlign w:val="center"/>
          </w:tcPr>
          <w:p w14:paraId="61FE819C" w14:textId="18CAEE67"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[Vert / jaune / orange / rouge]</w:t>
            </w:r>
          </w:p>
        </w:tc>
        <w:tc>
          <w:tcPr>
            <w:tcW w:w="1679" w:type="dxa"/>
            <w:tcMar>
              <w:top w:w="80" w:type="dxa"/>
              <w:left w:w="80" w:type="dxa"/>
              <w:bottom w:w="80" w:type="dxa"/>
              <w:right w:w="80" w:type="dxa"/>
            </w:tcMar>
            <w:vAlign w:val="center"/>
          </w:tcPr>
          <w:p w14:paraId="7BBF3900" w14:textId="3C289A65"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2253" w:type="dxa"/>
            <w:tcMar>
              <w:top w:w="80" w:type="dxa"/>
              <w:left w:w="80" w:type="dxa"/>
              <w:bottom w:w="80" w:type="dxa"/>
              <w:right w:w="80" w:type="dxa"/>
            </w:tcMar>
            <w:vAlign w:val="center"/>
          </w:tcPr>
          <w:p w14:paraId="71FAB473" w14:textId="7CB7D846"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921" w:type="dxa"/>
            <w:tcMar>
              <w:top w:w="80" w:type="dxa"/>
              <w:left w:w="80" w:type="dxa"/>
              <w:bottom w:w="80" w:type="dxa"/>
              <w:right w:w="80" w:type="dxa"/>
            </w:tcMar>
            <w:vAlign w:val="center"/>
          </w:tcPr>
          <w:p w14:paraId="39E99EEE" w14:textId="33F0EF7D"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c>
          <w:tcPr>
            <w:tcW w:w="1296" w:type="dxa"/>
            <w:tcMar>
              <w:top w:w="80" w:type="dxa"/>
              <w:left w:w="80" w:type="dxa"/>
              <w:bottom w:w="80" w:type="dxa"/>
              <w:right w:w="80" w:type="dxa"/>
            </w:tcMar>
            <w:vAlign w:val="center"/>
          </w:tcPr>
          <w:p w14:paraId="5282F3BD" w14:textId="3D206434" w:rsidR="00A10E10" w:rsidRPr="00ED16E5" w:rsidRDefault="00A10E10" w:rsidP="00A10E10">
            <w:pPr>
              <w:spacing w:after="0"/>
              <w:rPr>
                <w:rFonts w:asciiTheme="majorHAnsi" w:hAnsiTheme="majorHAnsi" w:cstheme="majorHAnsi"/>
                <w:sz w:val="17"/>
              </w:rPr>
            </w:pPr>
            <w:r w:rsidRPr="00ED16E5">
              <w:rPr>
                <w:rFonts w:asciiTheme="majorHAnsi" w:hAnsiTheme="majorHAnsi" w:cstheme="majorHAnsi"/>
                <w:sz w:val="17"/>
              </w:rPr>
              <w:t>[À renseigner]</w:t>
            </w:r>
          </w:p>
        </w:tc>
      </w:tr>
    </w:tbl>
    <w:p w14:paraId="3D331A4B" w14:textId="77777777" w:rsidR="009F2D75" w:rsidRPr="00ED16E5" w:rsidRDefault="009F2D75">
      <w:pPr>
        <w:rPr>
          <w:rFonts w:asciiTheme="majorHAnsi" w:hAnsiTheme="majorHAnsi" w:cstheme="majorHAnsi"/>
        </w:rPr>
      </w:pPr>
    </w:p>
    <w:p w14:paraId="6C848064" w14:textId="451E0022" w:rsidR="009F2D75" w:rsidRPr="00ED16E5" w:rsidRDefault="00702437">
      <w:pPr>
        <w:pStyle w:val="Titre1"/>
        <w:rPr>
          <w:rFonts w:cstheme="majorHAnsi"/>
        </w:rPr>
      </w:pPr>
      <w:r w:rsidRPr="00ED16E5">
        <w:rPr>
          <w:rFonts w:cstheme="majorHAnsi"/>
        </w:rPr>
        <w:lastRenderedPageBreak/>
        <w:t xml:space="preserve">6 – Message type aux </w:t>
      </w:r>
      <w:proofErr w:type="spellStart"/>
      <w:r w:rsidRPr="00ED16E5">
        <w:rPr>
          <w:rFonts w:cstheme="majorHAnsi"/>
        </w:rPr>
        <w:t>agent·e·s</w:t>
      </w:r>
      <w:proofErr w:type="spellEnd"/>
    </w:p>
    <w:p w14:paraId="20102033" w14:textId="77777777" w:rsidR="00F47819" w:rsidRPr="00ED16E5" w:rsidRDefault="00F47819" w:rsidP="00F47819">
      <w:pPr>
        <w:rPr>
          <w:rFonts w:asciiTheme="majorHAnsi" w:hAnsiTheme="majorHAnsi" w:cstheme="majorHAnsi"/>
        </w:rPr>
      </w:pPr>
      <w:r w:rsidRPr="00ED16E5">
        <w:rPr>
          <w:rFonts w:asciiTheme="majorHAnsi" w:hAnsiTheme="majorHAnsi" w:cstheme="majorHAnsi"/>
          <w:b/>
          <w:color w:val="595959"/>
          <w:sz w:val="20"/>
        </w:rPr>
        <w:t>MESSAGE TYPE – ACTIVATION VIGILANCE CHALEUR</w:t>
      </w:r>
    </w:p>
    <w:p w14:paraId="03C73E96" w14:textId="25AFF622" w:rsidR="00F47819" w:rsidRPr="00ED16E5" w:rsidRDefault="00F47819" w:rsidP="00F47819">
      <w:pPr>
        <w:rPr>
          <w:rFonts w:asciiTheme="majorHAnsi" w:hAnsiTheme="majorHAnsi" w:cstheme="majorHAnsi"/>
          <w:sz w:val="17"/>
        </w:rPr>
      </w:pPr>
      <w:r w:rsidRPr="00ED16E5">
        <w:rPr>
          <w:rFonts w:asciiTheme="majorHAnsi" w:hAnsiTheme="majorHAnsi" w:cstheme="majorHAnsi"/>
          <w:sz w:val="17"/>
        </w:rPr>
        <w:t>Bonjour à toutes et à tous,</w:t>
      </w:r>
      <w:r w:rsidRPr="00ED16E5">
        <w:rPr>
          <w:rFonts w:asciiTheme="majorHAnsi" w:hAnsiTheme="majorHAnsi" w:cstheme="majorHAnsi"/>
          <w:sz w:val="17"/>
        </w:rPr>
        <w:br/>
      </w:r>
      <w:r w:rsidRPr="00ED16E5">
        <w:rPr>
          <w:rFonts w:asciiTheme="majorHAnsi" w:hAnsiTheme="majorHAnsi" w:cstheme="majorHAnsi"/>
          <w:sz w:val="17"/>
        </w:rPr>
        <w:br/>
        <w:t>Le département est placé en vigilance [jaune/orange/rouge] pour fortes chaleurs à compter du [date / heure]. Afin de protéger la santé de chacune et chacun, les mesures suivantes sont activées : [horaires adaptés / pauses renforcées / accès aux espaces frais / télétravail / report de certaines tâches / autres].</w:t>
      </w:r>
      <w:r w:rsidRPr="00ED16E5">
        <w:rPr>
          <w:rFonts w:asciiTheme="majorHAnsi" w:hAnsiTheme="majorHAnsi" w:cstheme="majorHAnsi"/>
          <w:sz w:val="17"/>
        </w:rPr>
        <w:br/>
      </w:r>
      <w:r w:rsidRPr="00ED16E5">
        <w:rPr>
          <w:rFonts w:asciiTheme="majorHAnsi" w:hAnsiTheme="majorHAnsi" w:cstheme="majorHAnsi"/>
          <w:sz w:val="17"/>
        </w:rPr>
        <w:br/>
        <w:t xml:space="preserve">Merci de boire régulièrement, de signaler toute difficulté ou </w:t>
      </w:r>
      <w:proofErr w:type="gramStart"/>
      <w:r w:rsidRPr="00ED16E5">
        <w:rPr>
          <w:rFonts w:asciiTheme="majorHAnsi" w:hAnsiTheme="majorHAnsi" w:cstheme="majorHAnsi"/>
          <w:sz w:val="17"/>
        </w:rPr>
        <w:t>tout</w:t>
      </w:r>
      <w:proofErr w:type="gramEnd"/>
      <w:r w:rsidRPr="00ED16E5">
        <w:rPr>
          <w:rFonts w:asciiTheme="majorHAnsi" w:hAnsiTheme="majorHAnsi" w:cstheme="majorHAnsi"/>
          <w:sz w:val="17"/>
        </w:rPr>
        <w:t xml:space="preserve"> malaise, et de rester </w:t>
      </w:r>
      <w:proofErr w:type="spellStart"/>
      <w:r w:rsidRPr="00ED16E5">
        <w:rPr>
          <w:rFonts w:asciiTheme="majorHAnsi" w:hAnsiTheme="majorHAnsi" w:cstheme="majorHAnsi"/>
          <w:sz w:val="17"/>
        </w:rPr>
        <w:t>attentif·ve</w:t>
      </w:r>
      <w:proofErr w:type="spellEnd"/>
      <w:r w:rsidRPr="00ED16E5">
        <w:rPr>
          <w:rFonts w:asciiTheme="majorHAnsi" w:hAnsiTheme="majorHAnsi" w:cstheme="majorHAnsi"/>
          <w:sz w:val="17"/>
        </w:rPr>
        <w:t xml:space="preserve"> aux collègues. En cas de signe préoccupant, arrêtez immédiatement l’activité, mettez la personne au frais et alertez les secours si nécessaire : SAMU 15 ou sapeurs-pompiers 18.</w:t>
      </w:r>
      <w:r w:rsidRPr="00ED16E5">
        <w:rPr>
          <w:rFonts w:asciiTheme="majorHAnsi" w:hAnsiTheme="majorHAnsi" w:cstheme="majorHAnsi"/>
          <w:sz w:val="17"/>
        </w:rPr>
        <w:br/>
      </w:r>
      <w:r w:rsidRPr="00ED16E5">
        <w:rPr>
          <w:rFonts w:asciiTheme="majorHAnsi" w:hAnsiTheme="majorHAnsi" w:cstheme="majorHAnsi"/>
          <w:sz w:val="17"/>
        </w:rPr>
        <w:br/>
        <w:t xml:space="preserve">Pour toute question : [contact </w:t>
      </w:r>
      <w:proofErr w:type="spellStart"/>
      <w:r w:rsidRPr="00ED16E5">
        <w:rPr>
          <w:rFonts w:asciiTheme="majorHAnsi" w:hAnsiTheme="majorHAnsi" w:cstheme="majorHAnsi"/>
          <w:sz w:val="17"/>
        </w:rPr>
        <w:t>référent·e</w:t>
      </w:r>
      <w:proofErr w:type="spellEnd"/>
      <w:r w:rsidRPr="00ED16E5">
        <w:rPr>
          <w:rFonts w:asciiTheme="majorHAnsi" w:hAnsiTheme="majorHAnsi" w:cstheme="majorHAnsi"/>
          <w:sz w:val="17"/>
        </w:rPr>
        <w:t xml:space="preserve"> / service].</w:t>
      </w:r>
    </w:p>
    <w:p w14:paraId="21AEE78B" w14:textId="77777777" w:rsidR="00F47819" w:rsidRPr="00ED16E5" w:rsidRDefault="00F47819" w:rsidP="00F47819">
      <w:pPr>
        <w:rPr>
          <w:rFonts w:asciiTheme="majorHAnsi" w:hAnsiTheme="majorHAnsi" w:cstheme="majorHAnsi"/>
          <w:sz w:val="17"/>
        </w:rPr>
      </w:pPr>
    </w:p>
    <w:p w14:paraId="5EF1CD7A" w14:textId="77777777" w:rsidR="00F47819" w:rsidRPr="00ED16E5" w:rsidRDefault="00F47819" w:rsidP="00F47819">
      <w:pPr>
        <w:rPr>
          <w:rFonts w:asciiTheme="majorHAnsi" w:hAnsiTheme="majorHAnsi" w:cstheme="majorHAnsi"/>
          <w:sz w:val="17"/>
        </w:rPr>
      </w:pPr>
    </w:p>
    <w:p w14:paraId="1AAC4286" w14:textId="77777777" w:rsidR="00F47819" w:rsidRPr="00ED16E5" w:rsidRDefault="00F47819" w:rsidP="00F47819">
      <w:pPr>
        <w:rPr>
          <w:rFonts w:asciiTheme="majorHAnsi" w:hAnsiTheme="majorHAnsi" w:cstheme="majorHAnsi"/>
        </w:rPr>
      </w:pPr>
    </w:p>
    <w:p w14:paraId="20CF81C3" w14:textId="77777777" w:rsidR="009F2D75" w:rsidRPr="00ED16E5" w:rsidRDefault="00702437">
      <w:pPr>
        <w:pStyle w:val="Titre1"/>
        <w:rPr>
          <w:rFonts w:cstheme="majorHAnsi"/>
        </w:rPr>
      </w:pPr>
      <w:r w:rsidRPr="00ED16E5">
        <w:rPr>
          <w:rFonts w:cstheme="majorHAnsi"/>
        </w:rPr>
        <w:t>Validation et signatures</w:t>
      </w:r>
    </w:p>
    <w:tbl>
      <w:tblPr>
        <w:tblStyle w:val="Grilledutableau"/>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894"/>
        <w:gridCol w:w="2753"/>
        <w:gridCol w:w="1677"/>
        <w:gridCol w:w="2746"/>
      </w:tblGrid>
      <w:tr w:rsidR="009F2D75" w:rsidRPr="00ED16E5" w14:paraId="0FBFE3D9" w14:textId="77777777" w:rsidTr="00BE7D74">
        <w:trPr>
          <w:jc w:val="center"/>
        </w:trPr>
        <w:tc>
          <w:tcPr>
            <w:tcW w:w="3024" w:type="dxa"/>
            <w:shd w:val="clear" w:color="auto" w:fill="D01050"/>
            <w:tcMar>
              <w:top w:w="80" w:type="dxa"/>
              <w:left w:w="80" w:type="dxa"/>
              <w:bottom w:w="80" w:type="dxa"/>
              <w:right w:w="80" w:type="dxa"/>
            </w:tcMar>
            <w:vAlign w:val="center"/>
          </w:tcPr>
          <w:p w14:paraId="53B1D275"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Fonction</w:t>
            </w:r>
          </w:p>
        </w:tc>
        <w:tc>
          <w:tcPr>
            <w:tcW w:w="2880" w:type="dxa"/>
            <w:shd w:val="clear" w:color="auto" w:fill="D01050"/>
            <w:tcMar>
              <w:top w:w="80" w:type="dxa"/>
              <w:left w:w="80" w:type="dxa"/>
              <w:bottom w:w="80" w:type="dxa"/>
              <w:right w:w="80" w:type="dxa"/>
            </w:tcMar>
            <w:vAlign w:val="center"/>
          </w:tcPr>
          <w:p w14:paraId="67E3AA51"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Prénom NOM</w:t>
            </w:r>
          </w:p>
        </w:tc>
        <w:tc>
          <w:tcPr>
            <w:tcW w:w="1728" w:type="dxa"/>
            <w:shd w:val="clear" w:color="auto" w:fill="D01050"/>
            <w:tcMar>
              <w:top w:w="80" w:type="dxa"/>
              <w:left w:w="80" w:type="dxa"/>
              <w:bottom w:w="80" w:type="dxa"/>
              <w:right w:w="80" w:type="dxa"/>
            </w:tcMar>
            <w:vAlign w:val="center"/>
          </w:tcPr>
          <w:p w14:paraId="2409E122"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Date</w:t>
            </w:r>
          </w:p>
        </w:tc>
        <w:tc>
          <w:tcPr>
            <w:tcW w:w="2880" w:type="dxa"/>
            <w:shd w:val="clear" w:color="auto" w:fill="D01050"/>
            <w:tcMar>
              <w:top w:w="80" w:type="dxa"/>
              <w:left w:w="80" w:type="dxa"/>
              <w:bottom w:w="80" w:type="dxa"/>
              <w:right w:w="80" w:type="dxa"/>
            </w:tcMar>
            <w:vAlign w:val="center"/>
          </w:tcPr>
          <w:p w14:paraId="2A0EAAEC" w14:textId="77777777" w:rsidR="009F2D75" w:rsidRPr="00ED16E5" w:rsidRDefault="00702437">
            <w:pPr>
              <w:spacing w:after="0"/>
              <w:rPr>
                <w:rFonts w:asciiTheme="majorHAnsi" w:hAnsiTheme="majorHAnsi" w:cstheme="majorHAnsi"/>
              </w:rPr>
            </w:pPr>
            <w:r w:rsidRPr="00ED16E5">
              <w:rPr>
                <w:rFonts w:asciiTheme="majorHAnsi" w:hAnsiTheme="majorHAnsi" w:cstheme="majorHAnsi"/>
                <w:b/>
                <w:color w:val="FFFFFF"/>
                <w:sz w:val="17"/>
              </w:rPr>
              <w:t>Signature</w:t>
            </w:r>
          </w:p>
        </w:tc>
      </w:tr>
      <w:tr w:rsidR="009F2D75" w:rsidRPr="00ED16E5" w14:paraId="5E702B4D" w14:textId="77777777">
        <w:trPr>
          <w:jc w:val="center"/>
        </w:trPr>
        <w:tc>
          <w:tcPr>
            <w:tcW w:w="3024" w:type="dxa"/>
            <w:tcMar>
              <w:top w:w="80" w:type="dxa"/>
              <w:left w:w="80" w:type="dxa"/>
              <w:bottom w:w="80" w:type="dxa"/>
              <w:right w:w="80" w:type="dxa"/>
            </w:tcMar>
            <w:vAlign w:val="center"/>
          </w:tcPr>
          <w:p w14:paraId="4F94B394"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Autorité territoriale</w:t>
            </w:r>
          </w:p>
        </w:tc>
        <w:tc>
          <w:tcPr>
            <w:tcW w:w="2880" w:type="dxa"/>
            <w:tcMar>
              <w:top w:w="80" w:type="dxa"/>
              <w:left w:w="80" w:type="dxa"/>
              <w:bottom w:w="80" w:type="dxa"/>
              <w:right w:w="80" w:type="dxa"/>
            </w:tcMar>
            <w:vAlign w:val="center"/>
          </w:tcPr>
          <w:p w14:paraId="16BA1401"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1728" w:type="dxa"/>
            <w:tcMar>
              <w:top w:w="80" w:type="dxa"/>
              <w:left w:w="80" w:type="dxa"/>
              <w:bottom w:w="80" w:type="dxa"/>
              <w:right w:w="80" w:type="dxa"/>
            </w:tcMar>
            <w:vAlign w:val="center"/>
          </w:tcPr>
          <w:p w14:paraId="7B9E18AA"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2880" w:type="dxa"/>
            <w:tcMar>
              <w:top w:w="80" w:type="dxa"/>
              <w:left w:w="80" w:type="dxa"/>
              <w:bottom w:w="80" w:type="dxa"/>
              <w:right w:w="80" w:type="dxa"/>
            </w:tcMar>
            <w:vAlign w:val="center"/>
          </w:tcPr>
          <w:p w14:paraId="5D3BDD03" w14:textId="77777777" w:rsidR="009F2D75" w:rsidRPr="00ED16E5" w:rsidRDefault="009F2D75">
            <w:pPr>
              <w:spacing w:after="0"/>
              <w:rPr>
                <w:rFonts w:asciiTheme="majorHAnsi" w:hAnsiTheme="majorHAnsi" w:cstheme="majorHAnsi"/>
              </w:rPr>
            </w:pPr>
          </w:p>
          <w:p w14:paraId="3633A68F" w14:textId="77777777" w:rsidR="00A10E10" w:rsidRPr="00ED16E5" w:rsidRDefault="00A10E10">
            <w:pPr>
              <w:spacing w:after="0"/>
              <w:rPr>
                <w:rFonts w:asciiTheme="majorHAnsi" w:hAnsiTheme="majorHAnsi" w:cstheme="majorHAnsi"/>
              </w:rPr>
            </w:pPr>
          </w:p>
          <w:p w14:paraId="7B253BB3" w14:textId="77777777" w:rsidR="00A10E10" w:rsidRPr="00ED16E5" w:rsidRDefault="00A10E10">
            <w:pPr>
              <w:spacing w:after="0"/>
              <w:rPr>
                <w:rFonts w:asciiTheme="majorHAnsi" w:hAnsiTheme="majorHAnsi" w:cstheme="majorHAnsi"/>
              </w:rPr>
            </w:pPr>
          </w:p>
        </w:tc>
      </w:tr>
      <w:tr w:rsidR="009F2D75" w:rsidRPr="00ED16E5" w14:paraId="376B77A0" w14:textId="77777777">
        <w:trPr>
          <w:jc w:val="center"/>
        </w:trPr>
        <w:tc>
          <w:tcPr>
            <w:tcW w:w="3024" w:type="dxa"/>
            <w:tcMar>
              <w:top w:w="80" w:type="dxa"/>
              <w:left w:w="80" w:type="dxa"/>
              <w:bottom w:w="80" w:type="dxa"/>
              <w:right w:w="80" w:type="dxa"/>
            </w:tcMar>
            <w:vAlign w:val="center"/>
          </w:tcPr>
          <w:p w14:paraId="103A0AC2" w14:textId="2A43FD8F" w:rsidR="009F2D75" w:rsidRPr="00ED16E5" w:rsidRDefault="00702437">
            <w:pPr>
              <w:spacing w:after="0"/>
              <w:rPr>
                <w:rFonts w:asciiTheme="majorHAnsi" w:hAnsiTheme="majorHAnsi" w:cstheme="majorHAnsi"/>
              </w:rPr>
            </w:pPr>
            <w:r w:rsidRPr="00ED16E5">
              <w:rPr>
                <w:rFonts w:asciiTheme="majorHAnsi" w:hAnsiTheme="majorHAnsi" w:cstheme="majorHAnsi"/>
                <w:sz w:val="17"/>
              </w:rPr>
              <w:t xml:space="preserve">Direction générale / </w:t>
            </w:r>
            <w:r w:rsidR="0047258F" w:rsidRPr="00ED16E5">
              <w:rPr>
                <w:rFonts w:asciiTheme="majorHAnsi" w:hAnsiTheme="majorHAnsi" w:cstheme="majorHAnsi"/>
                <w:sz w:val="17"/>
              </w:rPr>
              <w:t>Secrétaire générale de mairie / R</w:t>
            </w:r>
            <w:r w:rsidRPr="00ED16E5">
              <w:rPr>
                <w:rFonts w:asciiTheme="majorHAnsi" w:hAnsiTheme="majorHAnsi" w:cstheme="majorHAnsi"/>
                <w:sz w:val="17"/>
              </w:rPr>
              <w:t>esponsable de servic</w:t>
            </w:r>
            <w:r w:rsidR="0047258F" w:rsidRPr="00ED16E5">
              <w:rPr>
                <w:rFonts w:asciiTheme="majorHAnsi" w:hAnsiTheme="majorHAnsi" w:cstheme="majorHAnsi"/>
                <w:sz w:val="17"/>
              </w:rPr>
              <w:t>e</w:t>
            </w:r>
          </w:p>
        </w:tc>
        <w:tc>
          <w:tcPr>
            <w:tcW w:w="2880" w:type="dxa"/>
            <w:tcMar>
              <w:top w:w="80" w:type="dxa"/>
              <w:left w:w="80" w:type="dxa"/>
              <w:bottom w:w="80" w:type="dxa"/>
              <w:right w:w="80" w:type="dxa"/>
            </w:tcMar>
            <w:vAlign w:val="center"/>
          </w:tcPr>
          <w:p w14:paraId="1DBB6987"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1728" w:type="dxa"/>
            <w:tcMar>
              <w:top w:w="80" w:type="dxa"/>
              <w:left w:w="80" w:type="dxa"/>
              <w:bottom w:w="80" w:type="dxa"/>
              <w:right w:w="80" w:type="dxa"/>
            </w:tcMar>
            <w:vAlign w:val="center"/>
          </w:tcPr>
          <w:p w14:paraId="39CC2A99"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2880" w:type="dxa"/>
            <w:tcMar>
              <w:top w:w="80" w:type="dxa"/>
              <w:left w:w="80" w:type="dxa"/>
              <w:bottom w:w="80" w:type="dxa"/>
              <w:right w:w="80" w:type="dxa"/>
            </w:tcMar>
            <w:vAlign w:val="center"/>
          </w:tcPr>
          <w:p w14:paraId="154A4ED2" w14:textId="77777777" w:rsidR="009F2D75" w:rsidRPr="00ED16E5" w:rsidRDefault="009F2D75">
            <w:pPr>
              <w:spacing w:after="0"/>
              <w:rPr>
                <w:rFonts w:asciiTheme="majorHAnsi" w:hAnsiTheme="majorHAnsi" w:cstheme="majorHAnsi"/>
              </w:rPr>
            </w:pPr>
          </w:p>
          <w:p w14:paraId="4CEF9499" w14:textId="77777777" w:rsidR="00A10E10" w:rsidRPr="00ED16E5" w:rsidRDefault="00A10E10">
            <w:pPr>
              <w:spacing w:after="0"/>
              <w:rPr>
                <w:rFonts w:asciiTheme="majorHAnsi" w:hAnsiTheme="majorHAnsi" w:cstheme="majorHAnsi"/>
              </w:rPr>
            </w:pPr>
          </w:p>
          <w:p w14:paraId="688AFF27" w14:textId="77777777" w:rsidR="00A10E10" w:rsidRPr="00ED16E5" w:rsidRDefault="00A10E10">
            <w:pPr>
              <w:spacing w:after="0"/>
              <w:rPr>
                <w:rFonts w:asciiTheme="majorHAnsi" w:hAnsiTheme="majorHAnsi" w:cstheme="majorHAnsi"/>
              </w:rPr>
            </w:pPr>
          </w:p>
        </w:tc>
      </w:tr>
      <w:tr w:rsidR="009F2D75" w:rsidRPr="00ED16E5" w14:paraId="700FDEA1" w14:textId="77777777">
        <w:trPr>
          <w:jc w:val="center"/>
        </w:trPr>
        <w:tc>
          <w:tcPr>
            <w:tcW w:w="3024" w:type="dxa"/>
            <w:tcMar>
              <w:top w:w="80" w:type="dxa"/>
              <w:left w:w="80" w:type="dxa"/>
              <w:bottom w:w="80" w:type="dxa"/>
              <w:right w:w="80" w:type="dxa"/>
            </w:tcMar>
            <w:vAlign w:val="center"/>
          </w:tcPr>
          <w:p w14:paraId="30D903A7" w14:textId="77777777" w:rsidR="009F2D75" w:rsidRPr="00ED16E5" w:rsidRDefault="00702437">
            <w:pPr>
              <w:spacing w:after="0"/>
              <w:rPr>
                <w:rFonts w:asciiTheme="majorHAnsi" w:hAnsiTheme="majorHAnsi" w:cstheme="majorHAnsi"/>
              </w:rPr>
            </w:pPr>
            <w:proofErr w:type="spellStart"/>
            <w:r w:rsidRPr="00ED16E5">
              <w:rPr>
                <w:rFonts w:asciiTheme="majorHAnsi" w:hAnsiTheme="majorHAnsi" w:cstheme="majorHAnsi"/>
                <w:sz w:val="17"/>
              </w:rPr>
              <w:t>Référent·e</w:t>
            </w:r>
            <w:proofErr w:type="spellEnd"/>
            <w:r w:rsidRPr="00ED16E5">
              <w:rPr>
                <w:rFonts w:asciiTheme="majorHAnsi" w:hAnsiTheme="majorHAnsi" w:cstheme="majorHAnsi"/>
                <w:sz w:val="17"/>
              </w:rPr>
              <w:t xml:space="preserve"> prévention</w:t>
            </w:r>
          </w:p>
        </w:tc>
        <w:tc>
          <w:tcPr>
            <w:tcW w:w="2880" w:type="dxa"/>
            <w:tcMar>
              <w:top w:w="80" w:type="dxa"/>
              <w:left w:w="80" w:type="dxa"/>
              <w:bottom w:w="80" w:type="dxa"/>
              <w:right w:w="80" w:type="dxa"/>
            </w:tcMar>
            <w:vAlign w:val="center"/>
          </w:tcPr>
          <w:p w14:paraId="106DDEEF"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1728" w:type="dxa"/>
            <w:tcMar>
              <w:top w:w="80" w:type="dxa"/>
              <w:left w:w="80" w:type="dxa"/>
              <w:bottom w:w="80" w:type="dxa"/>
              <w:right w:w="80" w:type="dxa"/>
            </w:tcMar>
            <w:vAlign w:val="center"/>
          </w:tcPr>
          <w:p w14:paraId="620E3251"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2880" w:type="dxa"/>
            <w:tcMar>
              <w:top w:w="80" w:type="dxa"/>
              <w:left w:w="80" w:type="dxa"/>
              <w:bottom w:w="80" w:type="dxa"/>
              <w:right w:w="80" w:type="dxa"/>
            </w:tcMar>
            <w:vAlign w:val="center"/>
          </w:tcPr>
          <w:p w14:paraId="7E5299E2" w14:textId="77777777" w:rsidR="009F2D75" w:rsidRPr="00ED16E5" w:rsidRDefault="009F2D75">
            <w:pPr>
              <w:spacing w:after="0"/>
              <w:rPr>
                <w:rFonts w:asciiTheme="majorHAnsi" w:hAnsiTheme="majorHAnsi" w:cstheme="majorHAnsi"/>
              </w:rPr>
            </w:pPr>
          </w:p>
          <w:p w14:paraId="3D787066" w14:textId="77777777" w:rsidR="00A10E10" w:rsidRPr="00ED16E5" w:rsidRDefault="00A10E10">
            <w:pPr>
              <w:spacing w:after="0"/>
              <w:rPr>
                <w:rFonts w:asciiTheme="majorHAnsi" w:hAnsiTheme="majorHAnsi" w:cstheme="majorHAnsi"/>
              </w:rPr>
            </w:pPr>
          </w:p>
          <w:p w14:paraId="55AD2FCE" w14:textId="77777777" w:rsidR="00A10E10" w:rsidRPr="00ED16E5" w:rsidRDefault="00A10E10">
            <w:pPr>
              <w:spacing w:after="0"/>
              <w:rPr>
                <w:rFonts w:asciiTheme="majorHAnsi" w:hAnsiTheme="majorHAnsi" w:cstheme="majorHAnsi"/>
              </w:rPr>
            </w:pPr>
          </w:p>
        </w:tc>
      </w:tr>
      <w:tr w:rsidR="009F2D75" w:rsidRPr="00ED16E5" w14:paraId="2280FFB3" w14:textId="77777777">
        <w:trPr>
          <w:jc w:val="center"/>
        </w:trPr>
        <w:tc>
          <w:tcPr>
            <w:tcW w:w="3024" w:type="dxa"/>
            <w:tcMar>
              <w:top w:w="80" w:type="dxa"/>
              <w:left w:w="80" w:type="dxa"/>
              <w:bottom w:w="80" w:type="dxa"/>
              <w:right w:w="80" w:type="dxa"/>
            </w:tcMar>
            <w:vAlign w:val="center"/>
          </w:tcPr>
          <w:p w14:paraId="2BDCBCCD"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Service RH</w:t>
            </w:r>
          </w:p>
        </w:tc>
        <w:tc>
          <w:tcPr>
            <w:tcW w:w="2880" w:type="dxa"/>
            <w:tcMar>
              <w:top w:w="80" w:type="dxa"/>
              <w:left w:w="80" w:type="dxa"/>
              <w:bottom w:w="80" w:type="dxa"/>
              <w:right w:w="80" w:type="dxa"/>
            </w:tcMar>
            <w:vAlign w:val="center"/>
          </w:tcPr>
          <w:p w14:paraId="4E43D71E"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1728" w:type="dxa"/>
            <w:tcMar>
              <w:top w:w="80" w:type="dxa"/>
              <w:left w:w="80" w:type="dxa"/>
              <w:bottom w:w="80" w:type="dxa"/>
              <w:right w:w="80" w:type="dxa"/>
            </w:tcMar>
            <w:vAlign w:val="center"/>
          </w:tcPr>
          <w:p w14:paraId="1BA08127" w14:textId="77777777" w:rsidR="009F2D75" w:rsidRPr="00ED16E5" w:rsidRDefault="00702437">
            <w:pPr>
              <w:spacing w:after="0"/>
              <w:rPr>
                <w:rFonts w:asciiTheme="majorHAnsi" w:hAnsiTheme="majorHAnsi" w:cstheme="majorHAnsi"/>
              </w:rPr>
            </w:pPr>
            <w:r w:rsidRPr="00ED16E5">
              <w:rPr>
                <w:rFonts w:asciiTheme="majorHAnsi" w:hAnsiTheme="majorHAnsi" w:cstheme="majorHAnsi"/>
                <w:sz w:val="17"/>
              </w:rPr>
              <w:t>[À renseigner]</w:t>
            </w:r>
          </w:p>
        </w:tc>
        <w:tc>
          <w:tcPr>
            <w:tcW w:w="2880" w:type="dxa"/>
            <w:tcMar>
              <w:top w:w="80" w:type="dxa"/>
              <w:left w:w="80" w:type="dxa"/>
              <w:bottom w:w="80" w:type="dxa"/>
              <w:right w:w="80" w:type="dxa"/>
            </w:tcMar>
            <w:vAlign w:val="center"/>
          </w:tcPr>
          <w:p w14:paraId="5EB3985F" w14:textId="77777777" w:rsidR="009F2D75" w:rsidRPr="00ED16E5" w:rsidRDefault="009F2D75">
            <w:pPr>
              <w:spacing w:after="0"/>
              <w:rPr>
                <w:rFonts w:asciiTheme="majorHAnsi" w:hAnsiTheme="majorHAnsi" w:cstheme="majorHAnsi"/>
              </w:rPr>
            </w:pPr>
          </w:p>
          <w:p w14:paraId="56976007" w14:textId="77777777" w:rsidR="00A10E10" w:rsidRPr="00ED16E5" w:rsidRDefault="00A10E10">
            <w:pPr>
              <w:spacing w:after="0"/>
              <w:rPr>
                <w:rFonts w:asciiTheme="majorHAnsi" w:hAnsiTheme="majorHAnsi" w:cstheme="majorHAnsi"/>
              </w:rPr>
            </w:pPr>
          </w:p>
          <w:p w14:paraId="7787742E" w14:textId="77777777" w:rsidR="00A10E10" w:rsidRPr="00ED16E5" w:rsidRDefault="00A10E10">
            <w:pPr>
              <w:spacing w:after="0"/>
              <w:rPr>
                <w:rFonts w:asciiTheme="majorHAnsi" w:hAnsiTheme="majorHAnsi" w:cstheme="majorHAnsi"/>
              </w:rPr>
            </w:pPr>
          </w:p>
        </w:tc>
      </w:tr>
    </w:tbl>
    <w:p w14:paraId="49DE3A96" w14:textId="77777777" w:rsidR="009F2D75" w:rsidRPr="00ED16E5" w:rsidRDefault="009F2D75">
      <w:pPr>
        <w:rPr>
          <w:rFonts w:asciiTheme="majorHAnsi" w:hAnsiTheme="majorHAnsi" w:cstheme="majorHAnsi"/>
        </w:rPr>
      </w:pPr>
    </w:p>
    <w:p w14:paraId="6D7A6E0C" w14:textId="77777777" w:rsidR="009F2D75" w:rsidRDefault="00702437">
      <w:pPr>
        <w:jc w:val="right"/>
        <w:rPr>
          <w:rFonts w:asciiTheme="majorHAnsi" w:hAnsiTheme="majorHAnsi" w:cstheme="majorHAnsi"/>
          <w:i/>
          <w:sz w:val="18"/>
        </w:rPr>
      </w:pPr>
      <w:r w:rsidRPr="00ED16E5">
        <w:rPr>
          <w:rFonts w:asciiTheme="majorHAnsi" w:hAnsiTheme="majorHAnsi" w:cstheme="majorHAnsi"/>
          <w:i/>
          <w:sz w:val="18"/>
        </w:rPr>
        <w:t>Mise à jour du document : [JJ/MM/AAAA]</w:t>
      </w:r>
    </w:p>
    <w:p w14:paraId="581B6538" w14:textId="77777777" w:rsidR="005503B7" w:rsidRDefault="005503B7">
      <w:pPr>
        <w:jc w:val="right"/>
        <w:rPr>
          <w:rFonts w:asciiTheme="majorHAnsi" w:hAnsiTheme="majorHAnsi" w:cstheme="majorHAnsi"/>
          <w:i/>
          <w:sz w:val="18"/>
        </w:rPr>
      </w:pPr>
    </w:p>
    <w:p w14:paraId="6226E9FF" w14:textId="77777777" w:rsidR="007D3DEB" w:rsidRDefault="007D3DEB" w:rsidP="00F33055">
      <w:pPr>
        <w:jc w:val="right"/>
        <w:rPr>
          <w:rFonts w:asciiTheme="majorHAnsi" w:hAnsiTheme="majorHAnsi" w:cstheme="majorHAnsi"/>
        </w:rPr>
      </w:pPr>
    </w:p>
    <w:p w14:paraId="5D65B4F9" w14:textId="4D44741B" w:rsidR="005503B7" w:rsidRPr="00ED16E5" w:rsidRDefault="00F33055" w:rsidP="007D3DEB">
      <w:pPr>
        <w:jc w:val="right"/>
        <w:rPr>
          <w:rFonts w:asciiTheme="majorHAnsi" w:hAnsiTheme="majorHAnsi" w:cstheme="majorHAnsi"/>
        </w:rPr>
      </w:pPr>
      <w:r w:rsidRPr="00F33055">
        <w:rPr>
          <w:rFonts w:asciiTheme="majorHAnsi" w:hAnsiTheme="majorHAnsi" w:cstheme="majorHAnsi"/>
          <w:noProof/>
        </w:rPr>
        <w:lastRenderedPageBreak/>
        <w:drawing>
          <wp:inline distT="0" distB="0" distL="0" distR="0" wp14:anchorId="69D9CCAB" wp14:editId="3AB803FE">
            <wp:extent cx="6552981" cy="8421370"/>
            <wp:effectExtent l="0" t="0" r="635" b="0"/>
            <wp:docPr id="9563758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9127"/>
                    <a:stretch>
                      <a:fillRect/>
                    </a:stretch>
                  </pic:blipFill>
                  <pic:spPr bwMode="auto">
                    <a:xfrm>
                      <a:off x="0" y="0"/>
                      <a:ext cx="6579972" cy="8456057"/>
                    </a:xfrm>
                    <a:prstGeom prst="rect">
                      <a:avLst/>
                    </a:prstGeom>
                    <a:noFill/>
                    <a:ln>
                      <a:noFill/>
                    </a:ln>
                    <a:extLst>
                      <a:ext uri="{53640926-AAD7-44D8-BBD7-CCE9431645EC}">
                        <a14:shadowObscured xmlns:a14="http://schemas.microsoft.com/office/drawing/2010/main"/>
                      </a:ext>
                    </a:extLst>
                  </pic:spPr>
                </pic:pic>
              </a:graphicData>
            </a:graphic>
          </wp:inline>
        </w:drawing>
      </w:r>
    </w:p>
    <w:sectPr w:rsidR="005503B7" w:rsidRPr="00ED16E5" w:rsidSect="00C2529C">
      <w:headerReference w:type="default" r:id="rId15"/>
      <w:footerReference w:type="default" r:id="rId16"/>
      <w:footerReference w:type="first" r:id="rId17"/>
      <w:pgSz w:w="12240" w:h="15840"/>
      <w:pgMar w:top="936" w:right="1080" w:bottom="936"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88A640" w14:textId="77777777" w:rsidR="00F81918" w:rsidRPr="00A10E10" w:rsidRDefault="00F81918">
      <w:pPr>
        <w:spacing w:after="0" w:line="240" w:lineRule="auto"/>
      </w:pPr>
      <w:r w:rsidRPr="00A10E10">
        <w:separator/>
      </w:r>
    </w:p>
  </w:endnote>
  <w:endnote w:type="continuationSeparator" w:id="0">
    <w:p w14:paraId="67529D8C" w14:textId="77777777" w:rsidR="00F81918" w:rsidRPr="00A10E10" w:rsidRDefault="00F81918">
      <w:pPr>
        <w:spacing w:after="0" w:line="240" w:lineRule="auto"/>
      </w:pPr>
      <w:r w:rsidRPr="00A10E1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18751" w14:textId="645804A5" w:rsidR="009F2D75" w:rsidRPr="00A10E10" w:rsidRDefault="009F2D75">
    <w:pPr>
      <w:pStyle w:val="Pieddepag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C52B0" w14:textId="2B9C8CE2" w:rsidR="00574B03" w:rsidRPr="00FA2532" w:rsidRDefault="00574B03" w:rsidP="00574B03">
    <w:pPr>
      <w:jc w:val="center"/>
      <w:rPr>
        <w:rFonts w:asciiTheme="majorHAnsi" w:hAnsiTheme="majorHAnsi" w:cstheme="majorHAnsi"/>
        <w:i/>
        <w:sz w:val="20"/>
        <w:szCs w:val="20"/>
      </w:rPr>
    </w:pPr>
    <w:r w:rsidRPr="00FA2532">
      <w:rPr>
        <w:rFonts w:asciiTheme="majorHAnsi" w:hAnsiTheme="majorHAnsi" w:cstheme="majorHAnsi"/>
        <w:i/>
        <w:sz w:val="20"/>
        <w:szCs w:val="20"/>
      </w:rPr>
      <w:t>Exemple non contractuel à adapter à l’organisation, aux sites, aux métiers et aux contraintes de continuité de service de la collectivité ou de l’établissement.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6A3C3C" w14:textId="77777777" w:rsidR="00F81918" w:rsidRPr="00A10E10" w:rsidRDefault="00F81918">
      <w:pPr>
        <w:spacing w:after="0" w:line="240" w:lineRule="auto"/>
      </w:pPr>
      <w:r w:rsidRPr="00A10E10">
        <w:separator/>
      </w:r>
    </w:p>
  </w:footnote>
  <w:footnote w:type="continuationSeparator" w:id="0">
    <w:p w14:paraId="726276FA" w14:textId="77777777" w:rsidR="00F81918" w:rsidRPr="00A10E10" w:rsidRDefault="00F81918">
      <w:pPr>
        <w:spacing w:after="0" w:line="240" w:lineRule="auto"/>
      </w:pPr>
      <w:r w:rsidRPr="00A10E1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7A821" w14:textId="1922764B" w:rsidR="009F2D75" w:rsidRPr="00ED16E5" w:rsidRDefault="00DB512F">
    <w:pPr>
      <w:pStyle w:val="En-tte"/>
      <w:jc w:val="right"/>
      <w:rPr>
        <w:rFonts w:asciiTheme="majorHAnsi" w:hAnsiTheme="majorHAnsi" w:cstheme="majorHAnsi"/>
      </w:rPr>
    </w:pPr>
    <w:r w:rsidRPr="00ED16E5">
      <w:rPr>
        <w:rFonts w:asciiTheme="majorHAnsi" w:hAnsiTheme="majorHAnsi" w:cstheme="majorHAnsi"/>
        <w:color w:val="808080"/>
        <w:sz w:val="16"/>
      </w:rPr>
      <w:t xml:space="preserve">Exemple de document </w:t>
    </w:r>
    <w:r w:rsidR="00702437" w:rsidRPr="00ED16E5">
      <w:rPr>
        <w:rFonts w:asciiTheme="majorHAnsi" w:hAnsiTheme="majorHAnsi" w:cstheme="majorHAnsi"/>
        <w:color w:val="808080"/>
        <w:sz w:val="16"/>
      </w:rPr>
      <w:t>– Plan de gestion des fortes chaleurs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num w:numId="1" w16cid:durableId="1261836994">
    <w:abstractNumId w:val="8"/>
  </w:num>
  <w:num w:numId="2" w16cid:durableId="538518972">
    <w:abstractNumId w:val="6"/>
  </w:num>
  <w:num w:numId="3" w16cid:durableId="2119134138">
    <w:abstractNumId w:val="5"/>
  </w:num>
  <w:num w:numId="4" w16cid:durableId="66924366">
    <w:abstractNumId w:val="4"/>
  </w:num>
  <w:num w:numId="5" w16cid:durableId="1581864325">
    <w:abstractNumId w:val="7"/>
  </w:num>
  <w:num w:numId="6" w16cid:durableId="1795976775">
    <w:abstractNumId w:val="3"/>
  </w:num>
  <w:num w:numId="7" w16cid:durableId="1046181600">
    <w:abstractNumId w:val="2"/>
  </w:num>
  <w:num w:numId="8" w16cid:durableId="1740636650">
    <w:abstractNumId w:val="1"/>
  </w:num>
  <w:num w:numId="9" w16cid:durableId="5781000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05596"/>
    <w:rsid w:val="0015074B"/>
    <w:rsid w:val="00167F98"/>
    <w:rsid w:val="00174FFB"/>
    <w:rsid w:val="00233688"/>
    <w:rsid w:val="0028278A"/>
    <w:rsid w:val="00292B02"/>
    <w:rsid w:val="0029639D"/>
    <w:rsid w:val="002F51CB"/>
    <w:rsid w:val="00326DA7"/>
    <w:rsid w:val="00326F90"/>
    <w:rsid w:val="003C5FC9"/>
    <w:rsid w:val="0047258F"/>
    <w:rsid w:val="004C67A4"/>
    <w:rsid w:val="004E621B"/>
    <w:rsid w:val="00532BDB"/>
    <w:rsid w:val="005503B7"/>
    <w:rsid w:val="00561877"/>
    <w:rsid w:val="00574B03"/>
    <w:rsid w:val="00663F43"/>
    <w:rsid w:val="00677666"/>
    <w:rsid w:val="00702437"/>
    <w:rsid w:val="007A1E5D"/>
    <w:rsid w:val="007D3DEB"/>
    <w:rsid w:val="0084112A"/>
    <w:rsid w:val="008747F3"/>
    <w:rsid w:val="009F2D75"/>
    <w:rsid w:val="00A10E10"/>
    <w:rsid w:val="00A2024B"/>
    <w:rsid w:val="00A402AE"/>
    <w:rsid w:val="00AA1D8D"/>
    <w:rsid w:val="00AA3C40"/>
    <w:rsid w:val="00AD0045"/>
    <w:rsid w:val="00AD094F"/>
    <w:rsid w:val="00B47730"/>
    <w:rsid w:val="00BE7D74"/>
    <w:rsid w:val="00C2529C"/>
    <w:rsid w:val="00C54FBE"/>
    <w:rsid w:val="00C876EF"/>
    <w:rsid w:val="00CB0664"/>
    <w:rsid w:val="00CE5209"/>
    <w:rsid w:val="00DB512F"/>
    <w:rsid w:val="00DD7C03"/>
    <w:rsid w:val="00E83540"/>
    <w:rsid w:val="00EB57E5"/>
    <w:rsid w:val="00ED16E5"/>
    <w:rsid w:val="00F01007"/>
    <w:rsid w:val="00F33055"/>
    <w:rsid w:val="00F47819"/>
    <w:rsid w:val="00F81918"/>
    <w:rsid w:val="00FA2532"/>
    <w:rsid w:val="00FC2DDC"/>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E7F716"/>
  <w14:defaultImageDpi w14:val="330"/>
  <w15:docId w15:val="{048DBA7E-6E84-405B-AACB-496ED8CD1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pPr>
      <w:spacing w:after="120"/>
    </w:pPr>
    <w:rPr>
      <w:rFonts w:ascii="Arial" w:eastAsia="Arial" w:hAnsi="Arial"/>
      <w:sz w:val="19"/>
      <w:lang w:val="fr-FR"/>
    </w:rPr>
  </w:style>
  <w:style w:type="paragraph" w:styleId="Titre1">
    <w:name w:val="heading 1"/>
    <w:basedOn w:val="Normal"/>
    <w:next w:val="Normal"/>
    <w:link w:val="Titre1Car"/>
    <w:uiPriority w:val="9"/>
    <w:qFormat/>
    <w:rsid w:val="00FC693F"/>
    <w:pPr>
      <w:keepNext/>
      <w:keepLines/>
      <w:spacing w:before="200" w:after="160"/>
      <w:outlineLvl w:val="0"/>
    </w:pPr>
    <w:rPr>
      <w:rFonts w:asciiTheme="majorHAnsi" w:eastAsiaTheme="majorEastAsia" w:hAnsiTheme="majorHAnsi" w:cstheme="majorBidi"/>
      <w:b/>
      <w:bCs/>
      <w:color w:val="595959"/>
      <w:sz w:val="40"/>
      <w:szCs w:val="28"/>
    </w:rPr>
  </w:style>
  <w:style w:type="paragraph" w:styleId="Titre2">
    <w:name w:val="heading 2"/>
    <w:basedOn w:val="Normal"/>
    <w:next w:val="Normal"/>
    <w:link w:val="Titre2Car"/>
    <w:uiPriority w:val="9"/>
    <w:unhideWhenUsed/>
    <w:qFormat/>
    <w:rsid w:val="00FC693F"/>
    <w:pPr>
      <w:keepNext/>
      <w:keepLines/>
      <w:spacing w:before="120" w:after="80"/>
      <w:outlineLvl w:val="1"/>
    </w:pPr>
    <w:rPr>
      <w:rFonts w:asciiTheme="majorHAnsi" w:eastAsiaTheme="majorEastAsia" w:hAnsiTheme="majorHAnsi" w:cstheme="majorBidi"/>
      <w:b/>
      <w:bCs/>
      <w:color w:val="1F4E79"/>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FC693F"/>
    <w:pPr>
      <w:ind w:left="720"/>
      <w:contextualSpacing/>
    </w:pPr>
  </w:style>
  <w:style w:type="paragraph" w:styleId="Corpsdetexte">
    <w:name w:val="Body Text"/>
    <w:basedOn w:val="Normal"/>
    <w:link w:val="CorpsdetexteCar"/>
    <w:uiPriority w:val="99"/>
    <w:unhideWhenUsed/>
    <w:rsid w:val="00AA1D8D"/>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ind w:left="360"/>
      <w:contextualSpacing/>
    </w:pPr>
  </w:style>
  <w:style w:type="paragraph" w:styleId="Listecontinue2">
    <w:name w:val="List Continue 2"/>
    <w:basedOn w:val="Normal"/>
    <w:uiPriority w:val="99"/>
    <w:unhideWhenUsed/>
    <w:rsid w:val="0029639D"/>
    <w:pPr>
      <w:ind w:left="720"/>
      <w:contextualSpacing/>
    </w:pPr>
  </w:style>
  <w:style w:type="paragraph" w:styleId="Listecontinue3">
    <w:name w:val="List Continue 3"/>
    <w:basedOn w:val="Normal"/>
    <w:uiPriority w:val="99"/>
    <w:unhideWhenUsed/>
    <w:rsid w:val="0029639D"/>
    <w:pPr>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Lienhypertexte">
    <w:name w:val="Hyperlink"/>
    <w:basedOn w:val="Policepardfaut"/>
    <w:uiPriority w:val="99"/>
    <w:unhideWhenUsed/>
    <w:rsid w:val="00174FFB"/>
    <w:rPr>
      <w:color w:val="0000FF" w:themeColor="hyperlink"/>
      <w:u w:val="single"/>
    </w:rPr>
  </w:style>
  <w:style w:type="character" w:styleId="Mentionnonrsolue">
    <w:name w:val="Unresolved Mention"/>
    <w:basedOn w:val="Policepardfaut"/>
    <w:uiPriority w:val="99"/>
    <w:semiHidden/>
    <w:unhideWhenUsed/>
    <w:rsid w:val="00174F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egifrance.gouv.fr/jorf/id/JORFTEXT000051676145"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egifrance.gouv.fr/jorf/id/JORFTEXT000051676074"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codes/section_lc/LEGITEXT000006072050/LEGISCTA00005167691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3386</Words>
  <Characters>18623</Characters>
  <Application>Microsoft Office Word</Application>
  <DocSecurity>4</DocSecurity>
  <Lines>155</Lines>
  <Paragraphs>43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Document type – Plan de gestion des fortes chaleurs</vt:lpstr>
      <vt:lpstr/>
    </vt:vector>
  </TitlesOfParts>
  <Manager/>
  <Company/>
  <LinksUpToDate>false</LinksUpToDate>
  <CharactersWithSpaces>21966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type – Plan de gestion des fortes chaleurs</dc:title>
  <dc:subject>Modèle personnalisable pour collectivité territoriale – CDG 63</dc:subject>
  <dc:creator>OpenAI</dc:creator>
  <cp:keywords/>
  <dc:description>Document source structuré pour mise en page InDesign.</dc:description>
  <cp:lastModifiedBy>Lise VIGNAU</cp:lastModifiedBy>
  <cp:revision>2</cp:revision>
  <dcterms:created xsi:type="dcterms:W3CDTF">2026-07-07T12:25:00Z</dcterms:created>
  <dcterms:modified xsi:type="dcterms:W3CDTF">2026-07-07T12:25:00Z</dcterms:modified>
  <cp:category/>
</cp:coreProperties>
</file>